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ACA98" w14:textId="77777777" w:rsidR="006F6102" w:rsidRPr="00C85550" w:rsidRDefault="006F6102" w:rsidP="006F6102">
      <w:pPr>
        <w:jc w:val="center"/>
        <w:rPr>
          <w:rFonts w:ascii="Times New Roman" w:hAnsi="Times New Roman"/>
          <w:b/>
          <w:bCs/>
          <w:i/>
          <w:iCs/>
          <w:sz w:val="32"/>
          <w:szCs w:val="32"/>
        </w:rPr>
      </w:pPr>
    </w:p>
    <w:p w14:paraId="10B71A18" w14:textId="5695770B" w:rsidR="006F6102" w:rsidRDefault="00B51A4A" w:rsidP="006F6102">
      <w:pPr>
        <w:jc w:val="center"/>
        <w:rPr>
          <w:rFonts w:ascii="Times New Roman" w:hAnsi="Times New Roman"/>
          <w:b/>
          <w:bCs/>
          <w:i/>
          <w:iCs/>
          <w:sz w:val="32"/>
          <w:szCs w:val="32"/>
        </w:rPr>
      </w:pPr>
      <w:r w:rsidRPr="00B51A4A">
        <w:rPr>
          <w:rFonts w:ascii="Times New Roman" w:hAnsi="Times New Roman"/>
          <w:b/>
          <w:bCs/>
          <w:i/>
          <w:iCs/>
          <w:sz w:val="32"/>
          <w:szCs w:val="32"/>
        </w:rPr>
        <w:t>Supplementary Materials</w:t>
      </w:r>
    </w:p>
    <w:p w14:paraId="3F04D4D6" w14:textId="77777777" w:rsidR="00B51A4A" w:rsidRPr="00C85550" w:rsidRDefault="00B51A4A" w:rsidP="006F6102">
      <w:pPr>
        <w:jc w:val="center"/>
        <w:rPr>
          <w:rFonts w:ascii="Times New Roman" w:hAnsi="Times New Roman"/>
          <w:sz w:val="32"/>
          <w:szCs w:val="32"/>
        </w:rPr>
      </w:pPr>
    </w:p>
    <w:p w14:paraId="17172926" w14:textId="5EC13D29" w:rsidR="006F6102" w:rsidRPr="00C85550" w:rsidRDefault="00B51A4A" w:rsidP="006F6102">
      <w:pPr>
        <w:pStyle w:val="01PaperTitle"/>
        <w:jc w:val="center"/>
        <w:rPr>
          <w:bCs/>
          <w:noProof w:val="0"/>
        </w:rPr>
      </w:pPr>
      <w:r w:rsidRPr="00A53EB9">
        <w:t>Preparative and catalytic pro</w:t>
      </w:r>
      <w:r>
        <w:t>perties</w:t>
      </w:r>
      <w:r w:rsidRPr="00A53EB9">
        <w:t xml:space="preserve"> of Mo</w:t>
      </w:r>
      <w:r w:rsidRPr="001F16F7">
        <w:rPr>
          <w:vertAlign w:val="superscript"/>
        </w:rPr>
        <w:t>VI</w:t>
      </w:r>
      <w:r w:rsidRPr="00A53EB9">
        <w:t xml:space="preserve"> mononuclear and metallosupramolecular coordination assemblies bearing hydrazonato ligands</w:t>
      </w:r>
    </w:p>
    <w:p w14:paraId="6E924376" w14:textId="77777777" w:rsidR="006F6102" w:rsidRPr="00C85550" w:rsidRDefault="006F6102" w:rsidP="006F6102">
      <w:pPr>
        <w:pStyle w:val="01PaperTitle"/>
        <w:jc w:val="center"/>
        <w:rPr>
          <w:bCs/>
          <w:noProof w:val="0"/>
        </w:rPr>
      </w:pPr>
    </w:p>
    <w:p w14:paraId="7C32E998" w14:textId="0998F851" w:rsidR="006F6102" w:rsidRPr="00C85550" w:rsidRDefault="006F6102" w:rsidP="006F6102">
      <w:pPr>
        <w:pStyle w:val="02PaperAuthors"/>
        <w:jc w:val="center"/>
        <w:rPr>
          <w:noProof w:val="0"/>
          <w:sz w:val="24"/>
          <w:szCs w:val="24"/>
        </w:rPr>
      </w:pPr>
      <w:r w:rsidRPr="00C85550">
        <w:rPr>
          <w:noProof w:val="0"/>
          <w:sz w:val="24"/>
          <w:szCs w:val="24"/>
        </w:rPr>
        <w:t xml:space="preserve">Mirna </w:t>
      </w:r>
      <w:proofErr w:type="spellStart"/>
      <w:r w:rsidRPr="00C85550">
        <w:rPr>
          <w:noProof w:val="0"/>
          <w:sz w:val="24"/>
          <w:szCs w:val="24"/>
        </w:rPr>
        <w:t>Mandarić</w:t>
      </w:r>
      <w:proofErr w:type="spellEnd"/>
      <w:r w:rsidRPr="00C85550">
        <w:rPr>
          <w:noProof w:val="0"/>
          <w:sz w:val="24"/>
          <w:szCs w:val="24"/>
        </w:rPr>
        <w:t xml:space="preserve">, </w:t>
      </w:r>
      <w:r w:rsidR="00B520E7" w:rsidRPr="00C85550">
        <w:rPr>
          <w:noProof w:val="0"/>
          <w:sz w:val="24"/>
          <w:szCs w:val="24"/>
        </w:rPr>
        <w:t xml:space="preserve">Edi </w:t>
      </w:r>
      <w:proofErr w:type="spellStart"/>
      <w:r w:rsidR="00B520E7" w:rsidRPr="00C85550">
        <w:rPr>
          <w:noProof w:val="0"/>
          <w:sz w:val="24"/>
          <w:szCs w:val="24"/>
        </w:rPr>
        <w:t>Topić</w:t>
      </w:r>
      <w:proofErr w:type="spellEnd"/>
      <w:r w:rsidR="004B747B" w:rsidRPr="00C85550">
        <w:rPr>
          <w:noProof w:val="0"/>
          <w:sz w:val="24"/>
          <w:szCs w:val="24"/>
        </w:rPr>
        <w:t>,</w:t>
      </w:r>
      <w:r w:rsidR="00B520E7" w:rsidRPr="00C85550">
        <w:rPr>
          <w:noProof w:val="0"/>
          <w:sz w:val="24"/>
          <w:szCs w:val="24"/>
        </w:rPr>
        <w:t xml:space="preserve"> Dominique Agustin</w:t>
      </w:r>
      <w:r w:rsidR="001F4FC4">
        <w:rPr>
          <w:noProof w:val="0"/>
          <w:sz w:val="24"/>
          <w:szCs w:val="24"/>
        </w:rPr>
        <w:t>*</w:t>
      </w:r>
      <w:r w:rsidR="00B51A4A">
        <w:rPr>
          <w:noProof w:val="0"/>
          <w:sz w:val="24"/>
          <w:szCs w:val="24"/>
        </w:rPr>
        <w:t>,</w:t>
      </w:r>
      <w:r w:rsidR="004B747B" w:rsidRPr="00C85550">
        <w:rPr>
          <w:noProof w:val="0"/>
          <w:sz w:val="24"/>
          <w:szCs w:val="24"/>
        </w:rPr>
        <w:t xml:space="preserve"> </w:t>
      </w:r>
      <w:r w:rsidRPr="00C85550">
        <w:rPr>
          <w:noProof w:val="0"/>
          <w:sz w:val="24"/>
          <w:szCs w:val="24"/>
        </w:rPr>
        <w:t xml:space="preserve">Jana </w:t>
      </w:r>
      <w:proofErr w:type="spellStart"/>
      <w:r w:rsidRPr="00C85550">
        <w:rPr>
          <w:noProof w:val="0"/>
          <w:sz w:val="24"/>
          <w:szCs w:val="24"/>
        </w:rPr>
        <w:t>Pisk</w:t>
      </w:r>
      <w:proofErr w:type="spellEnd"/>
      <w:r w:rsidRPr="00C85550">
        <w:rPr>
          <w:noProof w:val="0"/>
          <w:sz w:val="24"/>
          <w:szCs w:val="24"/>
        </w:rPr>
        <w:t>*, Višnja Vrdoljak*</w:t>
      </w:r>
    </w:p>
    <w:p w14:paraId="4838636E" w14:textId="77777777" w:rsidR="006F6102" w:rsidRPr="00C85550" w:rsidRDefault="006F6102" w:rsidP="006F6102">
      <w:pPr>
        <w:pStyle w:val="TOCHeading"/>
        <w:rPr>
          <w:rFonts w:ascii="Times New Roman" w:hAnsi="Times New Roman"/>
          <w:b/>
        </w:rPr>
      </w:pPr>
    </w:p>
    <w:sdt>
      <w:sdtPr>
        <w:rPr>
          <w:rFonts w:ascii="Times New Roman" w:hAnsi="Times New Roman"/>
          <w:color w:val="auto"/>
          <w:sz w:val="24"/>
          <w:szCs w:val="24"/>
          <w:lang w:val="en-GB" w:eastAsia="hr-HR"/>
        </w:rPr>
        <w:id w:val="-500420833"/>
        <w:docPartObj>
          <w:docPartGallery w:val="Table of Contents"/>
          <w:docPartUnique/>
        </w:docPartObj>
      </w:sdtPr>
      <w:sdtEndPr>
        <w:rPr>
          <w:b/>
          <w:bCs/>
          <w:noProof/>
        </w:rPr>
      </w:sdtEndPr>
      <w:sdtContent>
        <w:p w14:paraId="1DEEDF8D" w14:textId="664DA1CE" w:rsidR="00B520E7" w:rsidRPr="00C85550" w:rsidRDefault="00B520E7" w:rsidP="00B520E7">
          <w:pPr>
            <w:pStyle w:val="TOCHeading"/>
            <w:rPr>
              <w:rFonts w:ascii="Times New Roman" w:hAnsi="Times New Roman"/>
            </w:rPr>
          </w:pPr>
          <w:r w:rsidRPr="00C85550">
            <w:rPr>
              <w:rFonts w:ascii="Times New Roman" w:hAnsi="Times New Roman"/>
            </w:rPr>
            <w:t>Contents</w:t>
          </w:r>
        </w:p>
        <w:p w14:paraId="17220C45" w14:textId="1B59AF21" w:rsidR="007722F5" w:rsidRPr="004742C2" w:rsidRDefault="00B520E7">
          <w:pPr>
            <w:pStyle w:val="TOC1"/>
            <w:tabs>
              <w:tab w:val="right" w:leader="dot" w:pos="9062"/>
            </w:tabs>
            <w:rPr>
              <w:rFonts w:ascii="Times New Roman" w:eastAsiaTheme="minorEastAsia" w:hAnsi="Times New Roman"/>
              <w:noProof/>
              <w:sz w:val="22"/>
              <w:szCs w:val="22"/>
              <w:lang w:eastAsia="en-GB"/>
            </w:rPr>
          </w:pPr>
          <w:r w:rsidRPr="00C85550">
            <w:rPr>
              <w:rFonts w:ascii="Times New Roman" w:hAnsi="Times New Roman"/>
            </w:rPr>
            <w:fldChar w:fldCharType="begin"/>
          </w:r>
          <w:r w:rsidRPr="00C85550">
            <w:rPr>
              <w:rFonts w:ascii="Times New Roman" w:hAnsi="Times New Roman"/>
            </w:rPr>
            <w:instrText xml:space="preserve"> TOC \o "1-3" \h \z \u </w:instrText>
          </w:r>
          <w:r w:rsidRPr="00C85550">
            <w:rPr>
              <w:rFonts w:ascii="Times New Roman" w:hAnsi="Times New Roman"/>
            </w:rPr>
            <w:fldChar w:fldCharType="separate"/>
          </w:r>
          <w:hyperlink w:anchor="_Toc154136688" w:history="1">
            <w:r w:rsidR="007722F5" w:rsidRPr="004742C2">
              <w:rPr>
                <w:rStyle w:val="Hyperlink"/>
                <w:rFonts w:ascii="Times New Roman" w:eastAsiaTheme="majorEastAsia" w:hAnsi="Times New Roman"/>
                <w:noProof/>
                <w:lang w:eastAsia="en-GB"/>
              </w:rPr>
              <w:t>Scheme</w:t>
            </w:r>
            <w:r w:rsidR="007722F5" w:rsidRPr="004742C2">
              <w:rPr>
                <w:rFonts w:ascii="Times New Roman" w:hAnsi="Times New Roman"/>
                <w:noProof/>
                <w:webHidden/>
              </w:rPr>
              <w:tab/>
            </w:r>
            <w:r w:rsidR="007722F5" w:rsidRPr="004742C2">
              <w:rPr>
                <w:rFonts w:ascii="Times New Roman" w:hAnsi="Times New Roman"/>
                <w:noProof/>
                <w:webHidden/>
              </w:rPr>
              <w:fldChar w:fldCharType="begin"/>
            </w:r>
            <w:r w:rsidR="007722F5" w:rsidRPr="004742C2">
              <w:rPr>
                <w:rFonts w:ascii="Times New Roman" w:hAnsi="Times New Roman"/>
                <w:noProof/>
                <w:webHidden/>
              </w:rPr>
              <w:instrText xml:space="preserve"> PAGEREF _Toc154136688 \h </w:instrText>
            </w:r>
            <w:r w:rsidR="007722F5" w:rsidRPr="004742C2">
              <w:rPr>
                <w:rFonts w:ascii="Times New Roman" w:hAnsi="Times New Roman"/>
                <w:noProof/>
                <w:webHidden/>
              </w:rPr>
            </w:r>
            <w:r w:rsidR="007722F5" w:rsidRPr="004742C2">
              <w:rPr>
                <w:rFonts w:ascii="Times New Roman" w:hAnsi="Times New Roman"/>
                <w:noProof/>
                <w:webHidden/>
              </w:rPr>
              <w:fldChar w:fldCharType="separate"/>
            </w:r>
            <w:r w:rsidR="007722F5" w:rsidRPr="004742C2">
              <w:rPr>
                <w:rFonts w:ascii="Times New Roman" w:hAnsi="Times New Roman"/>
                <w:noProof/>
                <w:webHidden/>
              </w:rPr>
              <w:t>2</w:t>
            </w:r>
            <w:r w:rsidR="007722F5" w:rsidRPr="004742C2">
              <w:rPr>
                <w:rFonts w:ascii="Times New Roman" w:hAnsi="Times New Roman"/>
                <w:noProof/>
                <w:webHidden/>
              </w:rPr>
              <w:fldChar w:fldCharType="end"/>
            </w:r>
          </w:hyperlink>
        </w:p>
        <w:p w14:paraId="103D5F94" w14:textId="4EB2BE95" w:rsidR="007722F5" w:rsidRPr="004742C2" w:rsidRDefault="007722F5">
          <w:pPr>
            <w:pStyle w:val="TOC1"/>
            <w:tabs>
              <w:tab w:val="right" w:leader="dot" w:pos="9062"/>
            </w:tabs>
            <w:rPr>
              <w:rFonts w:ascii="Times New Roman" w:eastAsiaTheme="minorEastAsia" w:hAnsi="Times New Roman"/>
              <w:noProof/>
              <w:sz w:val="22"/>
              <w:szCs w:val="22"/>
              <w:lang w:eastAsia="en-GB"/>
            </w:rPr>
          </w:pPr>
          <w:hyperlink w:anchor="_Toc154136689" w:history="1">
            <w:r w:rsidRPr="004742C2">
              <w:rPr>
                <w:rStyle w:val="Hyperlink"/>
                <w:rFonts w:ascii="Times New Roman" w:eastAsiaTheme="majorEastAsia" w:hAnsi="Times New Roman"/>
                <w:noProof/>
                <w:spacing w:val="4"/>
                <w:lang w:eastAsia="en-GB"/>
              </w:rPr>
              <w:t>Single-crystal X-ray diffraction</w:t>
            </w:r>
            <w:r w:rsidRPr="004742C2">
              <w:rPr>
                <w:rFonts w:ascii="Times New Roman" w:hAnsi="Times New Roman"/>
                <w:noProof/>
                <w:webHidden/>
              </w:rPr>
              <w:tab/>
            </w:r>
            <w:r w:rsidRPr="004742C2">
              <w:rPr>
                <w:rFonts w:ascii="Times New Roman" w:hAnsi="Times New Roman"/>
                <w:noProof/>
                <w:webHidden/>
              </w:rPr>
              <w:fldChar w:fldCharType="begin"/>
            </w:r>
            <w:r w:rsidRPr="004742C2">
              <w:rPr>
                <w:rFonts w:ascii="Times New Roman" w:hAnsi="Times New Roman"/>
                <w:noProof/>
                <w:webHidden/>
              </w:rPr>
              <w:instrText xml:space="preserve"> PAGEREF _Toc154136689 \h </w:instrText>
            </w:r>
            <w:r w:rsidRPr="004742C2">
              <w:rPr>
                <w:rFonts w:ascii="Times New Roman" w:hAnsi="Times New Roman"/>
                <w:noProof/>
                <w:webHidden/>
              </w:rPr>
            </w:r>
            <w:r w:rsidRPr="004742C2">
              <w:rPr>
                <w:rFonts w:ascii="Times New Roman" w:hAnsi="Times New Roman"/>
                <w:noProof/>
                <w:webHidden/>
              </w:rPr>
              <w:fldChar w:fldCharType="separate"/>
            </w:r>
            <w:r w:rsidRPr="004742C2">
              <w:rPr>
                <w:rFonts w:ascii="Times New Roman" w:hAnsi="Times New Roman"/>
                <w:noProof/>
                <w:webHidden/>
              </w:rPr>
              <w:t>3</w:t>
            </w:r>
            <w:r w:rsidRPr="004742C2">
              <w:rPr>
                <w:rFonts w:ascii="Times New Roman" w:hAnsi="Times New Roman"/>
                <w:noProof/>
                <w:webHidden/>
              </w:rPr>
              <w:fldChar w:fldCharType="end"/>
            </w:r>
          </w:hyperlink>
        </w:p>
        <w:p w14:paraId="1D886033" w14:textId="08494759" w:rsidR="007722F5" w:rsidRPr="004742C2" w:rsidRDefault="007722F5">
          <w:pPr>
            <w:pStyle w:val="TOC1"/>
            <w:tabs>
              <w:tab w:val="right" w:leader="dot" w:pos="9062"/>
            </w:tabs>
            <w:rPr>
              <w:rFonts w:ascii="Times New Roman" w:eastAsiaTheme="minorEastAsia" w:hAnsi="Times New Roman"/>
              <w:noProof/>
              <w:sz w:val="22"/>
              <w:szCs w:val="22"/>
              <w:lang w:eastAsia="en-GB"/>
            </w:rPr>
          </w:pPr>
          <w:hyperlink w:anchor="_Toc154136690" w:history="1">
            <w:r w:rsidRPr="004742C2">
              <w:rPr>
                <w:rStyle w:val="Hyperlink"/>
                <w:rFonts w:ascii="Times New Roman" w:eastAsiaTheme="majorEastAsia" w:hAnsi="Times New Roman"/>
                <w:noProof/>
                <w:spacing w:val="4"/>
                <w:lang w:eastAsia="en-GB"/>
              </w:rPr>
              <w:t>NMR spectroscopy</w:t>
            </w:r>
            <w:r w:rsidRPr="004742C2">
              <w:rPr>
                <w:rFonts w:ascii="Times New Roman" w:hAnsi="Times New Roman"/>
                <w:noProof/>
                <w:webHidden/>
              </w:rPr>
              <w:tab/>
            </w:r>
            <w:r w:rsidRPr="004742C2">
              <w:rPr>
                <w:rFonts w:ascii="Times New Roman" w:hAnsi="Times New Roman"/>
                <w:noProof/>
                <w:webHidden/>
              </w:rPr>
              <w:fldChar w:fldCharType="begin"/>
            </w:r>
            <w:r w:rsidRPr="004742C2">
              <w:rPr>
                <w:rFonts w:ascii="Times New Roman" w:hAnsi="Times New Roman"/>
                <w:noProof/>
                <w:webHidden/>
              </w:rPr>
              <w:instrText xml:space="preserve"> PAGEREF _Toc154136690 \h </w:instrText>
            </w:r>
            <w:r w:rsidRPr="004742C2">
              <w:rPr>
                <w:rFonts w:ascii="Times New Roman" w:hAnsi="Times New Roman"/>
                <w:noProof/>
                <w:webHidden/>
              </w:rPr>
            </w:r>
            <w:r w:rsidRPr="004742C2">
              <w:rPr>
                <w:rFonts w:ascii="Times New Roman" w:hAnsi="Times New Roman"/>
                <w:noProof/>
                <w:webHidden/>
              </w:rPr>
              <w:fldChar w:fldCharType="separate"/>
            </w:r>
            <w:r w:rsidRPr="004742C2">
              <w:rPr>
                <w:rFonts w:ascii="Times New Roman" w:hAnsi="Times New Roman"/>
                <w:noProof/>
                <w:webHidden/>
              </w:rPr>
              <w:t>21</w:t>
            </w:r>
            <w:r w:rsidRPr="004742C2">
              <w:rPr>
                <w:rFonts w:ascii="Times New Roman" w:hAnsi="Times New Roman"/>
                <w:noProof/>
                <w:webHidden/>
              </w:rPr>
              <w:fldChar w:fldCharType="end"/>
            </w:r>
          </w:hyperlink>
        </w:p>
        <w:p w14:paraId="13DF372F" w14:textId="5DDB9010" w:rsidR="007722F5" w:rsidRPr="004742C2" w:rsidRDefault="007722F5">
          <w:pPr>
            <w:pStyle w:val="TOC1"/>
            <w:tabs>
              <w:tab w:val="right" w:leader="dot" w:pos="9062"/>
            </w:tabs>
            <w:rPr>
              <w:rFonts w:ascii="Times New Roman" w:eastAsiaTheme="minorEastAsia" w:hAnsi="Times New Roman"/>
              <w:noProof/>
              <w:sz w:val="22"/>
              <w:szCs w:val="22"/>
              <w:lang w:eastAsia="en-GB"/>
            </w:rPr>
          </w:pPr>
          <w:hyperlink w:anchor="_Toc154136691" w:history="1">
            <w:r w:rsidRPr="004742C2">
              <w:rPr>
                <w:rStyle w:val="Hyperlink"/>
                <w:rFonts w:ascii="Times New Roman" w:eastAsiaTheme="majorEastAsia" w:hAnsi="Times New Roman"/>
                <w:bCs/>
                <w:noProof/>
                <w:lang w:eastAsia="en-US"/>
              </w:rPr>
              <w:t>Imaginary frequency (cm</w:t>
            </w:r>
            <w:r w:rsidRPr="004742C2">
              <w:rPr>
                <w:rStyle w:val="Hyperlink"/>
                <w:rFonts w:ascii="Times New Roman" w:eastAsiaTheme="majorEastAsia" w:hAnsi="Times New Roman"/>
                <w:bCs/>
                <w:noProof/>
                <w:vertAlign w:val="superscript"/>
                <w:lang w:eastAsia="en-US"/>
              </w:rPr>
              <w:t>−1</w:t>
            </w:r>
            <w:r w:rsidRPr="004742C2">
              <w:rPr>
                <w:rStyle w:val="Hyperlink"/>
                <w:rFonts w:ascii="Times New Roman" w:eastAsiaTheme="majorEastAsia" w:hAnsi="Times New Roman"/>
                <w:bCs/>
                <w:noProof/>
                <w:lang w:eastAsia="en-US"/>
              </w:rPr>
              <w:t>) of the calculated transition states shown in Table S14.</w:t>
            </w:r>
            <w:r w:rsidRPr="004742C2">
              <w:rPr>
                <w:rFonts w:ascii="Times New Roman" w:hAnsi="Times New Roman"/>
                <w:noProof/>
                <w:webHidden/>
              </w:rPr>
              <w:tab/>
            </w:r>
            <w:r w:rsidRPr="004742C2">
              <w:rPr>
                <w:rFonts w:ascii="Times New Roman" w:hAnsi="Times New Roman"/>
                <w:noProof/>
                <w:webHidden/>
              </w:rPr>
              <w:fldChar w:fldCharType="begin"/>
            </w:r>
            <w:r w:rsidRPr="004742C2">
              <w:rPr>
                <w:rFonts w:ascii="Times New Roman" w:hAnsi="Times New Roman"/>
                <w:noProof/>
                <w:webHidden/>
              </w:rPr>
              <w:instrText xml:space="preserve"> PAGEREF _Toc154136691 \h </w:instrText>
            </w:r>
            <w:r w:rsidRPr="004742C2">
              <w:rPr>
                <w:rFonts w:ascii="Times New Roman" w:hAnsi="Times New Roman"/>
                <w:noProof/>
                <w:webHidden/>
              </w:rPr>
            </w:r>
            <w:r w:rsidRPr="004742C2">
              <w:rPr>
                <w:rFonts w:ascii="Times New Roman" w:hAnsi="Times New Roman"/>
                <w:noProof/>
                <w:webHidden/>
              </w:rPr>
              <w:fldChar w:fldCharType="separate"/>
            </w:r>
            <w:r w:rsidRPr="004742C2">
              <w:rPr>
                <w:rFonts w:ascii="Times New Roman" w:hAnsi="Times New Roman"/>
                <w:noProof/>
                <w:webHidden/>
              </w:rPr>
              <w:t>29</w:t>
            </w:r>
            <w:r w:rsidRPr="004742C2">
              <w:rPr>
                <w:rFonts w:ascii="Times New Roman" w:hAnsi="Times New Roman"/>
                <w:noProof/>
                <w:webHidden/>
              </w:rPr>
              <w:fldChar w:fldCharType="end"/>
            </w:r>
          </w:hyperlink>
        </w:p>
        <w:p w14:paraId="7554B174" w14:textId="4B32A142" w:rsidR="007722F5" w:rsidRDefault="007722F5">
          <w:pPr>
            <w:pStyle w:val="TOC1"/>
            <w:tabs>
              <w:tab w:val="right" w:leader="dot" w:pos="9062"/>
            </w:tabs>
            <w:rPr>
              <w:rFonts w:asciiTheme="minorHAnsi" w:eastAsiaTheme="minorEastAsia" w:hAnsiTheme="minorHAnsi" w:cstheme="minorBidi"/>
              <w:noProof/>
              <w:sz w:val="22"/>
              <w:szCs w:val="22"/>
              <w:lang w:eastAsia="en-GB"/>
            </w:rPr>
          </w:pPr>
          <w:hyperlink w:anchor="_Toc154136692" w:history="1">
            <w:r w:rsidRPr="004742C2">
              <w:rPr>
                <w:rStyle w:val="Hyperlink"/>
                <w:rFonts w:ascii="Times New Roman" w:eastAsiaTheme="majorEastAsia" w:hAnsi="Times New Roman"/>
                <w:bCs/>
                <w:noProof/>
                <w:lang w:eastAsia="en-US"/>
              </w:rPr>
              <w:t>DFT Coordinates of all species.</w:t>
            </w:r>
            <w:r w:rsidRPr="004742C2">
              <w:rPr>
                <w:rFonts w:ascii="Times New Roman" w:hAnsi="Times New Roman"/>
                <w:noProof/>
                <w:webHidden/>
              </w:rPr>
              <w:tab/>
            </w:r>
            <w:r w:rsidRPr="004742C2">
              <w:rPr>
                <w:rFonts w:ascii="Times New Roman" w:hAnsi="Times New Roman"/>
                <w:noProof/>
                <w:webHidden/>
              </w:rPr>
              <w:fldChar w:fldCharType="begin"/>
            </w:r>
            <w:r w:rsidRPr="004742C2">
              <w:rPr>
                <w:rFonts w:ascii="Times New Roman" w:hAnsi="Times New Roman"/>
                <w:noProof/>
                <w:webHidden/>
              </w:rPr>
              <w:instrText xml:space="preserve"> PAGEREF _Toc154136692 \h </w:instrText>
            </w:r>
            <w:r w:rsidRPr="004742C2">
              <w:rPr>
                <w:rFonts w:ascii="Times New Roman" w:hAnsi="Times New Roman"/>
                <w:noProof/>
                <w:webHidden/>
              </w:rPr>
            </w:r>
            <w:r w:rsidRPr="004742C2">
              <w:rPr>
                <w:rFonts w:ascii="Times New Roman" w:hAnsi="Times New Roman"/>
                <w:noProof/>
                <w:webHidden/>
              </w:rPr>
              <w:fldChar w:fldCharType="separate"/>
            </w:r>
            <w:r w:rsidRPr="004742C2">
              <w:rPr>
                <w:rFonts w:ascii="Times New Roman" w:hAnsi="Times New Roman"/>
                <w:noProof/>
                <w:webHidden/>
              </w:rPr>
              <w:t>29</w:t>
            </w:r>
            <w:r w:rsidRPr="004742C2">
              <w:rPr>
                <w:rFonts w:ascii="Times New Roman" w:hAnsi="Times New Roman"/>
                <w:noProof/>
                <w:webHidden/>
              </w:rPr>
              <w:fldChar w:fldCharType="end"/>
            </w:r>
          </w:hyperlink>
        </w:p>
        <w:p w14:paraId="2BA95473" w14:textId="683D6A40" w:rsidR="00B520E7" w:rsidRPr="00C85550" w:rsidRDefault="00B520E7">
          <w:pPr>
            <w:rPr>
              <w:rFonts w:ascii="Times New Roman" w:hAnsi="Times New Roman"/>
            </w:rPr>
          </w:pPr>
          <w:r w:rsidRPr="00C85550">
            <w:rPr>
              <w:rFonts w:ascii="Times New Roman" w:hAnsi="Times New Roman"/>
              <w:b/>
              <w:bCs/>
              <w:noProof/>
            </w:rPr>
            <w:fldChar w:fldCharType="end"/>
          </w:r>
        </w:p>
      </w:sdtContent>
    </w:sdt>
    <w:p w14:paraId="12D52C74" w14:textId="77777777" w:rsidR="006F6102" w:rsidRPr="00C85550" w:rsidRDefault="006F6102" w:rsidP="006F6102">
      <w:pPr>
        <w:jc w:val="center"/>
        <w:rPr>
          <w:rFonts w:ascii="Times New Roman" w:hAnsi="Times New Roman"/>
          <w:sz w:val="32"/>
          <w:szCs w:val="32"/>
        </w:rPr>
      </w:pPr>
    </w:p>
    <w:p w14:paraId="3B35F89E" w14:textId="77777777" w:rsidR="006F6102" w:rsidRPr="00C85550" w:rsidRDefault="006F6102" w:rsidP="006F6102">
      <w:pPr>
        <w:pStyle w:val="01PaperTitle"/>
        <w:rPr>
          <w:noProof w:val="0"/>
        </w:rPr>
      </w:pPr>
    </w:p>
    <w:p w14:paraId="699BD600" w14:textId="77777777" w:rsidR="00B520E7" w:rsidRPr="00C85550" w:rsidRDefault="005A381B" w:rsidP="005A381B">
      <w:pPr>
        <w:pStyle w:val="Heading1"/>
        <w:rPr>
          <w:rFonts w:ascii="Times New Roman" w:hAnsi="Times New Roman"/>
        </w:rPr>
      </w:pPr>
      <w:r w:rsidRPr="00C85550">
        <w:rPr>
          <w:rFonts w:ascii="Times New Roman" w:hAnsi="Times New Roman"/>
        </w:rPr>
        <w:br w:type="page"/>
      </w:r>
      <w:bookmarkStart w:id="0" w:name="_Toc498862452"/>
    </w:p>
    <w:p w14:paraId="3006008A" w14:textId="77777777" w:rsidR="00B520E7" w:rsidRPr="00C85550" w:rsidRDefault="00B520E7">
      <w:pPr>
        <w:spacing w:after="160" w:line="259" w:lineRule="auto"/>
        <w:rPr>
          <w:rFonts w:ascii="Times New Roman" w:hAnsi="Times New Roman"/>
          <w:bCs/>
          <w:spacing w:val="4"/>
          <w:sz w:val="28"/>
          <w:szCs w:val="28"/>
          <w:lang w:eastAsia="en-GB"/>
        </w:rPr>
      </w:pPr>
    </w:p>
    <w:p w14:paraId="13C6E5A2" w14:textId="1DEEE4D6" w:rsidR="00B520E7" w:rsidRPr="00C85550" w:rsidRDefault="00B520E7" w:rsidP="00B520E7">
      <w:pPr>
        <w:pStyle w:val="Heading1"/>
        <w:rPr>
          <w:rFonts w:ascii="Times New Roman" w:hAnsi="Times New Roman"/>
          <w:lang w:eastAsia="en-GB"/>
        </w:rPr>
      </w:pPr>
      <w:bookmarkStart w:id="1" w:name="_Toc154136688"/>
      <w:r w:rsidRPr="00C85550">
        <w:rPr>
          <w:rFonts w:ascii="Times New Roman" w:hAnsi="Times New Roman"/>
          <w:lang w:eastAsia="en-GB"/>
        </w:rPr>
        <w:t>Scheme</w:t>
      </w:r>
      <w:bookmarkEnd w:id="1"/>
    </w:p>
    <w:p w14:paraId="2C7A973A" w14:textId="77777777" w:rsidR="00B520E7" w:rsidRPr="00C85550" w:rsidRDefault="00B520E7">
      <w:pPr>
        <w:spacing w:after="160" w:line="259" w:lineRule="auto"/>
        <w:rPr>
          <w:rFonts w:ascii="Times New Roman" w:hAnsi="Times New Roman"/>
          <w:bCs/>
          <w:spacing w:val="4"/>
          <w:sz w:val="28"/>
          <w:szCs w:val="28"/>
          <w:lang w:eastAsia="en-GB"/>
        </w:rPr>
      </w:pPr>
    </w:p>
    <w:p w14:paraId="7C65A9A7" w14:textId="0050EB80" w:rsidR="00B520E7" w:rsidRPr="00C85550" w:rsidRDefault="00E15C02">
      <w:pPr>
        <w:spacing w:after="160" w:line="259" w:lineRule="auto"/>
        <w:rPr>
          <w:rFonts w:ascii="Times New Roman" w:hAnsi="Times New Roman"/>
          <w:bCs/>
          <w:spacing w:val="4"/>
          <w:sz w:val="28"/>
          <w:szCs w:val="28"/>
          <w:lang w:eastAsia="en-GB"/>
        </w:rPr>
      </w:pPr>
      <w:r w:rsidRPr="00C85550">
        <w:rPr>
          <w:rFonts w:ascii="Times New Roman" w:hAnsi="Times New Roman"/>
          <w:noProof/>
        </w:rPr>
        <w:drawing>
          <wp:inline distT="0" distB="0" distL="0" distR="0" wp14:anchorId="79D2379A" wp14:editId="4A5B08C8">
            <wp:extent cx="4491448" cy="2214072"/>
            <wp:effectExtent l="0" t="0" r="0" b="0"/>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8087" cy="2227204"/>
                    </a:xfrm>
                    <a:prstGeom prst="rect">
                      <a:avLst/>
                    </a:prstGeom>
                    <a:noFill/>
                    <a:ln>
                      <a:noFill/>
                    </a:ln>
                  </pic:spPr>
                </pic:pic>
              </a:graphicData>
            </a:graphic>
          </wp:inline>
        </w:drawing>
      </w:r>
    </w:p>
    <w:p w14:paraId="79877859" w14:textId="17A6B8BF" w:rsidR="00B520E7" w:rsidRPr="00C85550" w:rsidRDefault="00B520E7" w:rsidP="00C85550">
      <w:pPr>
        <w:jc w:val="both"/>
        <w:rPr>
          <w:rFonts w:ascii="Times New Roman" w:hAnsi="Times New Roman"/>
          <w:bCs/>
          <w:spacing w:val="4"/>
          <w:sz w:val="22"/>
          <w:szCs w:val="22"/>
          <w:lang w:eastAsia="en-GB"/>
        </w:rPr>
      </w:pPr>
      <w:r w:rsidRPr="00C85550">
        <w:rPr>
          <w:rFonts w:ascii="Times New Roman" w:hAnsi="Times New Roman"/>
          <w:b/>
          <w:bCs/>
          <w:spacing w:val="4"/>
          <w:sz w:val="22"/>
          <w:szCs w:val="22"/>
          <w:lang w:eastAsia="en-GB"/>
        </w:rPr>
        <w:t>Scheme S1</w:t>
      </w:r>
      <w:r w:rsidR="00E15C02" w:rsidRPr="00C85550">
        <w:rPr>
          <w:rFonts w:ascii="Times New Roman" w:hAnsi="Times New Roman"/>
          <w:b/>
          <w:bCs/>
          <w:spacing w:val="4"/>
          <w:sz w:val="22"/>
          <w:szCs w:val="22"/>
          <w:lang w:eastAsia="en-GB"/>
        </w:rPr>
        <w:t>.</w:t>
      </w:r>
      <w:r w:rsidR="00E15C02" w:rsidRPr="00C85550">
        <w:rPr>
          <w:rFonts w:ascii="Times New Roman" w:hAnsi="Times New Roman"/>
          <w:bCs/>
          <w:spacing w:val="4"/>
          <w:sz w:val="22"/>
          <w:szCs w:val="22"/>
          <w:lang w:eastAsia="en-GB"/>
        </w:rPr>
        <w:t xml:space="preserve"> </w:t>
      </w:r>
      <w:proofErr w:type="spellStart"/>
      <w:r w:rsidR="00D84A64" w:rsidRPr="00D84A64">
        <w:rPr>
          <w:rFonts w:ascii="Times New Roman" w:hAnsi="Times New Roman"/>
          <w:bCs/>
          <w:spacing w:val="4"/>
          <w:sz w:val="22"/>
          <w:szCs w:val="22"/>
          <w:lang w:eastAsia="en-GB"/>
        </w:rPr>
        <w:t>Hydrazidato</w:t>
      </w:r>
      <w:proofErr w:type="spellEnd"/>
      <w:r w:rsidR="00D84A64" w:rsidRPr="00D84A64">
        <w:rPr>
          <w:rFonts w:ascii="Times New Roman" w:hAnsi="Times New Roman"/>
          <w:bCs/>
          <w:spacing w:val="4"/>
          <w:sz w:val="22"/>
          <w:szCs w:val="22"/>
          <w:lang w:eastAsia="en-GB"/>
        </w:rPr>
        <w:t xml:space="preserve"> and </w:t>
      </w:r>
      <w:proofErr w:type="spellStart"/>
      <w:r w:rsidR="00D84A64" w:rsidRPr="00D84A64">
        <w:rPr>
          <w:rFonts w:ascii="Times New Roman" w:hAnsi="Times New Roman"/>
          <w:bCs/>
          <w:spacing w:val="4"/>
          <w:sz w:val="22"/>
          <w:szCs w:val="22"/>
          <w:lang w:eastAsia="en-GB"/>
        </w:rPr>
        <w:t>hydrazonato</w:t>
      </w:r>
      <w:proofErr w:type="spellEnd"/>
      <w:r w:rsidR="00D84A64" w:rsidRPr="00D84A64">
        <w:rPr>
          <w:rFonts w:ascii="Times New Roman" w:hAnsi="Times New Roman"/>
          <w:bCs/>
          <w:spacing w:val="4"/>
          <w:sz w:val="22"/>
          <w:szCs w:val="22"/>
          <w:lang w:eastAsia="en-GB"/>
        </w:rPr>
        <w:t xml:space="preserve"> </w:t>
      </w:r>
      <w:bookmarkStart w:id="2" w:name="_Hlk152250549"/>
      <w:r w:rsidR="00E15C02" w:rsidRPr="00C85550">
        <w:rPr>
          <w:rFonts w:ascii="Times New Roman" w:hAnsi="Times New Roman"/>
          <w:bCs/>
          <w:spacing w:val="4"/>
          <w:sz w:val="22"/>
          <w:szCs w:val="22"/>
          <w:lang w:eastAsia="en-GB"/>
        </w:rPr>
        <w:t xml:space="preserve">tautomeric </w:t>
      </w:r>
      <w:bookmarkEnd w:id="2"/>
      <w:r w:rsidR="00E15C02" w:rsidRPr="00C85550">
        <w:rPr>
          <w:rFonts w:ascii="Times New Roman" w:hAnsi="Times New Roman"/>
          <w:bCs/>
          <w:spacing w:val="4"/>
          <w:sz w:val="22"/>
          <w:szCs w:val="22"/>
          <w:lang w:eastAsia="en-GB"/>
        </w:rPr>
        <w:t>forms</w:t>
      </w:r>
      <w:r w:rsidRPr="00C85550">
        <w:rPr>
          <w:rFonts w:ascii="Times New Roman" w:hAnsi="Times New Roman"/>
          <w:bCs/>
          <w:spacing w:val="4"/>
          <w:sz w:val="22"/>
          <w:szCs w:val="22"/>
          <w:lang w:eastAsia="en-GB"/>
        </w:rPr>
        <w:t>.</w:t>
      </w:r>
    </w:p>
    <w:p w14:paraId="6FBEC7E2" w14:textId="6965AB33" w:rsidR="00B520E7" w:rsidRPr="00C85550" w:rsidRDefault="00B520E7">
      <w:pPr>
        <w:spacing w:after="160" w:line="259" w:lineRule="auto"/>
        <w:rPr>
          <w:rFonts w:ascii="Times New Roman" w:hAnsi="Times New Roman"/>
          <w:b/>
          <w:spacing w:val="4"/>
          <w:sz w:val="28"/>
          <w:szCs w:val="28"/>
          <w:lang w:eastAsia="en-GB"/>
        </w:rPr>
      </w:pPr>
      <w:r w:rsidRPr="00C85550">
        <w:rPr>
          <w:rFonts w:ascii="Times New Roman" w:hAnsi="Times New Roman"/>
          <w:bCs/>
          <w:spacing w:val="4"/>
          <w:sz w:val="28"/>
          <w:szCs w:val="28"/>
          <w:lang w:eastAsia="en-GB"/>
        </w:rPr>
        <w:br w:type="page"/>
      </w:r>
    </w:p>
    <w:p w14:paraId="73DB6D3F" w14:textId="62E469E1" w:rsidR="00A1363E" w:rsidRPr="00C85550" w:rsidRDefault="00A1363E" w:rsidP="005A381B">
      <w:pPr>
        <w:pStyle w:val="Heading1"/>
        <w:rPr>
          <w:rFonts w:ascii="Times New Roman" w:hAnsi="Times New Roman"/>
          <w:bCs w:val="0"/>
          <w:spacing w:val="4"/>
          <w:kern w:val="0"/>
          <w:sz w:val="28"/>
          <w:szCs w:val="28"/>
          <w:lang w:val="en-GB" w:eastAsia="en-GB"/>
        </w:rPr>
      </w:pPr>
      <w:bookmarkStart w:id="3" w:name="_Toc154136689"/>
      <w:r w:rsidRPr="00C85550">
        <w:rPr>
          <w:rFonts w:ascii="Times New Roman" w:hAnsi="Times New Roman"/>
          <w:bCs w:val="0"/>
          <w:spacing w:val="4"/>
          <w:kern w:val="0"/>
          <w:sz w:val="28"/>
          <w:szCs w:val="28"/>
          <w:lang w:val="en-GB" w:eastAsia="en-GB"/>
        </w:rPr>
        <w:lastRenderedPageBreak/>
        <w:t>Single-crystal X-ray diffraction</w:t>
      </w:r>
      <w:bookmarkEnd w:id="3"/>
    </w:p>
    <w:p w14:paraId="1CF0B5C4" w14:textId="77777777" w:rsidR="00A1363E" w:rsidRPr="00C85550" w:rsidRDefault="00A1363E" w:rsidP="00A1363E">
      <w:pPr>
        <w:rPr>
          <w:rFonts w:ascii="Times New Roman" w:hAnsi="Times New Roman"/>
          <w:b/>
        </w:rPr>
      </w:pPr>
      <w:r w:rsidRPr="00C85550">
        <w:rPr>
          <w:rFonts w:ascii="Times New Roman" w:hAnsi="Times New Roman"/>
          <w:noProof/>
        </w:rPr>
        <w:drawing>
          <wp:inline distT="0" distB="0" distL="0" distR="0" wp14:anchorId="23BD69D1" wp14:editId="349133C5">
            <wp:extent cx="5760000" cy="27126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32" t="27400" r="28931" b="31796"/>
                    <a:stretch/>
                  </pic:blipFill>
                  <pic:spPr bwMode="auto">
                    <a:xfrm>
                      <a:off x="0" y="0"/>
                      <a:ext cx="5760000" cy="2712648"/>
                    </a:xfrm>
                    <a:prstGeom prst="rect">
                      <a:avLst/>
                    </a:prstGeom>
                    <a:ln>
                      <a:noFill/>
                    </a:ln>
                    <a:extLst>
                      <a:ext uri="{53640926-AAD7-44D8-BBD7-CCE9431645EC}">
                        <a14:shadowObscured xmlns:a14="http://schemas.microsoft.com/office/drawing/2010/main"/>
                      </a:ext>
                    </a:extLst>
                  </pic:spPr>
                </pic:pic>
              </a:graphicData>
            </a:graphic>
          </wp:inline>
        </w:drawing>
      </w:r>
    </w:p>
    <w:p w14:paraId="5979DE9E" w14:textId="77777777" w:rsidR="00A1363E" w:rsidRPr="00C85550" w:rsidRDefault="00A1363E" w:rsidP="00A1363E">
      <w:pPr>
        <w:jc w:val="center"/>
        <w:rPr>
          <w:rFonts w:ascii="Times New Roman" w:hAnsi="Times New Roman"/>
          <w:b/>
        </w:rPr>
      </w:pPr>
      <w:r w:rsidRPr="00C85550">
        <w:rPr>
          <w:rFonts w:ascii="Times New Roman" w:hAnsi="Times New Roman"/>
          <w:b/>
        </w:rPr>
        <w:t>(a)</w:t>
      </w:r>
    </w:p>
    <w:p w14:paraId="335E3901" w14:textId="77777777" w:rsidR="00A1363E" w:rsidRPr="00C85550" w:rsidRDefault="00A1363E" w:rsidP="00A1363E">
      <w:pPr>
        <w:jc w:val="center"/>
        <w:rPr>
          <w:rFonts w:ascii="Times New Roman" w:hAnsi="Times New Roman"/>
          <w:b/>
        </w:rPr>
      </w:pPr>
    </w:p>
    <w:p w14:paraId="40BD9A87" w14:textId="77777777" w:rsidR="00A1363E" w:rsidRPr="00C85550" w:rsidRDefault="00A1363E" w:rsidP="00A1363E">
      <w:pPr>
        <w:rPr>
          <w:rFonts w:ascii="Times New Roman" w:hAnsi="Times New Roman"/>
          <w:b/>
        </w:rPr>
      </w:pPr>
      <w:r w:rsidRPr="00C85550">
        <w:rPr>
          <w:rFonts w:ascii="Times New Roman" w:hAnsi="Times New Roman"/>
          <w:noProof/>
        </w:rPr>
        <w:drawing>
          <wp:inline distT="0" distB="0" distL="0" distR="0" wp14:anchorId="417BD2ED" wp14:editId="46579714">
            <wp:extent cx="5760000" cy="26103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16" t="25443" r="27515" b="31237"/>
                    <a:stretch/>
                  </pic:blipFill>
                  <pic:spPr bwMode="auto">
                    <a:xfrm>
                      <a:off x="0" y="0"/>
                      <a:ext cx="5760000" cy="2610360"/>
                    </a:xfrm>
                    <a:prstGeom prst="rect">
                      <a:avLst/>
                    </a:prstGeom>
                    <a:ln>
                      <a:noFill/>
                    </a:ln>
                    <a:extLst>
                      <a:ext uri="{53640926-AAD7-44D8-BBD7-CCE9431645EC}">
                        <a14:shadowObscured xmlns:a14="http://schemas.microsoft.com/office/drawing/2010/main"/>
                      </a:ext>
                    </a:extLst>
                  </pic:spPr>
                </pic:pic>
              </a:graphicData>
            </a:graphic>
          </wp:inline>
        </w:drawing>
      </w:r>
    </w:p>
    <w:p w14:paraId="44DE0B9A" w14:textId="77777777" w:rsidR="00A1363E" w:rsidRPr="00C85550" w:rsidRDefault="00A1363E" w:rsidP="00A1363E">
      <w:pPr>
        <w:jc w:val="center"/>
        <w:rPr>
          <w:rFonts w:ascii="Times New Roman" w:hAnsi="Times New Roman"/>
          <w:b/>
        </w:rPr>
      </w:pPr>
      <w:r w:rsidRPr="00C85550">
        <w:rPr>
          <w:rFonts w:ascii="Times New Roman" w:hAnsi="Times New Roman"/>
          <w:b/>
        </w:rPr>
        <w:t>(b)</w:t>
      </w:r>
    </w:p>
    <w:p w14:paraId="156FF5A1" w14:textId="77777777" w:rsidR="00A1363E" w:rsidRPr="00C85550" w:rsidRDefault="00A1363E" w:rsidP="00A1363E">
      <w:pPr>
        <w:jc w:val="center"/>
        <w:rPr>
          <w:rFonts w:ascii="Times New Roman" w:hAnsi="Times New Roman"/>
          <w:b/>
        </w:rPr>
      </w:pPr>
      <w:r w:rsidRPr="00C85550">
        <w:rPr>
          <w:rFonts w:ascii="Times New Roman" w:hAnsi="Times New Roman"/>
          <w:noProof/>
        </w:rPr>
        <w:lastRenderedPageBreak/>
        <w:drawing>
          <wp:inline distT="0" distB="0" distL="0" distR="0" wp14:anchorId="294BB0F6" wp14:editId="57D086E9">
            <wp:extent cx="4320000" cy="3502344"/>
            <wp:effectExtent l="0" t="0" r="444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27" t="21075" r="41908" b="24639"/>
                    <a:stretch/>
                  </pic:blipFill>
                  <pic:spPr bwMode="auto">
                    <a:xfrm>
                      <a:off x="0" y="0"/>
                      <a:ext cx="4320000" cy="3502344"/>
                    </a:xfrm>
                    <a:prstGeom prst="rect">
                      <a:avLst/>
                    </a:prstGeom>
                    <a:ln>
                      <a:noFill/>
                    </a:ln>
                    <a:extLst>
                      <a:ext uri="{53640926-AAD7-44D8-BBD7-CCE9431645EC}">
                        <a14:shadowObscured xmlns:a14="http://schemas.microsoft.com/office/drawing/2010/main"/>
                      </a:ext>
                    </a:extLst>
                  </pic:spPr>
                </pic:pic>
              </a:graphicData>
            </a:graphic>
          </wp:inline>
        </w:drawing>
      </w:r>
    </w:p>
    <w:p w14:paraId="032EDD6F" w14:textId="77777777" w:rsidR="00A1363E" w:rsidRPr="00C85550" w:rsidRDefault="00A1363E" w:rsidP="00A1363E">
      <w:pPr>
        <w:jc w:val="center"/>
        <w:rPr>
          <w:rFonts w:ascii="Times New Roman" w:hAnsi="Times New Roman"/>
          <w:b/>
        </w:rPr>
      </w:pPr>
      <w:r w:rsidRPr="00C85550">
        <w:rPr>
          <w:rFonts w:ascii="Times New Roman" w:hAnsi="Times New Roman"/>
          <w:b/>
        </w:rPr>
        <w:t>(c)</w:t>
      </w:r>
    </w:p>
    <w:p w14:paraId="37F1AACA"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75D485AA" wp14:editId="7518AF9C">
            <wp:extent cx="4320000" cy="3411231"/>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002" t="22998" r="40133" b="21040"/>
                    <a:stretch/>
                  </pic:blipFill>
                  <pic:spPr bwMode="auto">
                    <a:xfrm>
                      <a:off x="0" y="0"/>
                      <a:ext cx="4320000" cy="3411231"/>
                    </a:xfrm>
                    <a:prstGeom prst="rect">
                      <a:avLst/>
                    </a:prstGeom>
                    <a:ln>
                      <a:noFill/>
                    </a:ln>
                    <a:extLst>
                      <a:ext uri="{53640926-AAD7-44D8-BBD7-CCE9431645EC}">
                        <a14:shadowObscured xmlns:a14="http://schemas.microsoft.com/office/drawing/2010/main"/>
                      </a:ext>
                    </a:extLst>
                  </pic:spPr>
                </pic:pic>
              </a:graphicData>
            </a:graphic>
          </wp:inline>
        </w:drawing>
      </w:r>
    </w:p>
    <w:p w14:paraId="4D31DB74" w14:textId="77777777" w:rsidR="00A1363E" w:rsidRPr="00C85550" w:rsidRDefault="00A1363E" w:rsidP="00A1363E">
      <w:pPr>
        <w:jc w:val="center"/>
        <w:rPr>
          <w:rFonts w:ascii="Times New Roman" w:hAnsi="Times New Roman"/>
          <w:b/>
        </w:rPr>
      </w:pPr>
      <w:r w:rsidRPr="00C85550">
        <w:rPr>
          <w:rFonts w:ascii="Times New Roman" w:hAnsi="Times New Roman"/>
          <w:b/>
        </w:rPr>
        <w:t>(d)</w:t>
      </w:r>
    </w:p>
    <w:p w14:paraId="0CBCDA58" w14:textId="77777777" w:rsidR="00A1363E" w:rsidRPr="00C85550" w:rsidRDefault="00A1363E" w:rsidP="00A1363E">
      <w:pPr>
        <w:jc w:val="center"/>
        <w:rPr>
          <w:rFonts w:ascii="Times New Roman" w:hAnsi="Times New Roman"/>
          <w:b/>
        </w:rPr>
      </w:pPr>
    </w:p>
    <w:p w14:paraId="44111658" w14:textId="77777777" w:rsidR="00A1363E" w:rsidRPr="00C85550" w:rsidRDefault="00A1363E" w:rsidP="00A1363E">
      <w:pPr>
        <w:jc w:val="center"/>
        <w:rPr>
          <w:rFonts w:ascii="Times New Roman" w:hAnsi="Times New Roman"/>
          <w:b/>
        </w:rPr>
      </w:pPr>
      <w:r w:rsidRPr="00C85550">
        <w:rPr>
          <w:rFonts w:ascii="Times New Roman" w:hAnsi="Times New Roman"/>
          <w:b/>
          <w:noProof/>
        </w:rPr>
        <w:lastRenderedPageBreak/>
        <w:drawing>
          <wp:inline distT="0" distB="0" distL="0" distR="0" wp14:anchorId="4F15E064" wp14:editId="154E4BC0">
            <wp:extent cx="3847795" cy="3216464"/>
            <wp:effectExtent l="0" t="0" r="635"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35" t="19201" r="39334" b="20579"/>
                    <a:stretch/>
                  </pic:blipFill>
                  <pic:spPr bwMode="auto">
                    <a:xfrm>
                      <a:off x="0" y="0"/>
                      <a:ext cx="3862381" cy="3228657"/>
                    </a:xfrm>
                    <a:prstGeom prst="rect">
                      <a:avLst/>
                    </a:prstGeom>
                    <a:noFill/>
                    <a:ln>
                      <a:noFill/>
                    </a:ln>
                    <a:extLst>
                      <a:ext uri="{53640926-AAD7-44D8-BBD7-CCE9431645EC}">
                        <a14:shadowObscured xmlns:a14="http://schemas.microsoft.com/office/drawing/2010/main"/>
                      </a:ext>
                    </a:extLst>
                  </pic:spPr>
                </pic:pic>
              </a:graphicData>
            </a:graphic>
          </wp:inline>
        </w:drawing>
      </w:r>
    </w:p>
    <w:p w14:paraId="5E930688" w14:textId="77777777" w:rsidR="00A1363E" w:rsidRPr="00C85550" w:rsidRDefault="00A1363E" w:rsidP="00A1363E">
      <w:pPr>
        <w:jc w:val="center"/>
        <w:rPr>
          <w:rFonts w:ascii="Times New Roman" w:hAnsi="Times New Roman"/>
          <w:b/>
        </w:rPr>
      </w:pPr>
      <w:r w:rsidRPr="00C85550">
        <w:rPr>
          <w:rFonts w:ascii="Times New Roman" w:hAnsi="Times New Roman"/>
          <w:b/>
        </w:rPr>
        <w:t>(e)</w:t>
      </w:r>
    </w:p>
    <w:p w14:paraId="496E8412"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77BCBC0B" wp14:editId="1E86F426">
            <wp:extent cx="4820717" cy="318588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11" t="22519" r="30371" b="22006"/>
                    <a:stretch/>
                  </pic:blipFill>
                  <pic:spPr bwMode="auto">
                    <a:xfrm>
                      <a:off x="0" y="0"/>
                      <a:ext cx="4831220" cy="3192824"/>
                    </a:xfrm>
                    <a:prstGeom prst="rect">
                      <a:avLst/>
                    </a:prstGeom>
                    <a:ln>
                      <a:noFill/>
                    </a:ln>
                    <a:extLst>
                      <a:ext uri="{53640926-AAD7-44D8-BBD7-CCE9431645EC}">
                        <a14:shadowObscured xmlns:a14="http://schemas.microsoft.com/office/drawing/2010/main"/>
                      </a:ext>
                    </a:extLst>
                  </pic:spPr>
                </pic:pic>
              </a:graphicData>
            </a:graphic>
          </wp:inline>
        </w:drawing>
      </w:r>
    </w:p>
    <w:p w14:paraId="2FCD7943" w14:textId="77777777" w:rsidR="00A1363E" w:rsidRPr="00C85550" w:rsidRDefault="00A1363E" w:rsidP="00A1363E">
      <w:pPr>
        <w:jc w:val="center"/>
        <w:rPr>
          <w:rFonts w:ascii="Times New Roman" w:hAnsi="Times New Roman"/>
          <w:b/>
        </w:rPr>
      </w:pPr>
      <w:r w:rsidRPr="00C85550">
        <w:rPr>
          <w:rFonts w:ascii="Times New Roman" w:hAnsi="Times New Roman"/>
          <w:b/>
        </w:rPr>
        <w:t>(f)</w:t>
      </w:r>
    </w:p>
    <w:p w14:paraId="78B1C731" w14:textId="77777777" w:rsidR="00A1363E" w:rsidRPr="00C85550" w:rsidRDefault="00A1363E" w:rsidP="00A1363E">
      <w:pPr>
        <w:jc w:val="both"/>
        <w:rPr>
          <w:rFonts w:ascii="Times New Roman" w:hAnsi="Times New Roman"/>
        </w:rPr>
      </w:pPr>
      <w:r w:rsidRPr="00C85550">
        <w:rPr>
          <w:rFonts w:ascii="Times New Roman" w:hAnsi="Times New Roman"/>
          <w:b/>
        </w:rPr>
        <w:t xml:space="preserve">Figure S1. </w:t>
      </w:r>
      <w:r w:rsidRPr="00C85550">
        <w:rPr>
          <w:rFonts w:ascii="Times New Roman" w:hAnsi="Times New Roman"/>
        </w:rPr>
        <w:t xml:space="preserve">Molecular structure and enumeration scheme for </w:t>
      </w:r>
      <w:r w:rsidRPr="00C85550">
        <w:rPr>
          <w:rFonts w:ascii="Times New Roman" w:hAnsi="Times New Roman"/>
          <w:b/>
        </w:rPr>
        <w:t>(a)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(b)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b/>
        </w:rPr>
        <w:t xml:space="preserve">, (c) 1a, (d) 2a, (e) 3a, (f) 3. </w:t>
      </w:r>
      <w:r w:rsidRPr="00C85550">
        <w:rPr>
          <w:rFonts w:ascii="Times New Roman" w:hAnsi="Times New Roman"/>
        </w:rPr>
        <w:t>Non-hydrogen atoms are shown as thermal ellipsoids at 30% probability. The second symmetrically inequivalent molecule in (b) is omitted for clarity. In (f), only symmetrically unique molecular fragment is shown.</w:t>
      </w:r>
    </w:p>
    <w:p w14:paraId="5733AA6B" w14:textId="77777777" w:rsidR="00A1363E" w:rsidRPr="00C85550" w:rsidRDefault="00A1363E" w:rsidP="00A1363E">
      <w:pPr>
        <w:jc w:val="center"/>
        <w:rPr>
          <w:rFonts w:ascii="Times New Roman" w:hAnsi="Times New Roman"/>
          <w:b/>
        </w:rPr>
      </w:pPr>
      <w:r w:rsidRPr="00C85550">
        <w:rPr>
          <w:rFonts w:ascii="Times New Roman" w:hAnsi="Times New Roman"/>
          <w:noProof/>
        </w:rPr>
        <w:lastRenderedPageBreak/>
        <w:drawing>
          <wp:inline distT="0" distB="0" distL="0" distR="0" wp14:anchorId="3A511CEA" wp14:editId="54CEFEF2">
            <wp:extent cx="4320000" cy="3001427"/>
            <wp:effectExtent l="0" t="0" r="4445"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01" t="20864" r="35334" b="21991"/>
                    <a:stretch/>
                  </pic:blipFill>
                  <pic:spPr bwMode="auto">
                    <a:xfrm>
                      <a:off x="0" y="0"/>
                      <a:ext cx="4320000" cy="3001427"/>
                    </a:xfrm>
                    <a:prstGeom prst="rect">
                      <a:avLst/>
                    </a:prstGeom>
                    <a:ln>
                      <a:noFill/>
                    </a:ln>
                    <a:extLst>
                      <a:ext uri="{53640926-AAD7-44D8-BBD7-CCE9431645EC}">
                        <a14:shadowObscured xmlns:a14="http://schemas.microsoft.com/office/drawing/2010/main"/>
                      </a:ext>
                    </a:extLst>
                  </pic:spPr>
                </pic:pic>
              </a:graphicData>
            </a:graphic>
          </wp:inline>
        </w:drawing>
      </w:r>
    </w:p>
    <w:p w14:paraId="741DC261" w14:textId="77777777" w:rsidR="00A1363E" w:rsidRPr="00C85550" w:rsidRDefault="00A1363E" w:rsidP="00A1363E">
      <w:pPr>
        <w:jc w:val="center"/>
        <w:rPr>
          <w:rFonts w:ascii="Times New Roman" w:hAnsi="Times New Roman"/>
          <w:b/>
        </w:rPr>
      </w:pPr>
      <w:r w:rsidRPr="00C85550">
        <w:rPr>
          <w:rFonts w:ascii="Times New Roman" w:hAnsi="Times New Roman"/>
          <w:b/>
        </w:rPr>
        <w:t>(a)</w:t>
      </w:r>
    </w:p>
    <w:p w14:paraId="34B6F894"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24175DC3" wp14:editId="2F74BF22">
            <wp:extent cx="4320000" cy="3977594"/>
            <wp:effectExtent l="0" t="0" r="4445"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69" t="19204" r="40133" b="20563"/>
                    <a:stretch/>
                  </pic:blipFill>
                  <pic:spPr bwMode="auto">
                    <a:xfrm>
                      <a:off x="0" y="0"/>
                      <a:ext cx="4320000" cy="3977594"/>
                    </a:xfrm>
                    <a:prstGeom prst="rect">
                      <a:avLst/>
                    </a:prstGeom>
                    <a:ln>
                      <a:noFill/>
                    </a:ln>
                    <a:extLst>
                      <a:ext uri="{53640926-AAD7-44D8-BBD7-CCE9431645EC}">
                        <a14:shadowObscured xmlns:a14="http://schemas.microsoft.com/office/drawing/2010/main"/>
                      </a:ext>
                    </a:extLst>
                  </pic:spPr>
                </pic:pic>
              </a:graphicData>
            </a:graphic>
          </wp:inline>
        </w:drawing>
      </w:r>
    </w:p>
    <w:p w14:paraId="6A6B0A9F" w14:textId="77777777" w:rsidR="00A1363E" w:rsidRPr="00C85550" w:rsidRDefault="00A1363E" w:rsidP="00A1363E">
      <w:pPr>
        <w:jc w:val="center"/>
        <w:rPr>
          <w:rFonts w:ascii="Times New Roman" w:hAnsi="Times New Roman"/>
          <w:b/>
        </w:rPr>
      </w:pPr>
      <w:r w:rsidRPr="00C85550">
        <w:rPr>
          <w:rFonts w:ascii="Times New Roman" w:hAnsi="Times New Roman"/>
          <w:b/>
        </w:rPr>
        <w:t>(b)</w:t>
      </w:r>
    </w:p>
    <w:p w14:paraId="27837332" w14:textId="77777777" w:rsidR="00A1363E" w:rsidRPr="00C85550" w:rsidRDefault="00A1363E" w:rsidP="00A1363E">
      <w:pPr>
        <w:jc w:val="center"/>
        <w:rPr>
          <w:rFonts w:ascii="Times New Roman" w:hAnsi="Times New Roman"/>
          <w:b/>
        </w:rPr>
      </w:pPr>
    </w:p>
    <w:p w14:paraId="78E6FB2F" w14:textId="77777777" w:rsidR="00A1363E" w:rsidRPr="00C85550" w:rsidRDefault="00A1363E" w:rsidP="00A1363E">
      <w:pPr>
        <w:jc w:val="center"/>
        <w:rPr>
          <w:rFonts w:ascii="Times New Roman" w:hAnsi="Times New Roman"/>
          <w:b/>
        </w:rPr>
      </w:pPr>
      <w:r w:rsidRPr="00C85550">
        <w:rPr>
          <w:rFonts w:ascii="Times New Roman" w:hAnsi="Times New Roman"/>
          <w:noProof/>
        </w:rPr>
        <w:lastRenderedPageBreak/>
        <w:drawing>
          <wp:inline distT="0" distB="0" distL="0" distR="0" wp14:anchorId="2CD54528" wp14:editId="0CCAE627">
            <wp:extent cx="4320000" cy="2678534"/>
            <wp:effectExtent l="0" t="0" r="444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600" t="23945" r="35867" b="26967"/>
                    <a:stretch/>
                  </pic:blipFill>
                  <pic:spPr bwMode="auto">
                    <a:xfrm>
                      <a:off x="0" y="0"/>
                      <a:ext cx="4320000" cy="2678534"/>
                    </a:xfrm>
                    <a:prstGeom prst="rect">
                      <a:avLst/>
                    </a:prstGeom>
                    <a:ln>
                      <a:noFill/>
                    </a:ln>
                    <a:extLst>
                      <a:ext uri="{53640926-AAD7-44D8-BBD7-CCE9431645EC}">
                        <a14:shadowObscured xmlns:a14="http://schemas.microsoft.com/office/drawing/2010/main"/>
                      </a:ext>
                    </a:extLst>
                  </pic:spPr>
                </pic:pic>
              </a:graphicData>
            </a:graphic>
          </wp:inline>
        </w:drawing>
      </w:r>
    </w:p>
    <w:p w14:paraId="503F38DA" w14:textId="77777777" w:rsidR="00A1363E" w:rsidRPr="00C85550" w:rsidRDefault="00A1363E" w:rsidP="00A1363E">
      <w:pPr>
        <w:jc w:val="center"/>
        <w:rPr>
          <w:rFonts w:ascii="Times New Roman" w:hAnsi="Times New Roman"/>
          <w:b/>
        </w:rPr>
      </w:pPr>
      <w:r w:rsidRPr="00C85550">
        <w:rPr>
          <w:rFonts w:ascii="Times New Roman" w:hAnsi="Times New Roman"/>
          <w:b/>
        </w:rPr>
        <w:t>(c)</w:t>
      </w:r>
    </w:p>
    <w:p w14:paraId="2474E9ED"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5EEC18BE" wp14:editId="227E222B">
            <wp:extent cx="4320000" cy="3715866"/>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873" t="23472" r="41867" b="24138"/>
                    <a:stretch/>
                  </pic:blipFill>
                  <pic:spPr bwMode="auto">
                    <a:xfrm>
                      <a:off x="0" y="0"/>
                      <a:ext cx="4320000" cy="3715866"/>
                    </a:xfrm>
                    <a:prstGeom prst="rect">
                      <a:avLst/>
                    </a:prstGeom>
                    <a:ln>
                      <a:noFill/>
                    </a:ln>
                    <a:extLst>
                      <a:ext uri="{53640926-AAD7-44D8-BBD7-CCE9431645EC}">
                        <a14:shadowObscured xmlns:a14="http://schemas.microsoft.com/office/drawing/2010/main"/>
                      </a:ext>
                    </a:extLst>
                  </pic:spPr>
                </pic:pic>
              </a:graphicData>
            </a:graphic>
          </wp:inline>
        </w:drawing>
      </w:r>
    </w:p>
    <w:p w14:paraId="343EDDB3" w14:textId="77777777" w:rsidR="00A1363E" w:rsidRPr="00C85550" w:rsidRDefault="00A1363E" w:rsidP="00A1363E">
      <w:pPr>
        <w:jc w:val="center"/>
        <w:rPr>
          <w:rFonts w:ascii="Times New Roman" w:hAnsi="Times New Roman"/>
          <w:b/>
        </w:rPr>
      </w:pPr>
      <w:r w:rsidRPr="00C85550">
        <w:rPr>
          <w:rFonts w:ascii="Times New Roman" w:hAnsi="Times New Roman"/>
          <w:b/>
        </w:rPr>
        <w:t>(d)</w:t>
      </w:r>
    </w:p>
    <w:p w14:paraId="6ACBE322" w14:textId="77777777" w:rsidR="00A1363E" w:rsidRPr="00C85550" w:rsidRDefault="00A1363E" w:rsidP="00A1363E">
      <w:pPr>
        <w:jc w:val="center"/>
        <w:rPr>
          <w:rFonts w:ascii="Times New Roman" w:hAnsi="Times New Roman"/>
          <w:b/>
        </w:rPr>
      </w:pPr>
      <w:r w:rsidRPr="00C85550">
        <w:rPr>
          <w:rFonts w:ascii="Times New Roman" w:hAnsi="Times New Roman"/>
          <w:noProof/>
        </w:rPr>
        <w:lastRenderedPageBreak/>
        <w:drawing>
          <wp:inline distT="0" distB="0" distL="0" distR="0" wp14:anchorId="5BF189BC" wp14:editId="5C3DE163">
            <wp:extent cx="4320000" cy="3692467"/>
            <wp:effectExtent l="0" t="0" r="4445"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76" t="21342" r="41600" b="24374"/>
                    <a:stretch/>
                  </pic:blipFill>
                  <pic:spPr bwMode="auto">
                    <a:xfrm>
                      <a:off x="0" y="0"/>
                      <a:ext cx="4320000" cy="3692467"/>
                    </a:xfrm>
                    <a:prstGeom prst="rect">
                      <a:avLst/>
                    </a:prstGeom>
                    <a:ln>
                      <a:noFill/>
                    </a:ln>
                    <a:extLst>
                      <a:ext uri="{53640926-AAD7-44D8-BBD7-CCE9431645EC}">
                        <a14:shadowObscured xmlns:a14="http://schemas.microsoft.com/office/drawing/2010/main"/>
                      </a:ext>
                    </a:extLst>
                  </pic:spPr>
                </pic:pic>
              </a:graphicData>
            </a:graphic>
          </wp:inline>
        </w:drawing>
      </w:r>
    </w:p>
    <w:p w14:paraId="2AD577A7" w14:textId="77777777" w:rsidR="00A1363E" w:rsidRPr="00C85550" w:rsidRDefault="00A1363E" w:rsidP="00A1363E">
      <w:pPr>
        <w:jc w:val="center"/>
        <w:rPr>
          <w:rFonts w:ascii="Times New Roman" w:hAnsi="Times New Roman"/>
          <w:b/>
        </w:rPr>
      </w:pPr>
      <w:r w:rsidRPr="00C85550">
        <w:rPr>
          <w:rFonts w:ascii="Times New Roman" w:hAnsi="Times New Roman"/>
          <w:b/>
        </w:rPr>
        <w:t>(e)</w:t>
      </w:r>
    </w:p>
    <w:p w14:paraId="5A5C1583"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4CFC88FA" wp14:editId="0F1FBBE2">
            <wp:extent cx="4320000" cy="2603721"/>
            <wp:effectExtent l="0" t="0" r="4445"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39" t="20867" r="32400" b="24850"/>
                    <a:stretch/>
                  </pic:blipFill>
                  <pic:spPr bwMode="auto">
                    <a:xfrm>
                      <a:off x="0" y="0"/>
                      <a:ext cx="4320000" cy="2603721"/>
                    </a:xfrm>
                    <a:prstGeom prst="rect">
                      <a:avLst/>
                    </a:prstGeom>
                    <a:ln>
                      <a:noFill/>
                    </a:ln>
                    <a:extLst>
                      <a:ext uri="{53640926-AAD7-44D8-BBD7-CCE9431645EC}">
                        <a14:shadowObscured xmlns:a14="http://schemas.microsoft.com/office/drawing/2010/main"/>
                      </a:ext>
                    </a:extLst>
                  </pic:spPr>
                </pic:pic>
              </a:graphicData>
            </a:graphic>
          </wp:inline>
        </w:drawing>
      </w:r>
    </w:p>
    <w:p w14:paraId="19B2263F" w14:textId="77777777" w:rsidR="00A1363E" w:rsidRPr="00C85550" w:rsidRDefault="00A1363E" w:rsidP="00A1363E">
      <w:pPr>
        <w:jc w:val="center"/>
        <w:rPr>
          <w:rFonts w:ascii="Times New Roman" w:hAnsi="Times New Roman"/>
          <w:b/>
        </w:rPr>
      </w:pPr>
      <w:r w:rsidRPr="00C85550">
        <w:rPr>
          <w:rFonts w:ascii="Times New Roman" w:hAnsi="Times New Roman"/>
          <w:b/>
        </w:rPr>
        <w:t>(f)</w:t>
      </w:r>
    </w:p>
    <w:p w14:paraId="627208B0" w14:textId="77777777" w:rsidR="00A1363E" w:rsidRPr="00C85550" w:rsidRDefault="00A1363E" w:rsidP="00A1363E">
      <w:pPr>
        <w:jc w:val="both"/>
        <w:rPr>
          <w:rFonts w:ascii="Times New Roman" w:hAnsi="Times New Roman"/>
        </w:rPr>
      </w:pPr>
      <w:r w:rsidRPr="00C85550">
        <w:rPr>
          <w:rFonts w:ascii="Times New Roman" w:hAnsi="Times New Roman"/>
          <w:b/>
        </w:rPr>
        <w:t xml:space="preserve">Figure S2. </w:t>
      </w:r>
      <w:r w:rsidRPr="00C85550">
        <w:rPr>
          <w:rFonts w:ascii="Times New Roman" w:hAnsi="Times New Roman"/>
        </w:rPr>
        <w:t xml:space="preserve">Packing of molecules in the crystal structure of </w:t>
      </w:r>
      <w:r w:rsidRPr="00C85550">
        <w:rPr>
          <w:rFonts w:ascii="Times New Roman" w:hAnsi="Times New Roman"/>
          <w:b/>
        </w:rPr>
        <w:t>(a)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(b)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b/>
        </w:rPr>
        <w:t>, (c) 1a, (d) 2a, (e) 3a, (f) 3</w:t>
      </w:r>
      <w:r w:rsidRPr="00C85550">
        <w:rPr>
          <w:rFonts w:ascii="Times New Roman" w:hAnsi="Times New Roman"/>
        </w:rPr>
        <w:t xml:space="preserve">, shown along </w:t>
      </w:r>
      <w:r w:rsidRPr="00C85550">
        <w:rPr>
          <w:rFonts w:ascii="Times New Roman" w:hAnsi="Times New Roman"/>
          <w:i/>
        </w:rPr>
        <w:t>c</w:t>
      </w:r>
      <w:r w:rsidRPr="00C85550">
        <w:rPr>
          <w:rFonts w:ascii="Times New Roman" w:hAnsi="Times New Roman"/>
        </w:rPr>
        <w:t xml:space="preserve">-axis for ligands (a) and (b) and along </w:t>
      </w:r>
      <w:r w:rsidRPr="00C85550">
        <w:rPr>
          <w:rFonts w:ascii="Times New Roman" w:hAnsi="Times New Roman"/>
          <w:i/>
        </w:rPr>
        <w:t>b</w:t>
      </w:r>
      <w:r w:rsidRPr="00C85550">
        <w:rPr>
          <w:rFonts w:ascii="Times New Roman" w:hAnsi="Times New Roman"/>
        </w:rPr>
        <w:t>-axis for complexes (c)-(f).</w:t>
      </w:r>
    </w:p>
    <w:p w14:paraId="4BC444EB" w14:textId="77777777" w:rsidR="00A1363E" w:rsidRPr="00C85550" w:rsidRDefault="00A1363E" w:rsidP="00A1363E">
      <w:pPr>
        <w:rPr>
          <w:rFonts w:ascii="Times New Roman" w:hAnsi="Times New Roman"/>
        </w:rPr>
      </w:pPr>
    </w:p>
    <w:p w14:paraId="4394C450" w14:textId="77777777" w:rsidR="00A1363E" w:rsidRPr="00C85550" w:rsidRDefault="00A1363E" w:rsidP="00A1363E">
      <w:pPr>
        <w:rPr>
          <w:rFonts w:ascii="Times New Roman" w:hAnsi="Times New Roman"/>
        </w:rPr>
      </w:pPr>
      <w:r w:rsidRPr="00C85550">
        <w:rPr>
          <w:rFonts w:ascii="Times New Roman" w:hAnsi="Times New Roman"/>
          <w:noProof/>
        </w:rPr>
        <w:lastRenderedPageBreak/>
        <w:drawing>
          <wp:inline distT="0" distB="0" distL="0" distR="0" wp14:anchorId="4F779781" wp14:editId="39FC17DD">
            <wp:extent cx="5760000" cy="218095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36" t="23471" r="22533" b="33630"/>
                    <a:stretch/>
                  </pic:blipFill>
                  <pic:spPr bwMode="auto">
                    <a:xfrm>
                      <a:off x="0" y="0"/>
                      <a:ext cx="5760000" cy="2180954"/>
                    </a:xfrm>
                    <a:prstGeom prst="rect">
                      <a:avLst/>
                    </a:prstGeom>
                    <a:ln>
                      <a:noFill/>
                    </a:ln>
                    <a:extLst>
                      <a:ext uri="{53640926-AAD7-44D8-BBD7-CCE9431645EC}">
                        <a14:shadowObscured xmlns:a14="http://schemas.microsoft.com/office/drawing/2010/main"/>
                      </a:ext>
                    </a:extLst>
                  </pic:spPr>
                </pic:pic>
              </a:graphicData>
            </a:graphic>
          </wp:inline>
        </w:drawing>
      </w:r>
    </w:p>
    <w:p w14:paraId="3D3BFBD7" w14:textId="77777777" w:rsidR="00A1363E" w:rsidRPr="00C85550" w:rsidRDefault="00A1363E" w:rsidP="00A1363E">
      <w:pPr>
        <w:jc w:val="center"/>
        <w:rPr>
          <w:rFonts w:ascii="Times New Roman" w:hAnsi="Times New Roman"/>
          <w:b/>
        </w:rPr>
      </w:pPr>
      <w:r w:rsidRPr="00C85550">
        <w:rPr>
          <w:rFonts w:ascii="Times New Roman" w:hAnsi="Times New Roman"/>
          <w:b/>
        </w:rPr>
        <w:t>(a)</w:t>
      </w:r>
    </w:p>
    <w:p w14:paraId="41394B96"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172C579F" wp14:editId="1B2A3C8A">
            <wp:extent cx="5760000" cy="405830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00" t="12801" r="33333" b="26742"/>
                    <a:stretch/>
                  </pic:blipFill>
                  <pic:spPr bwMode="auto">
                    <a:xfrm>
                      <a:off x="0" y="0"/>
                      <a:ext cx="5760000" cy="4058305"/>
                    </a:xfrm>
                    <a:prstGeom prst="rect">
                      <a:avLst/>
                    </a:prstGeom>
                    <a:ln>
                      <a:noFill/>
                    </a:ln>
                    <a:extLst>
                      <a:ext uri="{53640926-AAD7-44D8-BBD7-CCE9431645EC}">
                        <a14:shadowObscured xmlns:a14="http://schemas.microsoft.com/office/drawing/2010/main"/>
                      </a:ext>
                    </a:extLst>
                  </pic:spPr>
                </pic:pic>
              </a:graphicData>
            </a:graphic>
          </wp:inline>
        </w:drawing>
      </w:r>
    </w:p>
    <w:p w14:paraId="4E158339" w14:textId="77777777" w:rsidR="00A1363E" w:rsidRPr="00C85550" w:rsidRDefault="00A1363E" w:rsidP="00A1363E">
      <w:pPr>
        <w:jc w:val="center"/>
        <w:rPr>
          <w:rFonts w:ascii="Times New Roman" w:hAnsi="Times New Roman"/>
          <w:b/>
        </w:rPr>
      </w:pPr>
      <w:r w:rsidRPr="00C85550">
        <w:rPr>
          <w:rFonts w:ascii="Times New Roman" w:hAnsi="Times New Roman"/>
          <w:b/>
        </w:rPr>
        <w:t>(b)</w:t>
      </w:r>
    </w:p>
    <w:p w14:paraId="2A57F15C" w14:textId="79C2F636" w:rsidR="00A1363E" w:rsidRPr="00C85550" w:rsidRDefault="00A1363E" w:rsidP="00A1363E">
      <w:pPr>
        <w:jc w:val="both"/>
        <w:rPr>
          <w:rFonts w:ascii="Times New Roman" w:hAnsi="Times New Roman"/>
        </w:rPr>
      </w:pPr>
      <w:r w:rsidRPr="00C85550">
        <w:rPr>
          <w:rFonts w:ascii="Times New Roman" w:hAnsi="Times New Roman"/>
          <w:b/>
        </w:rPr>
        <w:t xml:space="preserve">Figure S3. </w:t>
      </w:r>
      <w:r w:rsidRPr="00C85550">
        <w:rPr>
          <w:rFonts w:ascii="Times New Roman" w:hAnsi="Times New Roman"/>
        </w:rPr>
        <w:t xml:space="preserve">Supramolecular environment of ligand molecules in </w:t>
      </w:r>
      <w:r w:rsidRPr="00C85550">
        <w:rPr>
          <w:rFonts w:ascii="Times New Roman" w:hAnsi="Times New Roman"/>
          <w:b/>
        </w:rPr>
        <w:t>(a)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xml:space="preserve"> </w:t>
      </w:r>
      <w:r w:rsidRPr="00C85550">
        <w:rPr>
          <w:rFonts w:ascii="Times New Roman" w:hAnsi="Times New Roman"/>
        </w:rPr>
        <w:t>and</w:t>
      </w:r>
      <w:r w:rsidRPr="00C85550">
        <w:rPr>
          <w:rFonts w:ascii="Times New Roman" w:hAnsi="Times New Roman"/>
          <w:b/>
        </w:rPr>
        <w:t xml:space="preserve"> (b)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rPr>
        <w:t>. In (a), ligand molecules form supramolecular chains through hydrazide N</w:t>
      </w:r>
      <w:r w:rsidR="00D84A64">
        <w:rPr>
          <w:rFonts w:ascii="Times New Roman" w:hAnsi="Times New Roman"/>
        </w:rPr>
        <w:t>–</w:t>
      </w:r>
      <w:r w:rsidRPr="00C85550">
        <w:rPr>
          <w:rFonts w:ascii="Times New Roman" w:hAnsi="Times New Roman"/>
        </w:rPr>
        <w:t>H∙∙∙O</w:t>
      </w:r>
      <w:r w:rsidRPr="00C85550">
        <w:rPr>
          <w:rFonts w:ascii="Times New Roman" w:hAnsi="Times New Roman"/>
          <w:vertAlign w:val="subscript"/>
        </w:rPr>
        <w:t>ar</w:t>
      </w:r>
      <w:r w:rsidRPr="00C85550">
        <w:rPr>
          <w:rFonts w:ascii="Times New Roman" w:hAnsi="Times New Roman"/>
        </w:rPr>
        <w:t xml:space="preserve"> hydrogen bond. In (b), symmetrically inequivalent molecules (shown as green and blue) form a complicated hydrogen bond network.</w:t>
      </w:r>
    </w:p>
    <w:p w14:paraId="0AD30D20" w14:textId="77777777" w:rsidR="00A1363E" w:rsidRPr="00C85550" w:rsidRDefault="00A1363E" w:rsidP="00A1363E">
      <w:pPr>
        <w:jc w:val="both"/>
        <w:rPr>
          <w:rFonts w:ascii="Times New Roman" w:hAnsi="Times New Roman"/>
          <w:b/>
        </w:rPr>
      </w:pPr>
      <w:r w:rsidRPr="00C85550">
        <w:rPr>
          <w:rFonts w:ascii="Times New Roman" w:hAnsi="Times New Roman"/>
          <w:noProof/>
        </w:rPr>
        <w:lastRenderedPageBreak/>
        <w:drawing>
          <wp:inline distT="0" distB="0" distL="0" distR="0" wp14:anchorId="3E614270" wp14:editId="343EA764">
            <wp:extent cx="5760000" cy="4440512"/>
            <wp:effectExtent l="0" t="0" r="0" b="0"/>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00" t="9957" r="35868" b="19141"/>
                    <a:stretch/>
                  </pic:blipFill>
                  <pic:spPr bwMode="auto">
                    <a:xfrm>
                      <a:off x="0" y="0"/>
                      <a:ext cx="5760000" cy="4440512"/>
                    </a:xfrm>
                    <a:prstGeom prst="rect">
                      <a:avLst/>
                    </a:prstGeom>
                    <a:ln>
                      <a:noFill/>
                    </a:ln>
                    <a:extLst>
                      <a:ext uri="{53640926-AAD7-44D8-BBD7-CCE9431645EC}">
                        <a14:shadowObscured xmlns:a14="http://schemas.microsoft.com/office/drawing/2010/main"/>
                      </a:ext>
                    </a:extLst>
                  </pic:spPr>
                </pic:pic>
              </a:graphicData>
            </a:graphic>
          </wp:inline>
        </w:drawing>
      </w:r>
    </w:p>
    <w:p w14:paraId="5DAB28AA" w14:textId="77777777" w:rsidR="00A1363E" w:rsidRPr="00C85550" w:rsidRDefault="00A1363E" w:rsidP="00A1363E">
      <w:pPr>
        <w:jc w:val="center"/>
        <w:rPr>
          <w:rFonts w:ascii="Times New Roman" w:hAnsi="Times New Roman"/>
          <w:b/>
        </w:rPr>
      </w:pPr>
      <w:r w:rsidRPr="00C85550">
        <w:rPr>
          <w:rFonts w:ascii="Times New Roman" w:hAnsi="Times New Roman"/>
          <w:b/>
        </w:rPr>
        <w:t>(a)</w:t>
      </w:r>
    </w:p>
    <w:p w14:paraId="0A43E9C3"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62A885F6" wp14:editId="76281803">
            <wp:extent cx="5760000" cy="1474310"/>
            <wp:effectExtent l="0" t="0" r="0" b="0"/>
            <wp:docPr id="8196" name="Pictur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334" t="33192" r="22400" b="35745"/>
                    <a:stretch/>
                  </pic:blipFill>
                  <pic:spPr bwMode="auto">
                    <a:xfrm>
                      <a:off x="0" y="0"/>
                      <a:ext cx="5760000" cy="1474310"/>
                    </a:xfrm>
                    <a:prstGeom prst="rect">
                      <a:avLst/>
                    </a:prstGeom>
                    <a:ln>
                      <a:noFill/>
                    </a:ln>
                    <a:extLst>
                      <a:ext uri="{53640926-AAD7-44D8-BBD7-CCE9431645EC}">
                        <a14:shadowObscured xmlns:a14="http://schemas.microsoft.com/office/drawing/2010/main"/>
                      </a:ext>
                    </a:extLst>
                  </pic:spPr>
                </pic:pic>
              </a:graphicData>
            </a:graphic>
          </wp:inline>
        </w:drawing>
      </w:r>
    </w:p>
    <w:p w14:paraId="6A6B95CF" w14:textId="77777777" w:rsidR="00A1363E" w:rsidRPr="00C85550" w:rsidRDefault="00A1363E" w:rsidP="00A1363E">
      <w:pPr>
        <w:jc w:val="center"/>
        <w:rPr>
          <w:rFonts w:ascii="Times New Roman" w:hAnsi="Times New Roman"/>
          <w:b/>
        </w:rPr>
      </w:pPr>
      <w:r w:rsidRPr="00C85550">
        <w:rPr>
          <w:rFonts w:ascii="Times New Roman" w:hAnsi="Times New Roman"/>
          <w:b/>
        </w:rPr>
        <w:t>(b)</w:t>
      </w:r>
    </w:p>
    <w:p w14:paraId="3C5F1A57" w14:textId="77777777" w:rsidR="00A1363E" w:rsidRPr="00C85550" w:rsidRDefault="00A1363E" w:rsidP="00A1363E">
      <w:pPr>
        <w:jc w:val="center"/>
        <w:rPr>
          <w:rFonts w:ascii="Times New Roman" w:hAnsi="Times New Roman"/>
          <w:b/>
        </w:rPr>
      </w:pPr>
      <w:r w:rsidRPr="00C85550">
        <w:rPr>
          <w:rFonts w:ascii="Times New Roman" w:hAnsi="Times New Roman"/>
          <w:noProof/>
        </w:rPr>
        <w:drawing>
          <wp:inline distT="0" distB="0" distL="0" distR="0" wp14:anchorId="7B2E2FA2" wp14:editId="35E6667E">
            <wp:extent cx="5760000" cy="2170868"/>
            <wp:effectExtent l="0" t="0" r="0" b="1270"/>
            <wp:docPr id="8198" name="Picture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01" t="25607" r="27200" b="29100"/>
                    <a:stretch/>
                  </pic:blipFill>
                  <pic:spPr bwMode="auto">
                    <a:xfrm>
                      <a:off x="0" y="0"/>
                      <a:ext cx="5760000" cy="2170868"/>
                    </a:xfrm>
                    <a:prstGeom prst="rect">
                      <a:avLst/>
                    </a:prstGeom>
                    <a:ln>
                      <a:noFill/>
                    </a:ln>
                    <a:extLst>
                      <a:ext uri="{53640926-AAD7-44D8-BBD7-CCE9431645EC}">
                        <a14:shadowObscured xmlns:a14="http://schemas.microsoft.com/office/drawing/2010/main"/>
                      </a:ext>
                    </a:extLst>
                  </pic:spPr>
                </pic:pic>
              </a:graphicData>
            </a:graphic>
          </wp:inline>
        </w:drawing>
      </w:r>
    </w:p>
    <w:p w14:paraId="278243EA" w14:textId="77777777" w:rsidR="00A1363E" w:rsidRPr="00C85550" w:rsidRDefault="00A1363E" w:rsidP="00A1363E">
      <w:pPr>
        <w:jc w:val="center"/>
        <w:rPr>
          <w:rFonts w:ascii="Times New Roman" w:hAnsi="Times New Roman"/>
          <w:b/>
        </w:rPr>
      </w:pPr>
      <w:r w:rsidRPr="00C85550">
        <w:rPr>
          <w:rFonts w:ascii="Times New Roman" w:hAnsi="Times New Roman"/>
          <w:b/>
        </w:rPr>
        <w:t>(c)</w:t>
      </w:r>
    </w:p>
    <w:p w14:paraId="4B742659" w14:textId="77777777" w:rsidR="00A1363E" w:rsidRPr="00C85550" w:rsidRDefault="00A1363E" w:rsidP="00A1363E">
      <w:pPr>
        <w:jc w:val="center"/>
        <w:rPr>
          <w:rFonts w:ascii="Times New Roman" w:hAnsi="Times New Roman"/>
          <w:b/>
        </w:rPr>
      </w:pPr>
      <w:r w:rsidRPr="00C85550">
        <w:rPr>
          <w:rFonts w:ascii="Times New Roman" w:hAnsi="Times New Roman"/>
          <w:noProof/>
        </w:rPr>
        <w:lastRenderedPageBreak/>
        <w:drawing>
          <wp:inline distT="0" distB="0" distL="0" distR="0" wp14:anchorId="62F6C75D" wp14:editId="304B2197">
            <wp:extent cx="5760000" cy="2279896"/>
            <wp:effectExtent l="0" t="0" r="0" b="6350"/>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34" t="26317" r="25733" b="26022"/>
                    <a:stretch/>
                  </pic:blipFill>
                  <pic:spPr bwMode="auto">
                    <a:xfrm>
                      <a:off x="0" y="0"/>
                      <a:ext cx="5760000" cy="2279896"/>
                    </a:xfrm>
                    <a:prstGeom prst="rect">
                      <a:avLst/>
                    </a:prstGeom>
                    <a:ln>
                      <a:noFill/>
                    </a:ln>
                    <a:extLst>
                      <a:ext uri="{53640926-AAD7-44D8-BBD7-CCE9431645EC}">
                        <a14:shadowObscured xmlns:a14="http://schemas.microsoft.com/office/drawing/2010/main"/>
                      </a:ext>
                    </a:extLst>
                  </pic:spPr>
                </pic:pic>
              </a:graphicData>
            </a:graphic>
          </wp:inline>
        </w:drawing>
      </w:r>
    </w:p>
    <w:p w14:paraId="41F002F7" w14:textId="77777777" w:rsidR="00A1363E" w:rsidRPr="00C85550" w:rsidRDefault="00A1363E" w:rsidP="00A1363E">
      <w:pPr>
        <w:jc w:val="center"/>
        <w:rPr>
          <w:rFonts w:ascii="Times New Roman" w:hAnsi="Times New Roman"/>
          <w:b/>
        </w:rPr>
      </w:pPr>
      <w:r w:rsidRPr="00C85550">
        <w:rPr>
          <w:rFonts w:ascii="Times New Roman" w:hAnsi="Times New Roman"/>
          <w:b/>
        </w:rPr>
        <w:t>(d)</w:t>
      </w:r>
    </w:p>
    <w:p w14:paraId="2FAEA761" w14:textId="216A9159" w:rsidR="00A1363E" w:rsidRPr="00C85550" w:rsidRDefault="00A1363E" w:rsidP="00A1363E">
      <w:pPr>
        <w:jc w:val="both"/>
        <w:rPr>
          <w:rFonts w:ascii="Times New Roman" w:hAnsi="Times New Roman"/>
        </w:rPr>
      </w:pPr>
      <w:r w:rsidRPr="00C85550">
        <w:rPr>
          <w:rFonts w:ascii="Times New Roman" w:hAnsi="Times New Roman"/>
          <w:b/>
        </w:rPr>
        <w:t>Figure S</w:t>
      </w:r>
      <w:r w:rsidR="00B857E7" w:rsidRPr="00C85550">
        <w:rPr>
          <w:rFonts w:ascii="Times New Roman" w:hAnsi="Times New Roman"/>
          <w:b/>
        </w:rPr>
        <w:t>4</w:t>
      </w:r>
      <w:r w:rsidRPr="00C85550">
        <w:rPr>
          <w:rFonts w:ascii="Times New Roman" w:hAnsi="Times New Roman"/>
          <w:b/>
        </w:rPr>
        <w:t xml:space="preserve">. </w:t>
      </w:r>
      <w:r w:rsidRPr="00C85550">
        <w:rPr>
          <w:rFonts w:ascii="Times New Roman" w:hAnsi="Times New Roman"/>
        </w:rPr>
        <w:t xml:space="preserve">Supramolecular environment of complex molecules in </w:t>
      </w:r>
      <w:r w:rsidRPr="00C85550">
        <w:rPr>
          <w:rFonts w:ascii="Times New Roman" w:hAnsi="Times New Roman"/>
          <w:b/>
        </w:rPr>
        <w:t>(a) 1a, (b) 2a, (c) 3a and (d) 3</w:t>
      </w:r>
      <w:r w:rsidRPr="00C85550">
        <w:rPr>
          <w:rFonts w:ascii="Times New Roman" w:hAnsi="Times New Roman"/>
        </w:rPr>
        <w:t>. All complexes have few available hydrogen bond donors (methanol OH moiety or NH2 moiety on the aromatic ring), therefore observed supramolecular networks are relatively simple. In (a) and (b) supramolecular chains are formed between methanol OH group and pyridyl nitrogen atom. In (c), supramolecular dimers are established through methanol OH and amine nitrogen atom, which are further connected in chains through N-H∙∙∙</w:t>
      </w:r>
      <w:proofErr w:type="spellStart"/>
      <w:r w:rsidRPr="00C85550">
        <w:rPr>
          <w:rFonts w:ascii="Times New Roman" w:hAnsi="Times New Roman"/>
        </w:rPr>
        <w:t>O</w:t>
      </w:r>
      <w:r w:rsidRPr="00C85550">
        <w:rPr>
          <w:rFonts w:ascii="Times New Roman" w:hAnsi="Times New Roman"/>
          <w:vertAlign w:val="subscript"/>
        </w:rPr>
        <w:t>eq</w:t>
      </w:r>
      <w:proofErr w:type="spellEnd"/>
      <w:r w:rsidRPr="00C85550">
        <w:rPr>
          <w:rFonts w:ascii="Times New Roman" w:hAnsi="Times New Roman"/>
        </w:rPr>
        <w:t>=Mo hydrogen bond. Finally, in (d), only the similar situation is found as in (c), except that dimers are formed through coordination of amine to the MoO</w:t>
      </w:r>
      <w:r w:rsidRPr="00C85550">
        <w:rPr>
          <w:rFonts w:ascii="Times New Roman" w:hAnsi="Times New Roman"/>
          <w:vertAlign w:val="subscript"/>
        </w:rPr>
        <w:t>2</w:t>
      </w:r>
      <w:r w:rsidRPr="00C85550">
        <w:rPr>
          <w:rFonts w:ascii="Times New Roman" w:hAnsi="Times New Roman"/>
        </w:rPr>
        <w:t xml:space="preserve"> core.</w:t>
      </w:r>
    </w:p>
    <w:p w14:paraId="5A58126C" w14:textId="77777777" w:rsidR="00A1363E" w:rsidRPr="00C85550" w:rsidRDefault="00A1363E" w:rsidP="00A1363E">
      <w:pPr>
        <w:jc w:val="center"/>
        <w:rPr>
          <w:rFonts w:ascii="Times New Roman" w:hAnsi="Times New Roman"/>
          <w:b/>
        </w:rPr>
      </w:pPr>
    </w:p>
    <w:p w14:paraId="7FC79F6F" w14:textId="77777777" w:rsidR="00A1363E" w:rsidRPr="00C85550" w:rsidRDefault="00A1363E" w:rsidP="00A1363E">
      <w:pPr>
        <w:rPr>
          <w:rFonts w:ascii="Times New Roman" w:hAnsi="Times New Roman"/>
        </w:rPr>
      </w:pPr>
      <w:r w:rsidRPr="00C85550">
        <w:rPr>
          <w:rFonts w:ascii="Times New Roman" w:hAnsi="Times New Roman"/>
        </w:rPr>
        <w:br w:type="page"/>
      </w:r>
    </w:p>
    <w:p w14:paraId="283C5C3D" w14:textId="77777777" w:rsidR="00A1363E" w:rsidRPr="00C85550" w:rsidRDefault="00A1363E" w:rsidP="00A1363E">
      <w:pPr>
        <w:rPr>
          <w:rFonts w:ascii="Times New Roman" w:hAnsi="Times New Roman"/>
        </w:rPr>
      </w:pPr>
      <w:r w:rsidRPr="00C85550">
        <w:rPr>
          <w:rFonts w:ascii="Times New Roman" w:hAnsi="Times New Roman"/>
          <w:b/>
        </w:rPr>
        <w:lastRenderedPageBreak/>
        <w:t>Table S1.</w:t>
      </w:r>
      <w:r w:rsidRPr="00C85550">
        <w:rPr>
          <w:rFonts w:ascii="Times New Roman" w:hAnsi="Times New Roman"/>
        </w:rPr>
        <w:t xml:space="preserve"> Experimental and crystallographic data for ligands </w:t>
      </w: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xml:space="preserve"> </w:t>
      </w:r>
      <w:r w:rsidRPr="00C85550">
        <w:rPr>
          <w:rFonts w:ascii="Times New Roman" w:hAnsi="Times New Roman"/>
        </w:rPr>
        <w:t>and</w:t>
      </w:r>
      <w:r w:rsidRPr="00C85550">
        <w:rPr>
          <w:rFonts w:ascii="Times New Roman" w:hAnsi="Times New Roman"/>
          <w:b/>
        </w:rPr>
        <w:t xml:space="preserve">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3495"/>
        <w:gridCol w:w="2886"/>
      </w:tblGrid>
      <w:tr w:rsidR="00A1363E" w:rsidRPr="00C85550" w14:paraId="30408170" w14:textId="77777777" w:rsidTr="00B520E7">
        <w:tc>
          <w:tcPr>
            <w:tcW w:w="2475" w:type="dxa"/>
            <w:vAlign w:val="center"/>
          </w:tcPr>
          <w:p w14:paraId="2EAB4DD4" w14:textId="77777777" w:rsidR="00A1363E" w:rsidRPr="00C85550" w:rsidRDefault="00A1363E" w:rsidP="00B520E7">
            <w:pPr>
              <w:rPr>
                <w:rFonts w:ascii="Times New Roman" w:hAnsi="Times New Roman"/>
              </w:rPr>
            </w:pPr>
            <w:r w:rsidRPr="00C85550">
              <w:rPr>
                <w:rFonts w:ascii="Times New Roman" w:hAnsi="Times New Roman"/>
                <w:sz w:val="20"/>
              </w:rPr>
              <w:t>Identifier</w:t>
            </w:r>
          </w:p>
        </w:tc>
        <w:tc>
          <w:tcPr>
            <w:tcW w:w="3495" w:type="dxa"/>
            <w:vAlign w:val="center"/>
          </w:tcPr>
          <w:p w14:paraId="7CD5844C" w14:textId="77777777" w:rsidR="00A1363E" w:rsidRPr="00C85550" w:rsidRDefault="00A1363E" w:rsidP="00B520E7">
            <w:pPr>
              <w:rPr>
                <w:rFonts w:ascii="Times New Roman" w:hAnsi="Times New Roman"/>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p>
        </w:tc>
        <w:tc>
          <w:tcPr>
            <w:tcW w:w="2886" w:type="dxa"/>
          </w:tcPr>
          <w:p w14:paraId="26413FFD" w14:textId="77777777" w:rsidR="00A1363E" w:rsidRPr="00C85550" w:rsidRDefault="00A1363E" w:rsidP="00B520E7">
            <w:pPr>
              <w:rPr>
                <w:rFonts w:ascii="Times New Roman" w:hAnsi="Times New Roman"/>
                <w:b/>
                <w:sz w:val="20"/>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p>
        </w:tc>
      </w:tr>
      <w:tr w:rsidR="00A1363E" w:rsidRPr="00C85550" w14:paraId="5B50BBB0" w14:textId="77777777" w:rsidTr="00B520E7">
        <w:trPr>
          <w:trHeight w:val="283"/>
        </w:trPr>
        <w:tc>
          <w:tcPr>
            <w:tcW w:w="2475" w:type="dxa"/>
            <w:vAlign w:val="center"/>
          </w:tcPr>
          <w:p w14:paraId="35B265D4" w14:textId="77777777" w:rsidR="00A1363E" w:rsidRPr="00C85550" w:rsidRDefault="00A1363E" w:rsidP="00B520E7">
            <w:pPr>
              <w:rPr>
                <w:rFonts w:ascii="Times New Roman" w:hAnsi="Times New Roman"/>
              </w:rPr>
            </w:pPr>
            <w:r w:rsidRPr="00C85550">
              <w:rPr>
                <w:rFonts w:ascii="Times New Roman" w:hAnsi="Times New Roman"/>
                <w:sz w:val="20"/>
              </w:rPr>
              <w:t>Empirical formula</w:t>
            </w:r>
          </w:p>
        </w:tc>
        <w:tc>
          <w:tcPr>
            <w:tcW w:w="3495" w:type="dxa"/>
            <w:vAlign w:val="center"/>
          </w:tcPr>
          <w:p w14:paraId="17F93C14"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15</w:t>
            </w:r>
            <w:r w:rsidRPr="00C85550">
              <w:rPr>
                <w:rFonts w:ascii="Times New Roman" w:hAnsi="Times New Roman"/>
                <w:sz w:val="20"/>
              </w:rPr>
              <w:t>H</w:t>
            </w:r>
            <w:r w:rsidRPr="00C85550">
              <w:rPr>
                <w:rFonts w:ascii="Times New Roman" w:hAnsi="Times New Roman"/>
                <w:sz w:val="20"/>
                <w:vertAlign w:val="subscript"/>
              </w:rPr>
              <w:t>15</w:t>
            </w:r>
            <w:r w:rsidRPr="00C85550">
              <w:rPr>
                <w:rFonts w:ascii="Times New Roman" w:hAnsi="Times New Roman"/>
                <w:sz w:val="20"/>
              </w:rPr>
              <w:t>N</w:t>
            </w:r>
            <w:r w:rsidRPr="00C85550">
              <w:rPr>
                <w:rFonts w:ascii="Times New Roman" w:hAnsi="Times New Roman"/>
                <w:sz w:val="20"/>
                <w:vertAlign w:val="subscript"/>
              </w:rPr>
              <w:t>3</w:t>
            </w:r>
            <w:r w:rsidRPr="00C85550">
              <w:rPr>
                <w:rFonts w:ascii="Times New Roman" w:hAnsi="Times New Roman"/>
                <w:sz w:val="20"/>
              </w:rPr>
              <w:t>O</w:t>
            </w:r>
            <w:r w:rsidRPr="00C85550">
              <w:rPr>
                <w:rFonts w:ascii="Times New Roman" w:hAnsi="Times New Roman"/>
                <w:sz w:val="20"/>
                <w:vertAlign w:val="subscript"/>
              </w:rPr>
              <w:t>3</w:t>
            </w:r>
          </w:p>
        </w:tc>
        <w:tc>
          <w:tcPr>
            <w:tcW w:w="2886" w:type="dxa"/>
            <w:vAlign w:val="center"/>
          </w:tcPr>
          <w:p w14:paraId="4F82785F"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15</w:t>
            </w:r>
            <w:r w:rsidRPr="00C85550">
              <w:rPr>
                <w:rFonts w:ascii="Times New Roman" w:hAnsi="Times New Roman"/>
                <w:sz w:val="20"/>
              </w:rPr>
              <w:t>H</w:t>
            </w:r>
            <w:r w:rsidRPr="00C85550">
              <w:rPr>
                <w:rFonts w:ascii="Times New Roman" w:hAnsi="Times New Roman"/>
                <w:sz w:val="20"/>
                <w:vertAlign w:val="subscript"/>
              </w:rPr>
              <w:t>15</w:t>
            </w:r>
            <w:r w:rsidRPr="00C85550">
              <w:rPr>
                <w:rFonts w:ascii="Times New Roman" w:hAnsi="Times New Roman"/>
                <w:sz w:val="20"/>
              </w:rPr>
              <w:t>N</w:t>
            </w:r>
            <w:r w:rsidRPr="00C85550">
              <w:rPr>
                <w:rFonts w:ascii="Times New Roman" w:hAnsi="Times New Roman"/>
                <w:sz w:val="20"/>
                <w:vertAlign w:val="subscript"/>
              </w:rPr>
              <w:t>3</w:t>
            </w:r>
            <w:r w:rsidRPr="00C85550">
              <w:rPr>
                <w:rFonts w:ascii="Times New Roman" w:hAnsi="Times New Roman"/>
                <w:sz w:val="20"/>
              </w:rPr>
              <w:t>O</w:t>
            </w:r>
            <w:r w:rsidRPr="00C85550">
              <w:rPr>
                <w:rFonts w:ascii="Times New Roman" w:hAnsi="Times New Roman"/>
                <w:sz w:val="20"/>
                <w:vertAlign w:val="subscript"/>
              </w:rPr>
              <w:t>3</w:t>
            </w:r>
          </w:p>
        </w:tc>
      </w:tr>
      <w:tr w:rsidR="00A1363E" w:rsidRPr="00C85550" w14:paraId="276E9BDC" w14:textId="77777777" w:rsidTr="00B520E7">
        <w:trPr>
          <w:trHeight w:val="283"/>
        </w:trPr>
        <w:tc>
          <w:tcPr>
            <w:tcW w:w="2475" w:type="dxa"/>
            <w:vAlign w:val="center"/>
          </w:tcPr>
          <w:p w14:paraId="433D2D59" w14:textId="77777777" w:rsidR="00A1363E" w:rsidRPr="00C85550" w:rsidRDefault="00A1363E" w:rsidP="00B520E7">
            <w:pPr>
              <w:rPr>
                <w:rFonts w:ascii="Times New Roman" w:hAnsi="Times New Roman"/>
              </w:rPr>
            </w:pPr>
            <w:r w:rsidRPr="00C85550">
              <w:rPr>
                <w:rFonts w:ascii="Times New Roman" w:hAnsi="Times New Roman"/>
                <w:i/>
                <w:sz w:val="20"/>
              </w:rPr>
              <w:t>M</w:t>
            </w:r>
            <w:r w:rsidRPr="00C85550">
              <w:rPr>
                <w:rFonts w:ascii="Times New Roman" w:hAnsi="Times New Roman"/>
                <w:sz w:val="20"/>
                <w:vertAlign w:val="subscript"/>
              </w:rPr>
              <w:t>r</w:t>
            </w:r>
          </w:p>
        </w:tc>
        <w:tc>
          <w:tcPr>
            <w:tcW w:w="3495" w:type="dxa"/>
            <w:vAlign w:val="center"/>
          </w:tcPr>
          <w:p w14:paraId="1D018414" w14:textId="77777777" w:rsidR="00A1363E" w:rsidRPr="00C85550" w:rsidRDefault="00A1363E" w:rsidP="00B520E7">
            <w:pPr>
              <w:rPr>
                <w:rFonts w:ascii="Times New Roman" w:hAnsi="Times New Roman"/>
              </w:rPr>
            </w:pPr>
            <w:r w:rsidRPr="00C85550">
              <w:rPr>
                <w:rFonts w:ascii="Times New Roman" w:hAnsi="Times New Roman"/>
                <w:sz w:val="20"/>
              </w:rPr>
              <w:t>285.30</w:t>
            </w:r>
          </w:p>
        </w:tc>
        <w:tc>
          <w:tcPr>
            <w:tcW w:w="2886" w:type="dxa"/>
            <w:vAlign w:val="center"/>
          </w:tcPr>
          <w:p w14:paraId="5E34B773" w14:textId="77777777" w:rsidR="00A1363E" w:rsidRPr="00C85550" w:rsidRDefault="00A1363E" w:rsidP="00B520E7">
            <w:pPr>
              <w:rPr>
                <w:rFonts w:ascii="Times New Roman" w:hAnsi="Times New Roman"/>
              </w:rPr>
            </w:pPr>
            <w:r w:rsidRPr="00C85550">
              <w:rPr>
                <w:rFonts w:ascii="Times New Roman" w:hAnsi="Times New Roman"/>
                <w:sz w:val="20"/>
              </w:rPr>
              <w:t>285.30</w:t>
            </w:r>
          </w:p>
        </w:tc>
      </w:tr>
      <w:tr w:rsidR="00A1363E" w:rsidRPr="00C85550" w14:paraId="62C6230A" w14:textId="77777777" w:rsidTr="00B520E7">
        <w:trPr>
          <w:trHeight w:val="283"/>
        </w:trPr>
        <w:tc>
          <w:tcPr>
            <w:tcW w:w="2475" w:type="dxa"/>
            <w:vAlign w:val="center"/>
          </w:tcPr>
          <w:p w14:paraId="595DFBAC" w14:textId="77777777" w:rsidR="00A1363E" w:rsidRPr="00C85550" w:rsidRDefault="00A1363E" w:rsidP="00B520E7">
            <w:pPr>
              <w:rPr>
                <w:rFonts w:ascii="Times New Roman" w:hAnsi="Times New Roman"/>
              </w:rPr>
            </w:pPr>
            <w:r w:rsidRPr="00C85550">
              <w:rPr>
                <w:rFonts w:ascii="Times New Roman" w:hAnsi="Times New Roman"/>
                <w:i/>
                <w:sz w:val="20"/>
              </w:rPr>
              <w:t>T</w:t>
            </w:r>
            <w:r w:rsidRPr="00C85550">
              <w:rPr>
                <w:rFonts w:ascii="Times New Roman" w:hAnsi="Times New Roman"/>
                <w:sz w:val="20"/>
              </w:rPr>
              <w:t>/K</w:t>
            </w:r>
          </w:p>
        </w:tc>
        <w:tc>
          <w:tcPr>
            <w:tcW w:w="3495" w:type="dxa"/>
            <w:vAlign w:val="center"/>
          </w:tcPr>
          <w:p w14:paraId="058CCA88" w14:textId="77777777" w:rsidR="00A1363E" w:rsidRPr="00C85550" w:rsidRDefault="00A1363E" w:rsidP="00B520E7">
            <w:pPr>
              <w:rPr>
                <w:rFonts w:ascii="Times New Roman" w:hAnsi="Times New Roman"/>
              </w:rPr>
            </w:pPr>
            <w:r w:rsidRPr="00C85550">
              <w:rPr>
                <w:rFonts w:ascii="Times New Roman" w:hAnsi="Times New Roman"/>
                <w:sz w:val="20"/>
              </w:rPr>
              <w:t>150.00</w:t>
            </w:r>
          </w:p>
        </w:tc>
        <w:tc>
          <w:tcPr>
            <w:tcW w:w="2886" w:type="dxa"/>
            <w:vAlign w:val="center"/>
          </w:tcPr>
          <w:p w14:paraId="05427D1B" w14:textId="77777777" w:rsidR="00A1363E" w:rsidRPr="00C85550" w:rsidRDefault="00A1363E" w:rsidP="00B520E7">
            <w:pPr>
              <w:rPr>
                <w:rFonts w:ascii="Times New Roman" w:hAnsi="Times New Roman"/>
              </w:rPr>
            </w:pPr>
            <w:r w:rsidRPr="00C85550">
              <w:rPr>
                <w:rFonts w:ascii="Times New Roman" w:hAnsi="Times New Roman"/>
                <w:sz w:val="20"/>
              </w:rPr>
              <w:t>150.00</w:t>
            </w:r>
          </w:p>
        </w:tc>
      </w:tr>
      <w:tr w:rsidR="00A1363E" w:rsidRPr="00C85550" w14:paraId="33F5AD78" w14:textId="77777777" w:rsidTr="00B520E7">
        <w:trPr>
          <w:trHeight w:val="283"/>
        </w:trPr>
        <w:tc>
          <w:tcPr>
            <w:tcW w:w="2475" w:type="dxa"/>
            <w:vAlign w:val="center"/>
          </w:tcPr>
          <w:p w14:paraId="663B133E" w14:textId="77777777" w:rsidR="00A1363E" w:rsidRPr="00C85550" w:rsidRDefault="00A1363E" w:rsidP="00B520E7">
            <w:pPr>
              <w:rPr>
                <w:rFonts w:ascii="Times New Roman" w:hAnsi="Times New Roman"/>
              </w:rPr>
            </w:pPr>
            <w:r w:rsidRPr="00C85550">
              <w:rPr>
                <w:rFonts w:ascii="Times New Roman" w:hAnsi="Times New Roman"/>
                <w:sz w:val="20"/>
              </w:rPr>
              <w:t>Crystal system</w:t>
            </w:r>
          </w:p>
        </w:tc>
        <w:tc>
          <w:tcPr>
            <w:tcW w:w="3495" w:type="dxa"/>
            <w:vAlign w:val="center"/>
          </w:tcPr>
          <w:p w14:paraId="035E1ED9" w14:textId="77777777" w:rsidR="00A1363E" w:rsidRPr="00C85550" w:rsidRDefault="00A1363E" w:rsidP="00B520E7">
            <w:pPr>
              <w:rPr>
                <w:rFonts w:ascii="Times New Roman" w:hAnsi="Times New Roman"/>
              </w:rPr>
            </w:pPr>
            <w:r w:rsidRPr="00C85550">
              <w:rPr>
                <w:rFonts w:ascii="Times New Roman" w:hAnsi="Times New Roman"/>
                <w:sz w:val="20"/>
              </w:rPr>
              <w:t>orthorhombic, yellow block</w:t>
            </w:r>
          </w:p>
        </w:tc>
        <w:tc>
          <w:tcPr>
            <w:tcW w:w="2886" w:type="dxa"/>
            <w:vAlign w:val="center"/>
          </w:tcPr>
          <w:p w14:paraId="4CD21ED5" w14:textId="77777777" w:rsidR="00A1363E" w:rsidRPr="00C85550" w:rsidRDefault="00A1363E" w:rsidP="00B520E7">
            <w:pPr>
              <w:rPr>
                <w:rFonts w:ascii="Times New Roman" w:hAnsi="Times New Roman"/>
              </w:rPr>
            </w:pPr>
            <w:r w:rsidRPr="00C85550">
              <w:rPr>
                <w:rFonts w:ascii="Times New Roman" w:hAnsi="Times New Roman"/>
                <w:sz w:val="20"/>
              </w:rPr>
              <w:t>triclinic, yellow prism</w:t>
            </w:r>
          </w:p>
        </w:tc>
      </w:tr>
      <w:tr w:rsidR="00A1363E" w:rsidRPr="00C85550" w14:paraId="6DA4BC5B" w14:textId="77777777" w:rsidTr="00B520E7">
        <w:trPr>
          <w:trHeight w:val="283"/>
        </w:trPr>
        <w:tc>
          <w:tcPr>
            <w:tcW w:w="2475" w:type="dxa"/>
            <w:vAlign w:val="center"/>
          </w:tcPr>
          <w:p w14:paraId="730C9122" w14:textId="77777777" w:rsidR="00A1363E" w:rsidRPr="00C85550" w:rsidRDefault="00A1363E" w:rsidP="00B520E7">
            <w:pPr>
              <w:rPr>
                <w:rFonts w:ascii="Times New Roman" w:hAnsi="Times New Roman"/>
              </w:rPr>
            </w:pPr>
            <w:r w:rsidRPr="00C85550">
              <w:rPr>
                <w:rFonts w:ascii="Times New Roman" w:hAnsi="Times New Roman"/>
                <w:sz w:val="20"/>
              </w:rPr>
              <w:t>Space group</w:t>
            </w:r>
          </w:p>
        </w:tc>
        <w:tc>
          <w:tcPr>
            <w:tcW w:w="3495" w:type="dxa"/>
            <w:vAlign w:val="center"/>
          </w:tcPr>
          <w:p w14:paraId="4428BC90" w14:textId="77777777" w:rsidR="00A1363E" w:rsidRPr="00C85550" w:rsidRDefault="00A1363E" w:rsidP="00B520E7">
            <w:pPr>
              <w:rPr>
                <w:rFonts w:ascii="Times New Roman" w:hAnsi="Times New Roman"/>
              </w:rPr>
            </w:pPr>
            <w:r w:rsidRPr="00C85550">
              <w:rPr>
                <w:rFonts w:ascii="Times New Roman" w:hAnsi="Times New Roman"/>
                <w:i/>
                <w:sz w:val="20"/>
              </w:rPr>
              <w:t xml:space="preserve">P n a </w:t>
            </w:r>
            <w:r w:rsidRPr="00C85550">
              <w:rPr>
                <w:rFonts w:ascii="Times New Roman" w:hAnsi="Times New Roman"/>
                <w:sz w:val="20"/>
              </w:rPr>
              <w:t>2</w:t>
            </w:r>
            <w:r w:rsidRPr="00C85550">
              <w:rPr>
                <w:rFonts w:ascii="Times New Roman" w:hAnsi="Times New Roman"/>
                <w:sz w:val="20"/>
                <w:vertAlign w:val="subscript"/>
              </w:rPr>
              <w:t>1</w:t>
            </w:r>
          </w:p>
        </w:tc>
        <w:tc>
          <w:tcPr>
            <w:tcW w:w="2886" w:type="dxa"/>
            <w:vAlign w:val="center"/>
          </w:tcPr>
          <w:p w14:paraId="69D6B9D9" w14:textId="77777777" w:rsidR="00A1363E" w:rsidRPr="00C85550" w:rsidRDefault="00A1363E" w:rsidP="00B520E7">
            <w:pPr>
              <w:rPr>
                <w:rFonts w:ascii="Times New Roman" w:hAnsi="Times New Roman"/>
              </w:rPr>
            </w:pPr>
            <w:r w:rsidRPr="00C85550">
              <w:rPr>
                <w:rFonts w:ascii="Times New Roman" w:hAnsi="Times New Roman"/>
                <w:i/>
                <w:sz w:val="20"/>
              </w:rPr>
              <w:t>P –</w:t>
            </w:r>
            <w:r w:rsidRPr="00C85550">
              <w:rPr>
                <w:rFonts w:ascii="Times New Roman" w:hAnsi="Times New Roman"/>
                <w:sz w:val="20"/>
              </w:rPr>
              <w:t>1</w:t>
            </w:r>
          </w:p>
        </w:tc>
      </w:tr>
      <w:tr w:rsidR="00A1363E" w:rsidRPr="00C85550" w14:paraId="440A4D60" w14:textId="77777777" w:rsidTr="00B520E7">
        <w:trPr>
          <w:trHeight w:val="283"/>
        </w:trPr>
        <w:tc>
          <w:tcPr>
            <w:tcW w:w="2475" w:type="dxa"/>
            <w:vAlign w:val="center"/>
          </w:tcPr>
          <w:p w14:paraId="63DAD8EE" w14:textId="77777777" w:rsidR="00A1363E" w:rsidRPr="00C85550" w:rsidRDefault="00A1363E" w:rsidP="00B520E7">
            <w:pPr>
              <w:rPr>
                <w:rFonts w:ascii="Times New Roman" w:hAnsi="Times New Roman"/>
              </w:rPr>
            </w:pPr>
            <w:r w:rsidRPr="00C85550">
              <w:rPr>
                <w:rFonts w:ascii="Times New Roman" w:hAnsi="Times New Roman"/>
                <w:i/>
                <w:sz w:val="20"/>
              </w:rPr>
              <w:t>a</w:t>
            </w:r>
            <w:r w:rsidRPr="00C85550">
              <w:rPr>
                <w:rFonts w:ascii="Times New Roman" w:hAnsi="Times New Roman"/>
                <w:sz w:val="20"/>
              </w:rPr>
              <w:t>/Å</w:t>
            </w:r>
          </w:p>
        </w:tc>
        <w:tc>
          <w:tcPr>
            <w:tcW w:w="3495" w:type="dxa"/>
            <w:vAlign w:val="center"/>
          </w:tcPr>
          <w:p w14:paraId="5DC115A0" w14:textId="77777777" w:rsidR="00A1363E" w:rsidRPr="00C85550" w:rsidRDefault="00A1363E" w:rsidP="00B520E7">
            <w:pPr>
              <w:rPr>
                <w:rFonts w:ascii="Times New Roman" w:hAnsi="Times New Roman"/>
              </w:rPr>
            </w:pPr>
            <w:r w:rsidRPr="00C85550">
              <w:rPr>
                <w:rFonts w:ascii="Times New Roman" w:hAnsi="Times New Roman"/>
                <w:sz w:val="20"/>
              </w:rPr>
              <w:t>19.964(2)</w:t>
            </w:r>
          </w:p>
        </w:tc>
        <w:tc>
          <w:tcPr>
            <w:tcW w:w="2886" w:type="dxa"/>
            <w:vAlign w:val="center"/>
          </w:tcPr>
          <w:p w14:paraId="53677BEE" w14:textId="77777777" w:rsidR="00A1363E" w:rsidRPr="00C85550" w:rsidRDefault="00A1363E" w:rsidP="00B520E7">
            <w:pPr>
              <w:rPr>
                <w:rFonts w:ascii="Times New Roman" w:hAnsi="Times New Roman"/>
              </w:rPr>
            </w:pPr>
            <w:r w:rsidRPr="00C85550">
              <w:rPr>
                <w:rFonts w:ascii="Times New Roman" w:hAnsi="Times New Roman"/>
                <w:sz w:val="20"/>
              </w:rPr>
              <w:t>9.6923(6)</w:t>
            </w:r>
          </w:p>
        </w:tc>
      </w:tr>
      <w:tr w:rsidR="00A1363E" w:rsidRPr="00C85550" w14:paraId="1210EFFA" w14:textId="77777777" w:rsidTr="00B520E7">
        <w:trPr>
          <w:trHeight w:val="283"/>
        </w:trPr>
        <w:tc>
          <w:tcPr>
            <w:tcW w:w="2475" w:type="dxa"/>
            <w:vAlign w:val="center"/>
          </w:tcPr>
          <w:p w14:paraId="5A4735A3" w14:textId="77777777" w:rsidR="00A1363E" w:rsidRPr="00C85550" w:rsidRDefault="00A1363E" w:rsidP="00B520E7">
            <w:pPr>
              <w:rPr>
                <w:rFonts w:ascii="Times New Roman" w:hAnsi="Times New Roman"/>
              </w:rPr>
            </w:pPr>
            <w:r w:rsidRPr="00C85550">
              <w:rPr>
                <w:rFonts w:ascii="Times New Roman" w:hAnsi="Times New Roman"/>
                <w:i/>
                <w:sz w:val="20"/>
              </w:rPr>
              <w:t>b</w:t>
            </w:r>
            <w:r w:rsidRPr="00C85550">
              <w:rPr>
                <w:rFonts w:ascii="Times New Roman" w:hAnsi="Times New Roman"/>
                <w:sz w:val="20"/>
              </w:rPr>
              <w:t>/Å</w:t>
            </w:r>
          </w:p>
        </w:tc>
        <w:tc>
          <w:tcPr>
            <w:tcW w:w="3495" w:type="dxa"/>
            <w:vAlign w:val="center"/>
          </w:tcPr>
          <w:p w14:paraId="78E19F47" w14:textId="77777777" w:rsidR="00A1363E" w:rsidRPr="00C85550" w:rsidRDefault="00A1363E" w:rsidP="00B520E7">
            <w:pPr>
              <w:rPr>
                <w:rFonts w:ascii="Times New Roman" w:hAnsi="Times New Roman"/>
              </w:rPr>
            </w:pPr>
            <w:r w:rsidRPr="00C85550">
              <w:rPr>
                <w:rFonts w:ascii="Times New Roman" w:hAnsi="Times New Roman"/>
                <w:sz w:val="20"/>
              </w:rPr>
              <w:t>11.2493(9)</w:t>
            </w:r>
          </w:p>
        </w:tc>
        <w:tc>
          <w:tcPr>
            <w:tcW w:w="2886" w:type="dxa"/>
            <w:vAlign w:val="center"/>
          </w:tcPr>
          <w:p w14:paraId="02A86AAC" w14:textId="77777777" w:rsidR="00A1363E" w:rsidRPr="00C85550" w:rsidRDefault="00A1363E" w:rsidP="00B520E7">
            <w:pPr>
              <w:rPr>
                <w:rFonts w:ascii="Times New Roman" w:hAnsi="Times New Roman"/>
              </w:rPr>
            </w:pPr>
            <w:r w:rsidRPr="00C85550">
              <w:rPr>
                <w:rFonts w:ascii="Times New Roman" w:hAnsi="Times New Roman"/>
                <w:sz w:val="20"/>
              </w:rPr>
              <w:t>11.4322(6)</w:t>
            </w:r>
          </w:p>
        </w:tc>
      </w:tr>
      <w:tr w:rsidR="00A1363E" w:rsidRPr="00C85550" w14:paraId="593C5E00" w14:textId="77777777" w:rsidTr="00B520E7">
        <w:trPr>
          <w:trHeight w:val="283"/>
        </w:trPr>
        <w:tc>
          <w:tcPr>
            <w:tcW w:w="2475" w:type="dxa"/>
            <w:vAlign w:val="center"/>
          </w:tcPr>
          <w:p w14:paraId="2ED2F2BC" w14:textId="77777777" w:rsidR="00A1363E" w:rsidRPr="00C85550" w:rsidRDefault="00A1363E" w:rsidP="00B520E7">
            <w:pPr>
              <w:rPr>
                <w:rFonts w:ascii="Times New Roman" w:hAnsi="Times New Roman"/>
              </w:rPr>
            </w:pPr>
            <w:r w:rsidRPr="00C85550">
              <w:rPr>
                <w:rFonts w:ascii="Times New Roman" w:hAnsi="Times New Roman"/>
                <w:i/>
                <w:sz w:val="20"/>
              </w:rPr>
              <w:t>c</w:t>
            </w:r>
            <w:r w:rsidRPr="00C85550">
              <w:rPr>
                <w:rFonts w:ascii="Times New Roman" w:hAnsi="Times New Roman"/>
                <w:sz w:val="20"/>
              </w:rPr>
              <w:t>/Å</w:t>
            </w:r>
          </w:p>
        </w:tc>
        <w:tc>
          <w:tcPr>
            <w:tcW w:w="3495" w:type="dxa"/>
            <w:vAlign w:val="center"/>
          </w:tcPr>
          <w:p w14:paraId="6DB6E784" w14:textId="77777777" w:rsidR="00A1363E" w:rsidRPr="00C85550" w:rsidRDefault="00A1363E" w:rsidP="00B520E7">
            <w:pPr>
              <w:rPr>
                <w:rFonts w:ascii="Times New Roman" w:hAnsi="Times New Roman"/>
              </w:rPr>
            </w:pPr>
            <w:r w:rsidRPr="00C85550">
              <w:rPr>
                <w:rFonts w:ascii="Times New Roman" w:hAnsi="Times New Roman"/>
                <w:sz w:val="20"/>
              </w:rPr>
              <w:t>6.1009(8)</w:t>
            </w:r>
          </w:p>
        </w:tc>
        <w:tc>
          <w:tcPr>
            <w:tcW w:w="2886" w:type="dxa"/>
            <w:vAlign w:val="center"/>
          </w:tcPr>
          <w:p w14:paraId="1CDCAF43" w14:textId="77777777" w:rsidR="00A1363E" w:rsidRPr="00C85550" w:rsidRDefault="00A1363E" w:rsidP="00B520E7">
            <w:pPr>
              <w:rPr>
                <w:rFonts w:ascii="Times New Roman" w:hAnsi="Times New Roman"/>
              </w:rPr>
            </w:pPr>
            <w:r w:rsidRPr="00C85550">
              <w:rPr>
                <w:rFonts w:ascii="Times New Roman" w:hAnsi="Times New Roman"/>
                <w:sz w:val="20"/>
              </w:rPr>
              <w:t>12.8069(7)</w:t>
            </w:r>
          </w:p>
        </w:tc>
      </w:tr>
      <w:tr w:rsidR="00A1363E" w:rsidRPr="00C85550" w14:paraId="684D5123" w14:textId="77777777" w:rsidTr="00B520E7">
        <w:trPr>
          <w:trHeight w:val="283"/>
        </w:trPr>
        <w:tc>
          <w:tcPr>
            <w:tcW w:w="2475" w:type="dxa"/>
            <w:vAlign w:val="center"/>
          </w:tcPr>
          <w:p w14:paraId="7BEF1CD5" w14:textId="77777777" w:rsidR="00A1363E" w:rsidRPr="00C85550" w:rsidRDefault="00A1363E" w:rsidP="00B520E7">
            <w:pPr>
              <w:rPr>
                <w:rFonts w:ascii="Times New Roman" w:hAnsi="Times New Roman"/>
              </w:rPr>
            </w:pPr>
            <w:r w:rsidRPr="00C85550">
              <w:rPr>
                <w:rFonts w:ascii="Times New Roman" w:hAnsi="Times New Roman"/>
                <w:i/>
                <w:sz w:val="20"/>
              </w:rPr>
              <w:t>α</w:t>
            </w:r>
            <w:r w:rsidRPr="00C85550">
              <w:rPr>
                <w:rFonts w:ascii="Times New Roman" w:hAnsi="Times New Roman"/>
                <w:sz w:val="20"/>
              </w:rPr>
              <w:t>/°</w:t>
            </w:r>
          </w:p>
        </w:tc>
        <w:tc>
          <w:tcPr>
            <w:tcW w:w="3495" w:type="dxa"/>
            <w:vAlign w:val="center"/>
          </w:tcPr>
          <w:p w14:paraId="1F321ABB"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2886" w:type="dxa"/>
            <w:vAlign w:val="center"/>
          </w:tcPr>
          <w:p w14:paraId="60383B71" w14:textId="77777777" w:rsidR="00A1363E" w:rsidRPr="00C85550" w:rsidRDefault="00A1363E" w:rsidP="00B520E7">
            <w:pPr>
              <w:rPr>
                <w:rFonts w:ascii="Times New Roman" w:hAnsi="Times New Roman"/>
              </w:rPr>
            </w:pPr>
            <w:r w:rsidRPr="00C85550">
              <w:rPr>
                <w:rFonts w:ascii="Times New Roman" w:hAnsi="Times New Roman"/>
                <w:sz w:val="20"/>
              </w:rPr>
              <w:t>95.232(4)</w:t>
            </w:r>
          </w:p>
        </w:tc>
      </w:tr>
      <w:tr w:rsidR="00A1363E" w:rsidRPr="00C85550" w14:paraId="611CEEEE" w14:textId="77777777" w:rsidTr="00B520E7">
        <w:trPr>
          <w:trHeight w:val="283"/>
        </w:trPr>
        <w:tc>
          <w:tcPr>
            <w:tcW w:w="2475" w:type="dxa"/>
            <w:vAlign w:val="center"/>
          </w:tcPr>
          <w:p w14:paraId="792EABEA" w14:textId="77777777" w:rsidR="00A1363E" w:rsidRPr="00C85550" w:rsidRDefault="00A1363E" w:rsidP="00B520E7">
            <w:pPr>
              <w:rPr>
                <w:rFonts w:ascii="Times New Roman" w:hAnsi="Times New Roman"/>
              </w:rPr>
            </w:pPr>
            <w:r w:rsidRPr="00C85550">
              <w:rPr>
                <w:rFonts w:ascii="Times New Roman" w:hAnsi="Times New Roman"/>
                <w:i/>
                <w:sz w:val="20"/>
              </w:rPr>
              <w:t>β</w:t>
            </w:r>
            <w:r w:rsidRPr="00C85550">
              <w:rPr>
                <w:rFonts w:ascii="Times New Roman" w:hAnsi="Times New Roman"/>
                <w:sz w:val="20"/>
              </w:rPr>
              <w:t>/°</w:t>
            </w:r>
          </w:p>
        </w:tc>
        <w:tc>
          <w:tcPr>
            <w:tcW w:w="3495" w:type="dxa"/>
            <w:vAlign w:val="center"/>
          </w:tcPr>
          <w:p w14:paraId="0E86280C"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2886" w:type="dxa"/>
            <w:vAlign w:val="center"/>
          </w:tcPr>
          <w:p w14:paraId="4BBB0789" w14:textId="77777777" w:rsidR="00A1363E" w:rsidRPr="00C85550" w:rsidRDefault="00A1363E" w:rsidP="00B520E7">
            <w:pPr>
              <w:rPr>
                <w:rFonts w:ascii="Times New Roman" w:hAnsi="Times New Roman"/>
              </w:rPr>
            </w:pPr>
            <w:r w:rsidRPr="00C85550">
              <w:rPr>
                <w:rFonts w:ascii="Times New Roman" w:hAnsi="Times New Roman"/>
                <w:sz w:val="20"/>
              </w:rPr>
              <w:t>93.942(5)</w:t>
            </w:r>
          </w:p>
        </w:tc>
      </w:tr>
      <w:tr w:rsidR="00A1363E" w:rsidRPr="00C85550" w14:paraId="5B1E527F" w14:textId="77777777" w:rsidTr="00B520E7">
        <w:trPr>
          <w:trHeight w:val="283"/>
        </w:trPr>
        <w:tc>
          <w:tcPr>
            <w:tcW w:w="2475" w:type="dxa"/>
            <w:vAlign w:val="center"/>
          </w:tcPr>
          <w:p w14:paraId="2E070A56" w14:textId="77777777" w:rsidR="00A1363E" w:rsidRPr="00C85550" w:rsidRDefault="00A1363E" w:rsidP="00B520E7">
            <w:pPr>
              <w:rPr>
                <w:rFonts w:ascii="Times New Roman" w:hAnsi="Times New Roman"/>
              </w:rPr>
            </w:pPr>
            <w:r w:rsidRPr="00C85550">
              <w:rPr>
                <w:rFonts w:ascii="Times New Roman" w:hAnsi="Times New Roman"/>
                <w:i/>
                <w:sz w:val="20"/>
              </w:rPr>
              <w:t>γ</w:t>
            </w:r>
            <w:r w:rsidRPr="00C85550">
              <w:rPr>
                <w:rFonts w:ascii="Times New Roman" w:hAnsi="Times New Roman"/>
                <w:sz w:val="20"/>
              </w:rPr>
              <w:t>/°</w:t>
            </w:r>
          </w:p>
        </w:tc>
        <w:tc>
          <w:tcPr>
            <w:tcW w:w="3495" w:type="dxa"/>
            <w:vAlign w:val="center"/>
          </w:tcPr>
          <w:p w14:paraId="5F2451F8"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2886" w:type="dxa"/>
            <w:vAlign w:val="center"/>
          </w:tcPr>
          <w:p w14:paraId="0F6970F0" w14:textId="77777777" w:rsidR="00A1363E" w:rsidRPr="00C85550" w:rsidRDefault="00A1363E" w:rsidP="00B520E7">
            <w:pPr>
              <w:rPr>
                <w:rFonts w:ascii="Times New Roman" w:hAnsi="Times New Roman"/>
              </w:rPr>
            </w:pPr>
            <w:r w:rsidRPr="00C85550">
              <w:rPr>
                <w:rFonts w:ascii="Times New Roman" w:hAnsi="Times New Roman"/>
                <w:sz w:val="20"/>
              </w:rPr>
              <w:t>95.427(4)</w:t>
            </w:r>
          </w:p>
        </w:tc>
      </w:tr>
      <w:tr w:rsidR="00A1363E" w:rsidRPr="00C85550" w14:paraId="025B0645" w14:textId="77777777" w:rsidTr="00B520E7">
        <w:trPr>
          <w:trHeight w:val="283"/>
        </w:trPr>
        <w:tc>
          <w:tcPr>
            <w:tcW w:w="2475" w:type="dxa"/>
            <w:vAlign w:val="center"/>
          </w:tcPr>
          <w:p w14:paraId="354FAB87" w14:textId="77777777" w:rsidR="00A1363E" w:rsidRPr="00C85550" w:rsidRDefault="00A1363E" w:rsidP="00B520E7">
            <w:pPr>
              <w:rPr>
                <w:rFonts w:ascii="Times New Roman" w:hAnsi="Times New Roman"/>
              </w:rPr>
            </w:pPr>
            <w:r w:rsidRPr="00C85550">
              <w:rPr>
                <w:rFonts w:ascii="Times New Roman" w:hAnsi="Times New Roman"/>
                <w:i/>
                <w:sz w:val="20"/>
              </w:rPr>
              <w:t>V</w:t>
            </w:r>
            <w:r w:rsidRPr="00C85550">
              <w:rPr>
                <w:rFonts w:ascii="Times New Roman" w:hAnsi="Times New Roman"/>
                <w:sz w:val="20"/>
              </w:rPr>
              <w:t>/Å</w:t>
            </w:r>
            <w:r w:rsidRPr="00C85550">
              <w:rPr>
                <w:rFonts w:ascii="Times New Roman" w:hAnsi="Times New Roman"/>
                <w:sz w:val="20"/>
                <w:vertAlign w:val="superscript"/>
              </w:rPr>
              <w:t>3</w:t>
            </w:r>
          </w:p>
        </w:tc>
        <w:tc>
          <w:tcPr>
            <w:tcW w:w="3495" w:type="dxa"/>
            <w:vAlign w:val="center"/>
          </w:tcPr>
          <w:p w14:paraId="4C742845" w14:textId="77777777" w:rsidR="00A1363E" w:rsidRPr="00C85550" w:rsidRDefault="00A1363E" w:rsidP="00B520E7">
            <w:pPr>
              <w:rPr>
                <w:rFonts w:ascii="Times New Roman" w:hAnsi="Times New Roman"/>
              </w:rPr>
            </w:pPr>
            <w:r w:rsidRPr="00C85550">
              <w:rPr>
                <w:rFonts w:ascii="Times New Roman" w:hAnsi="Times New Roman"/>
                <w:sz w:val="20"/>
              </w:rPr>
              <w:t>1370.1(3)</w:t>
            </w:r>
          </w:p>
        </w:tc>
        <w:tc>
          <w:tcPr>
            <w:tcW w:w="2886" w:type="dxa"/>
            <w:vAlign w:val="center"/>
          </w:tcPr>
          <w:p w14:paraId="1F39AAD2" w14:textId="77777777" w:rsidR="00A1363E" w:rsidRPr="00C85550" w:rsidRDefault="00A1363E" w:rsidP="00B520E7">
            <w:pPr>
              <w:rPr>
                <w:rFonts w:ascii="Times New Roman" w:hAnsi="Times New Roman"/>
              </w:rPr>
            </w:pPr>
            <w:r w:rsidRPr="00C85550">
              <w:rPr>
                <w:rFonts w:ascii="Times New Roman" w:hAnsi="Times New Roman"/>
                <w:sz w:val="20"/>
              </w:rPr>
              <w:t>1402.52(14)</w:t>
            </w:r>
          </w:p>
        </w:tc>
      </w:tr>
      <w:tr w:rsidR="00A1363E" w:rsidRPr="00C85550" w14:paraId="17A2B98C" w14:textId="77777777" w:rsidTr="00B520E7">
        <w:trPr>
          <w:trHeight w:val="283"/>
        </w:trPr>
        <w:tc>
          <w:tcPr>
            <w:tcW w:w="2475" w:type="dxa"/>
            <w:vAlign w:val="center"/>
          </w:tcPr>
          <w:p w14:paraId="790C3F95" w14:textId="77777777" w:rsidR="00A1363E" w:rsidRPr="00C85550" w:rsidRDefault="00A1363E" w:rsidP="00B520E7">
            <w:pPr>
              <w:rPr>
                <w:rFonts w:ascii="Times New Roman" w:hAnsi="Times New Roman"/>
              </w:rPr>
            </w:pPr>
            <w:r w:rsidRPr="00C85550">
              <w:rPr>
                <w:rFonts w:ascii="Times New Roman" w:hAnsi="Times New Roman"/>
                <w:i/>
                <w:sz w:val="20"/>
              </w:rPr>
              <w:t>Z</w:t>
            </w:r>
          </w:p>
        </w:tc>
        <w:tc>
          <w:tcPr>
            <w:tcW w:w="3495" w:type="dxa"/>
            <w:vAlign w:val="center"/>
          </w:tcPr>
          <w:p w14:paraId="65F03203" w14:textId="77777777" w:rsidR="00A1363E" w:rsidRPr="00C85550" w:rsidRDefault="00A1363E" w:rsidP="00B520E7">
            <w:pPr>
              <w:rPr>
                <w:rFonts w:ascii="Times New Roman" w:hAnsi="Times New Roman"/>
              </w:rPr>
            </w:pPr>
            <w:r w:rsidRPr="00C85550">
              <w:rPr>
                <w:rFonts w:ascii="Times New Roman" w:hAnsi="Times New Roman"/>
                <w:sz w:val="20"/>
              </w:rPr>
              <w:t>4</w:t>
            </w:r>
          </w:p>
        </w:tc>
        <w:tc>
          <w:tcPr>
            <w:tcW w:w="2886" w:type="dxa"/>
            <w:vAlign w:val="center"/>
          </w:tcPr>
          <w:p w14:paraId="4ABB89CF" w14:textId="77777777" w:rsidR="00A1363E" w:rsidRPr="00C85550" w:rsidRDefault="00A1363E" w:rsidP="00B520E7">
            <w:pPr>
              <w:rPr>
                <w:rFonts w:ascii="Times New Roman" w:hAnsi="Times New Roman"/>
              </w:rPr>
            </w:pPr>
            <w:r w:rsidRPr="00C85550">
              <w:rPr>
                <w:rFonts w:ascii="Times New Roman" w:hAnsi="Times New Roman"/>
                <w:sz w:val="20"/>
              </w:rPr>
              <w:t>4</w:t>
            </w:r>
          </w:p>
        </w:tc>
      </w:tr>
      <w:tr w:rsidR="00A1363E" w:rsidRPr="00C85550" w14:paraId="40ADB3C4" w14:textId="77777777" w:rsidTr="00B520E7">
        <w:trPr>
          <w:trHeight w:val="283"/>
        </w:trPr>
        <w:tc>
          <w:tcPr>
            <w:tcW w:w="2475" w:type="dxa"/>
            <w:vAlign w:val="center"/>
          </w:tcPr>
          <w:p w14:paraId="58B4E030" w14:textId="77777777" w:rsidR="00A1363E" w:rsidRPr="00C85550" w:rsidRDefault="00A1363E" w:rsidP="00B520E7">
            <w:pPr>
              <w:rPr>
                <w:rFonts w:ascii="Times New Roman" w:hAnsi="Times New Roman"/>
              </w:rPr>
            </w:pPr>
            <w:proofErr w:type="spellStart"/>
            <w:r w:rsidRPr="00C85550">
              <w:rPr>
                <w:rFonts w:ascii="Times New Roman" w:hAnsi="Times New Roman"/>
                <w:i/>
                <w:sz w:val="20"/>
              </w:rPr>
              <w:t>ρ</w:t>
            </w:r>
            <w:r w:rsidRPr="00C85550">
              <w:rPr>
                <w:rFonts w:ascii="Times New Roman" w:hAnsi="Times New Roman"/>
                <w:sz w:val="20"/>
                <w:vertAlign w:val="subscript"/>
              </w:rPr>
              <w:t>calc</w:t>
            </w:r>
            <w:proofErr w:type="spellEnd"/>
            <w:r w:rsidRPr="00C85550">
              <w:rPr>
                <w:rFonts w:ascii="Times New Roman" w:hAnsi="Times New Roman"/>
                <w:sz w:val="20"/>
              </w:rPr>
              <w:t>/g cm</w:t>
            </w:r>
            <w:r w:rsidRPr="00C85550">
              <w:rPr>
                <w:rFonts w:ascii="Times New Roman" w:hAnsi="Times New Roman"/>
                <w:sz w:val="20"/>
                <w:vertAlign w:val="superscript"/>
              </w:rPr>
              <w:t>–3</w:t>
            </w:r>
          </w:p>
        </w:tc>
        <w:tc>
          <w:tcPr>
            <w:tcW w:w="3495" w:type="dxa"/>
            <w:vAlign w:val="center"/>
          </w:tcPr>
          <w:p w14:paraId="2E097159" w14:textId="77777777" w:rsidR="00A1363E" w:rsidRPr="00C85550" w:rsidRDefault="00A1363E" w:rsidP="00B520E7">
            <w:pPr>
              <w:rPr>
                <w:rFonts w:ascii="Times New Roman" w:hAnsi="Times New Roman"/>
              </w:rPr>
            </w:pPr>
            <w:r w:rsidRPr="00C85550">
              <w:rPr>
                <w:rFonts w:ascii="Times New Roman" w:hAnsi="Times New Roman"/>
                <w:sz w:val="20"/>
              </w:rPr>
              <w:t>1.383</w:t>
            </w:r>
          </w:p>
        </w:tc>
        <w:tc>
          <w:tcPr>
            <w:tcW w:w="2886" w:type="dxa"/>
            <w:vAlign w:val="center"/>
          </w:tcPr>
          <w:p w14:paraId="3B4E29FD" w14:textId="77777777" w:rsidR="00A1363E" w:rsidRPr="00C85550" w:rsidRDefault="00A1363E" w:rsidP="00B520E7">
            <w:pPr>
              <w:rPr>
                <w:rFonts w:ascii="Times New Roman" w:hAnsi="Times New Roman"/>
              </w:rPr>
            </w:pPr>
            <w:r w:rsidRPr="00C85550">
              <w:rPr>
                <w:rFonts w:ascii="Times New Roman" w:hAnsi="Times New Roman"/>
                <w:sz w:val="20"/>
              </w:rPr>
              <w:t>1.351</w:t>
            </w:r>
          </w:p>
        </w:tc>
      </w:tr>
      <w:tr w:rsidR="00A1363E" w:rsidRPr="00C85550" w14:paraId="135BFEB1" w14:textId="77777777" w:rsidTr="00B520E7">
        <w:trPr>
          <w:trHeight w:val="283"/>
        </w:trPr>
        <w:tc>
          <w:tcPr>
            <w:tcW w:w="2475" w:type="dxa"/>
            <w:vAlign w:val="center"/>
          </w:tcPr>
          <w:p w14:paraId="62D62C69" w14:textId="77777777" w:rsidR="00A1363E" w:rsidRPr="00C85550" w:rsidRDefault="00A1363E" w:rsidP="00B520E7">
            <w:pPr>
              <w:rPr>
                <w:rFonts w:ascii="Times New Roman" w:hAnsi="Times New Roman"/>
              </w:rPr>
            </w:pPr>
            <w:r w:rsidRPr="00C85550">
              <w:rPr>
                <w:rFonts w:ascii="Times New Roman" w:hAnsi="Times New Roman"/>
                <w:i/>
                <w:sz w:val="20"/>
              </w:rPr>
              <w:t>μ</w:t>
            </w:r>
            <w:r w:rsidRPr="00C85550">
              <w:rPr>
                <w:rFonts w:ascii="Times New Roman" w:hAnsi="Times New Roman"/>
                <w:sz w:val="20"/>
              </w:rPr>
              <w:t>/mm</w:t>
            </w:r>
            <w:r w:rsidRPr="00C85550">
              <w:rPr>
                <w:rFonts w:ascii="Times New Roman" w:hAnsi="Times New Roman"/>
                <w:sz w:val="20"/>
                <w:vertAlign w:val="superscript"/>
              </w:rPr>
              <w:t>–1</w:t>
            </w:r>
          </w:p>
        </w:tc>
        <w:tc>
          <w:tcPr>
            <w:tcW w:w="3495" w:type="dxa"/>
            <w:vAlign w:val="center"/>
          </w:tcPr>
          <w:p w14:paraId="4D72998D" w14:textId="77777777" w:rsidR="00A1363E" w:rsidRPr="00C85550" w:rsidRDefault="00A1363E" w:rsidP="00B520E7">
            <w:pPr>
              <w:rPr>
                <w:rFonts w:ascii="Times New Roman" w:hAnsi="Times New Roman"/>
              </w:rPr>
            </w:pPr>
            <w:r w:rsidRPr="00C85550">
              <w:rPr>
                <w:rFonts w:ascii="Times New Roman" w:hAnsi="Times New Roman"/>
                <w:sz w:val="20"/>
              </w:rPr>
              <w:t>0.099</w:t>
            </w:r>
          </w:p>
        </w:tc>
        <w:tc>
          <w:tcPr>
            <w:tcW w:w="2886" w:type="dxa"/>
            <w:vAlign w:val="center"/>
          </w:tcPr>
          <w:p w14:paraId="40799528" w14:textId="77777777" w:rsidR="00A1363E" w:rsidRPr="00C85550" w:rsidRDefault="00A1363E" w:rsidP="00B520E7">
            <w:pPr>
              <w:rPr>
                <w:rFonts w:ascii="Times New Roman" w:hAnsi="Times New Roman"/>
              </w:rPr>
            </w:pPr>
            <w:r w:rsidRPr="00C85550">
              <w:rPr>
                <w:rFonts w:ascii="Times New Roman" w:hAnsi="Times New Roman"/>
                <w:sz w:val="20"/>
              </w:rPr>
              <w:t>0.096</w:t>
            </w:r>
          </w:p>
        </w:tc>
      </w:tr>
      <w:tr w:rsidR="00A1363E" w:rsidRPr="00C85550" w14:paraId="09BBD989" w14:textId="77777777" w:rsidTr="00B520E7">
        <w:trPr>
          <w:trHeight w:val="283"/>
        </w:trPr>
        <w:tc>
          <w:tcPr>
            <w:tcW w:w="2475" w:type="dxa"/>
            <w:vAlign w:val="center"/>
          </w:tcPr>
          <w:p w14:paraId="4B469A00" w14:textId="77777777" w:rsidR="00A1363E" w:rsidRPr="00C85550" w:rsidRDefault="00A1363E" w:rsidP="00B520E7">
            <w:pPr>
              <w:rPr>
                <w:rFonts w:ascii="Times New Roman" w:hAnsi="Times New Roman"/>
              </w:rPr>
            </w:pPr>
            <w:r w:rsidRPr="00C85550">
              <w:rPr>
                <w:rFonts w:ascii="Times New Roman" w:hAnsi="Times New Roman"/>
                <w:i/>
                <w:sz w:val="20"/>
              </w:rPr>
              <w:t>F</w:t>
            </w:r>
            <w:r w:rsidRPr="00C85550">
              <w:rPr>
                <w:rFonts w:ascii="Times New Roman" w:hAnsi="Times New Roman"/>
                <w:sz w:val="20"/>
              </w:rPr>
              <w:t>(000)</w:t>
            </w:r>
          </w:p>
        </w:tc>
        <w:tc>
          <w:tcPr>
            <w:tcW w:w="3495" w:type="dxa"/>
            <w:vAlign w:val="center"/>
          </w:tcPr>
          <w:p w14:paraId="6E8ED9B3" w14:textId="77777777" w:rsidR="00A1363E" w:rsidRPr="00C85550" w:rsidRDefault="00A1363E" w:rsidP="00B520E7">
            <w:pPr>
              <w:rPr>
                <w:rFonts w:ascii="Times New Roman" w:hAnsi="Times New Roman"/>
              </w:rPr>
            </w:pPr>
            <w:r w:rsidRPr="00C85550">
              <w:rPr>
                <w:rFonts w:ascii="Times New Roman" w:hAnsi="Times New Roman"/>
                <w:sz w:val="20"/>
              </w:rPr>
              <w:t>600</w:t>
            </w:r>
          </w:p>
        </w:tc>
        <w:tc>
          <w:tcPr>
            <w:tcW w:w="2886" w:type="dxa"/>
            <w:vAlign w:val="center"/>
          </w:tcPr>
          <w:p w14:paraId="794290D9" w14:textId="77777777" w:rsidR="00A1363E" w:rsidRPr="00C85550" w:rsidRDefault="00A1363E" w:rsidP="00B520E7">
            <w:pPr>
              <w:rPr>
                <w:rFonts w:ascii="Times New Roman" w:hAnsi="Times New Roman"/>
              </w:rPr>
            </w:pPr>
            <w:r w:rsidRPr="00C85550">
              <w:rPr>
                <w:rFonts w:ascii="Times New Roman" w:hAnsi="Times New Roman"/>
                <w:sz w:val="20"/>
              </w:rPr>
              <w:t>600</w:t>
            </w:r>
          </w:p>
        </w:tc>
      </w:tr>
      <w:tr w:rsidR="00A1363E" w:rsidRPr="00C85550" w14:paraId="3402A464" w14:textId="77777777" w:rsidTr="00B520E7">
        <w:trPr>
          <w:trHeight w:val="283"/>
        </w:trPr>
        <w:tc>
          <w:tcPr>
            <w:tcW w:w="2475" w:type="dxa"/>
            <w:vAlign w:val="center"/>
          </w:tcPr>
          <w:p w14:paraId="06950443" w14:textId="77777777" w:rsidR="00A1363E" w:rsidRPr="00C85550" w:rsidRDefault="00A1363E" w:rsidP="00B520E7">
            <w:pPr>
              <w:rPr>
                <w:rFonts w:ascii="Times New Roman" w:hAnsi="Times New Roman"/>
              </w:rPr>
            </w:pPr>
            <w:r w:rsidRPr="00C85550">
              <w:rPr>
                <w:rFonts w:ascii="Times New Roman" w:hAnsi="Times New Roman"/>
                <w:sz w:val="20"/>
              </w:rPr>
              <w:t>Crystal size/mm</w:t>
            </w:r>
            <w:r w:rsidRPr="00C85550">
              <w:rPr>
                <w:rFonts w:ascii="Times New Roman" w:hAnsi="Times New Roman"/>
                <w:sz w:val="20"/>
                <w:vertAlign w:val="superscript"/>
              </w:rPr>
              <w:t>3</w:t>
            </w:r>
          </w:p>
        </w:tc>
        <w:tc>
          <w:tcPr>
            <w:tcW w:w="3495" w:type="dxa"/>
            <w:vAlign w:val="center"/>
          </w:tcPr>
          <w:p w14:paraId="1DD12741" w14:textId="77777777" w:rsidR="00A1363E" w:rsidRPr="00C85550" w:rsidRDefault="00A1363E" w:rsidP="00B520E7">
            <w:pPr>
              <w:rPr>
                <w:rFonts w:ascii="Times New Roman" w:hAnsi="Times New Roman"/>
              </w:rPr>
            </w:pPr>
            <w:r w:rsidRPr="00C85550">
              <w:rPr>
                <w:rFonts w:ascii="Times New Roman" w:hAnsi="Times New Roman"/>
                <w:sz w:val="20"/>
              </w:rPr>
              <w:t>0.7×0.2×0.02</w:t>
            </w:r>
          </w:p>
        </w:tc>
        <w:tc>
          <w:tcPr>
            <w:tcW w:w="2886" w:type="dxa"/>
            <w:vAlign w:val="center"/>
          </w:tcPr>
          <w:p w14:paraId="7BDBA2D4" w14:textId="77777777" w:rsidR="00A1363E" w:rsidRPr="00C85550" w:rsidRDefault="00A1363E" w:rsidP="00B520E7">
            <w:pPr>
              <w:rPr>
                <w:rFonts w:ascii="Times New Roman" w:hAnsi="Times New Roman"/>
              </w:rPr>
            </w:pPr>
            <w:r w:rsidRPr="00C85550">
              <w:rPr>
                <w:rFonts w:ascii="Times New Roman" w:hAnsi="Times New Roman"/>
                <w:sz w:val="20"/>
              </w:rPr>
              <w:t>0.4×0.2×0.2</w:t>
            </w:r>
          </w:p>
        </w:tc>
      </w:tr>
      <w:tr w:rsidR="00A1363E" w:rsidRPr="00C85550" w14:paraId="30E1DFE1" w14:textId="77777777" w:rsidTr="00B520E7">
        <w:trPr>
          <w:trHeight w:val="283"/>
        </w:trPr>
        <w:tc>
          <w:tcPr>
            <w:tcW w:w="2475" w:type="dxa"/>
            <w:vAlign w:val="center"/>
          </w:tcPr>
          <w:p w14:paraId="64695017" w14:textId="77777777" w:rsidR="00A1363E" w:rsidRPr="00C85550" w:rsidRDefault="00A1363E" w:rsidP="00B520E7">
            <w:pPr>
              <w:rPr>
                <w:rFonts w:ascii="Times New Roman" w:hAnsi="Times New Roman"/>
              </w:rPr>
            </w:pPr>
            <w:r w:rsidRPr="00C85550">
              <w:rPr>
                <w:rFonts w:ascii="Times New Roman" w:hAnsi="Times New Roman"/>
                <w:sz w:val="20"/>
              </w:rPr>
              <w:t>Radiation</w:t>
            </w:r>
          </w:p>
        </w:tc>
        <w:tc>
          <w:tcPr>
            <w:tcW w:w="3495" w:type="dxa"/>
            <w:vAlign w:val="center"/>
          </w:tcPr>
          <w:p w14:paraId="3732724D" w14:textId="77777777" w:rsidR="00A1363E" w:rsidRPr="00C85550" w:rsidRDefault="00A1363E" w:rsidP="00B520E7">
            <w:pPr>
              <w:rPr>
                <w:rFonts w:ascii="Times New Roman" w:hAnsi="Times New Roman"/>
              </w:rPr>
            </w:pPr>
            <w:proofErr w:type="spellStart"/>
            <w:r w:rsidRPr="00C85550">
              <w:rPr>
                <w:rFonts w:ascii="Times New Roman" w:hAnsi="Times New Roman"/>
                <w:sz w:val="20"/>
              </w:rPr>
              <w:t>MoK</w:t>
            </w:r>
            <w:proofErr w:type="spellEnd"/>
            <w:r w:rsidRPr="00C85550">
              <w:rPr>
                <w:rFonts w:ascii="Times New Roman" w:hAnsi="Times New Roman"/>
                <w:sz w:val="20"/>
              </w:rPr>
              <w:t>α (</w:t>
            </w:r>
            <w:r w:rsidRPr="00C85550">
              <w:rPr>
                <w:rFonts w:ascii="Times New Roman" w:hAnsi="Times New Roman"/>
                <w:i/>
                <w:sz w:val="20"/>
              </w:rPr>
              <w:t>λ</w:t>
            </w:r>
            <w:r w:rsidRPr="00C85550">
              <w:rPr>
                <w:rFonts w:ascii="Times New Roman" w:hAnsi="Times New Roman"/>
                <w:sz w:val="20"/>
              </w:rPr>
              <w:t xml:space="preserve"> = 0.71073Å)</w:t>
            </w:r>
          </w:p>
        </w:tc>
        <w:tc>
          <w:tcPr>
            <w:tcW w:w="2886" w:type="dxa"/>
            <w:vAlign w:val="center"/>
          </w:tcPr>
          <w:p w14:paraId="2557B5B0" w14:textId="77777777" w:rsidR="00A1363E" w:rsidRPr="00C85550" w:rsidRDefault="00A1363E" w:rsidP="00B520E7">
            <w:pPr>
              <w:rPr>
                <w:rFonts w:ascii="Times New Roman" w:hAnsi="Times New Roman"/>
              </w:rPr>
            </w:pPr>
            <w:proofErr w:type="spellStart"/>
            <w:r w:rsidRPr="00C85550">
              <w:rPr>
                <w:rFonts w:ascii="Times New Roman" w:hAnsi="Times New Roman"/>
                <w:sz w:val="20"/>
              </w:rPr>
              <w:t>MoK</w:t>
            </w:r>
            <w:proofErr w:type="spellEnd"/>
            <w:r w:rsidRPr="00C85550">
              <w:rPr>
                <w:rFonts w:ascii="Times New Roman" w:hAnsi="Times New Roman"/>
                <w:sz w:val="20"/>
              </w:rPr>
              <w:t>α (</w:t>
            </w:r>
            <w:r w:rsidRPr="00C85550">
              <w:rPr>
                <w:rFonts w:ascii="Times New Roman" w:hAnsi="Times New Roman"/>
                <w:i/>
                <w:sz w:val="20"/>
              </w:rPr>
              <w:t>λ</w:t>
            </w:r>
            <w:r w:rsidRPr="00C85550">
              <w:rPr>
                <w:rFonts w:ascii="Times New Roman" w:hAnsi="Times New Roman"/>
                <w:sz w:val="20"/>
              </w:rPr>
              <w:t xml:space="preserve"> = 0.71073Å)</w:t>
            </w:r>
          </w:p>
        </w:tc>
      </w:tr>
      <w:tr w:rsidR="00A1363E" w:rsidRPr="00C85550" w14:paraId="0D8A16B2" w14:textId="77777777" w:rsidTr="00B520E7">
        <w:trPr>
          <w:trHeight w:val="283"/>
        </w:trPr>
        <w:tc>
          <w:tcPr>
            <w:tcW w:w="2475" w:type="dxa"/>
            <w:vAlign w:val="center"/>
          </w:tcPr>
          <w:p w14:paraId="64568464" w14:textId="77777777" w:rsidR="00A1363E" w:rsidRPr="00C85550" w:rsidRDefault="00A1363E" w:rsidP="00B520E7">
            <w:pPr>
              <w:rPr>
                <w:rFonts w:ascii="Times New Roman" w:hAnsi="Times New Roman"/>
              </w:rPr>
            </w:pPr>
            <w:r w:rsidRPr="00C85550">
              <w:rPr>
                <w:rFonts w:ascii="Times New Roman" w:hAnsi="Times New Roman"/>
                <w:i/>
                <w:sz w:val="20"/>
              </w:rPr>
              <w:t>2</w:t>
            </w:r>
            <w:r w:rsidRPr="00C85550">
              <w:rPr>
                <w:rFonts w:ascii="Times New Roman" w:hAnsi="Times New Roman"/>
                <w:sz w:val="20"/>
              </w:rPr>
              <w:t>Θ range/°</w:t>
            </w:r>
          </w:p>
        </w:tc>
        <w:tc>
          <w:tcPr>
            <w:tcW w:w="3495" w:type="dxa"/>
            <w:vAlign w:val="center"/>
          </w:tcPr>
          <w:p w14:paraId="6621DF5F" w14:textId="77777777" w:rsidR="00A1363E" w:rsidRPr="00C85550" w:rsidRDefault="00A1363E" w:rsidP="00B520E7">
            <w:pPr>
              <w:rPr>
                <w:rFonts w:ascii="Times New Roman" w:hAnsi="Times New Roman"/>
              </w:rPr>
            </w:pPr>
            <w:r w:rsidRPr="00C85550">
              <w:rPr>
                <w:rFonts w:ascii="Times New Roman" w:hAnsi="Times New Roman"/>
                <w:sz w:val="20"/>
              </w:rPr>
              <w:t>8.628 to 51.982</w:t>
            </w:r>
          </w:p>
        </w:tc>
        <w:tc>
          <w:tcPr>
            <w:tcW w:w="2886" w:type="dxa"/>
            <w:vAlign w:val="center"/>
          </w:tcPr>
          <w:p w14:paraId="3C8320B2" w14:textId="77777777" w:rsidR="00A1363E" w:rsidRPr="00C85550" w:rsidRDefault="00A1363E" w:rsidP="00B520E7">
            <w:pPr>
              <w:rPr>
                <w:rFonts w:ascii="Times New Roman" w:hAnsi="Times New Roman"/>
              </w:rPr>
            </w:pPr>
            <w:r w:rsidRPr="00C85550">
              <w:rPr>
                <w:rFonts w:ascii="Times New Roman" w:hAnsi="Times New Roman"/>
                <w:sz w:val="20"/>
              </w:rPr>
              <w:t>8.284 to 51.998</w:t>
            </w:r>
          </w:p>
        </w:tc>
      </w:tr>
      <w:tr w:rsidR="00A1363E" w:rsidRPr="00C85550" w14:paraId="75AA2227" w14:textId="77777777" w:rsidTr="00B520E7">
        <w:trPr>
          <w:trHeight w:val="283"/>
        </w:trPr>
        <w:tc>
          <w:tcPr>
            <w:tcW w:w="2475" w:type="dxa"/>
            <w:vAlign w:val="center"/>
          </w:tcPr>
          <w:p w14:paraId="05956FD4" w14:textId="77777777" w:rsidR="00A1363E" w:rsidRPr="00C85550" w:rsidRDefault="00A1363E" w:rsidP="00B520E7">
            <w:pPr>
              <w:rPr>
                <w:rFonts w:ascii="Times New Roman" w:hAnsi="Times New Roman"/>
              </w:rPr>
            </w:pPr>
            <w:r w:rsidRPr="00C85550">
              <w:rPr>
                <w:rFonts w:ascii="Times New Roman" w:hAnsi="Times New Roman"/>
                <w:sz w:val="20"/>
              </w:rPr>
              <w:t>Index ranges</w:t>
            </w:r>
          </w:p>
        </w:tc>
        <w:tc>
          <w:tcPr>
            <w:tcW w:w="3495" w:type="dxa"/>
            <w:vAlign w:val="center"/>
          </w:tcPr>
          <w:p w14:paraId="50EFBE3A" w14:textId="77777777" w:rsidR="00A1363E" w:rsidRPr="00C85550" w:rsidRDefault="00A1363E" w:rsidP="00B520E7">
            <w:pPr>
              <w:rPr>
                <w:rFonts w:ascii="Times New Roman" w:hAnsi="Times New Roman"/>
              </w:rPr>
            </w:pPr>
            <w:r w:rsidRPr="00C85550">
              <w:rPr>
                <w:rFonts w:ascii="Times New Roman" w:hAnsi="Times New Roman"/>
                <w:sz w:val="20"/>
              </w:rPr>
              <w:t xml:space="preserve">–24 ≤ </w:t>
            </w:r>
            <w:r w:rsidRPr="00C85550">
              <w:rPr>
                <w:rFonts w:ascii="Times New Roman" w:hAnsi="Times New Roman"/>
                <w:i/>
                <w:sz w:val="20"/>
              </w:rPr>
              <w:t>h</w:t>
            </w:r>
            <w:r w:rsidRPr="00C85550">
              <w:rPr>
                <w:rFonts w:ascii="Times New Roman" w:hAnsi="Times New Roman"/>
                <w:sz w:val="20"/>
              </w:rPr>
              <w:t xml:space="preserve"> ≤ 24, </w:t>
            </w:r>
            <w:r w:rsidRPr="00C85550">
              <w:rPr>
                <w:rFonts w:ascii="Times New Roman" w:hAnsi="Times New Roman"/>
                <w:sz w:val="20"/>
              </w:rPr>
              <w:br/>
              <w:t xml:space="preserve">–13 ≤ </w:t>
            </w:r>
            <w:r w:rsidRPr="00C85550">
              <w:rPr>
                <w:rFonts w:ascii="Times New Roman" w:hAnsi="Times New Roman"/>
                <w:i/>
                <w:sz w:val="20"/>
              </w:rPr>
              <w:t>k</w:t>
            </w:r>
            <w:r w:rsidRPr="00C85550">
              <w:rPr>
                <w:rFonts w:ascii="Times New Roman" w:hAnsi="Times New Roman"/>
                <w:sz w:val="20"/>
              </w:rPr>
              <w:t xml:space="preserve"> ≤ 13, </w:t>
            </w:r>
            <w:r w:rsidRPr="00C85550">
              <w:rPr>
                <w:rFonts w:ascii="Times New Roman" w:hAnsi="Times New Roman"/>
                <w:sz w:val="20"/>
              </w:rPr>
              <w:br/>
              <w:t xml:space="preserve">–7 ≤ </w:t>
            </w:r>
            <w:r w:rsidRPr="00C85550">
              <w:rPr>
                <w:rFonts w:ascii="Times New Roman" w:hAnsi="Times New Roman"/>
                <w:i/>
                <w:sz w:val="20"/>
              </w:rPr>
              <w:t>l</w:t>
            </w:r>
            <w:r w:rsidRPr="00C85550">
              <w:rPr>
                <w:rFonts w:ascii="Times New Roman" w:hAnsi="Times New Roman"/>
                <w:sz w:val="20"/>
              </w:rPr>
              <w:t xml:space="preserve"> ≤ 7</w:t>
            </w:r>
          </w:p>
        </w:tc>
        <w:tc>
          <w:tcPr>
            <w:tcW w:w="2886" w:type="dxa"/>
            <w:vAlign w:val="center"/>
          </w:tcPr>
          <w:p w14:paraId="1861A957" w14:textId="77777777" w:rsidR="00A1363E" w:rsidRPr="00C85550" w:rsidRDefault="00A1363E" w:rsidP="00B520E7">
            <w:pPr>
              <w:rPr>
                <w:rFonts w:ascii="Times New Roman" w:hAnsi="Times New Roman"/>
              </w:rPr>
            </w:pPr>
            <w:r w:rsidRPr="00C85550">
              <w:rPr>
                <w:rFonts w:ascii="Times New Roman" w:hAnsi="Times New Roman"/>
                <w:sz w:val="20"/>
              </w:rPr>
              <w:t xml:space="preserve">–7 ≤ </w:t>
            </w:r>
            <w:r w:rsidRPr="00C85550">
              <w:rPr>
                <w:rFonts w:ascii="Times New Roman" w:hAnsi="Times New Roman"/>
                <w:i/>
                <w:sz w:val="20"/>
              </w:rPr>
              <w:t>h</w:t>
            </w:r>
            <w:r w:rsidRPr="00C85550">
              <w:rPr>
                <w:rFonts w:ascii="Times New Roman" w:hAnsi="Times New Roman"/>
                <w:sz w:val="20"/>
              </w:rPr>
              <w:t xml:space="preserve"> ≤ 11, </w:t>
            </w:r>
            <w:r w:rsidRPr="00C85550">
              <w:rPr>
                <w:rFonts w:ascii="Times New Roman" w:hAnsi="Times New Roman"/>
                <w:sz w:val="20"/>
              </w:rPr>
              <w:br/>
              <w:t xml:space="preserve">–14 ≤ </w:t>
            </w:r>
            <w:r w:rsidRPr="00C85550">
              <w:rPr>
                <w:rFonts w:ascii="Times New Roman" w:hAnsi="Times New Roman"/>
                <w:i/>
                <w:sz w:val="20"/>
              </w:rPr>
              <w:t>k</w:t>
            </w:r>
            <w:r w:rsidRPr="00C85550">
              <w:rPr>
                <w:rFonts w:ascii="Times New Roman" w:hAnsi="Times New Roman"/>
                <w:sz w:val="20"/>
              </w:rPr>
              <w:t xml:space="preserve"> ≤ 14, </w:t>
            </w:r>
            <w:r w:rsidRPr="00C85550">
              <w:rPr>
                <w:rFonts w:ascii="Times New Roman" w:hAnsi="Times New Roman"/>
                <w:sz w:val="20"/>
              </w:rPr>
              <w:br/>
              <w:t xml:space="preserve">–15 ≤ </w:t>
            </w:r>
            <w:r w:rsidRPr="00C85550">
              <w:rPr>
                <w:rFonts w:ascii="Times New Roman" w:hAnsi="Times New Roman"/>
                <w:i/>
                <w:sz w:val="20"/>
              </w:rPr>
              <w:t>l</w:t>
            </w:r>
            <w:r w:rsidRPr="00C85550">
              <w:rPr>
                <w:rFonts w:ascii="Times New Roman" w:hAnsi="Times New Roman"/>
                <w:sz w:val="20"/>
              </w:rPr>
              <w:t xml:space="preserve"> ≤ 15</w:t>
            </w:r>
          </w:p>
        </w:tc>
      </w:tr>
      <w:tr w:rsidR="00A1363E" w:rsidRPr="00C85550" w14:paraId="5DF7D61A" w14:textId="77777777" w:rsidTr="00B520E7">
        <w:trPr>
          <w:trHeight w:val="283"/>
        </w:trPr>
        <w:tc>
          <w:tcPr>
            <w:tcW w:w="2475" w:type="dxa"/>
            <w:vAlign w:val="center"/>
          </w:tcPr>
          <w:p w14:paraId="1AED312D" w14:textId="77777777" w:rsidR="00A1363E" w:rsidRPr="00C85550" w:rsidRDefault="00A1363E" w:rsidP="00B520E7">
            <w:pPr>
              <w:rPr>
                <w:rFonts w:ascii="Times New Roman" w:hAnsi="Times New Roman"/>
              </w:rPr>
            </w:pPr>
            <w:r w:rsidRPr="00C85550">
              <w:rPr>
                <w:rFonts w:ascii="Times New Roman" w:hAnsi="Times New Roman"/>
                <w:sz w:val="20"/>
              </w:rPr>
              <w:t>Reflections collected</w:t>
            </w:r>
          </w:p>
        </w:tc>
        <w:tc>
          <w:tcPr>
            <w:tcW w:w="3495" w:type="dxa"/>
            <w:vAlign w:val="center"/>
          </w:tcPr>
          <w:p w14:paraId="18843A55" w14:textId="77777777" w:rsidR="00A1363E" w:rsidRPr="00C85550" w:rsidRDefault="00A1363E" w:rsidP="00B520E7">
            <w:pPr>
              <w:rPr>
                <w:rFonts w:ascii="Times New Roman" w:hAnsi="Times New Roman"/>
              </w:rPr>
            </w:pPr>
            <w:r w:rsidRPr="00C85550">
              <w:rPr>
                <w:rFonts w:ascii="Times New Roman" w:hAnsi="Times New Roman"/>
                <w:sz w:val="20"/>
              </w:rPr>
              <w:t>12063</w:t>
            </w:r>
          </w:p>
        </w:tc>
        <w:tc>
          <w:tcPr>
            <w:tcW w:w="2886" w:type="dxa"/>
            <w:vAlign w:val="center"/>
          </w:tcPr>
          <w:p w14:paraId="23BE7E16" w14:textId="77777777" w:rsidR="00A1363E" w:rsidRPr="00C85550" w:rsidRDefault="00A1363E" w:rsidP="00B520E7">
            <w:pPr>
              <w:rPr>
                <w:rFonts w:ascii="Times New Roman" w:hAnsi="Times New Roman"/>
              </w:rPr>
            </w:pPr>
            <w:r w:rsidRPr="00C85550">
              <w:rPr>
                <w:rFonts w:ascii="Times New Roman" w:hAnsi="Times New Roman"/>
                <w:sz w:val="20"/>
              </w:rPr>
              <w:t>12837</w:t>
            </w:r>
          </w:p>
        </w:tc>
      </w:tr>
      <w:tr w:rsidR="00A1363E" w:rsidRPr="00C85550" w14:paraId="728A9195" w14:textId="77777777" w:rsidTr="00B520E7">
        <w:trPr>
          <w:trHeight w:val="283"/>
        </w:trPr>
        <w:tc>
          <w:tcPr>
            <w:tcW w:w="2475" w:type="dxa"/>
            <w:vAlign w:val="center"/>
          </w:tcPr>
          <w:p w14:paraId="07DD818F" w14:textId="77777777" w:rsidR="00A1363E" w:rsidRPr="00C85550" w:rsidRDefault="00A1363E" w:rsidP="00B520E7">
            <w:pPr>
              <w:rPr>
                <w:rFonts w:ascii="Times New Roman" w:hAnsi="Times New Roman"/>
              </w:rPr>
            </w:pPr>
            <w:r w:rsidRPr="00C85550">
              <w:rPr>
                <w:rFonts w:ascii="Times New Roman" w:hAnsi="Times New Roman"/>
                <w:sz w:val="20"/>
              </w:rPr>
              <w:t>Independent reflections</w:t>
            </w:r>
          </w:p>
        </w:tc>
        <w:tc>
          <w:tcPr>
            <w:tcW w:w="3495" w:type="dxa"/>
            <w:vAlign w:val="center"/>
          </w:tcPr>
          <w:p w14:paraId="57C003D2" w14:textId="77777777" w:rsidR="00A1363E" w:rsidRPr="00C85550" w:rsidRDefault="00A1363E" w:rsidP="00B520E7">
            <w:pPr>
              <w:rPr>
                <w:rFonts w:ascii="Times New Roman" w:hAnsi="Times New Roman"/>
              </w:rPr>
            </w:pPr>
            <w:r w:rsidRPr="00C85550">
              <w:rPr>
                <w:rFonts w:ascii="Times New Roman" w:hAnsi="Times New Roman"/>
                <w:sz w:val="20"/>
              </w:rPr>
              <w:t>2645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6.2%,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6.71 %]</w:t>
            </w:r>
          </w:p>
        </w:tc>
        <w:tc>
          <w:tcPr>
            <w:tcW w:w="2886" w:type="dxa"/>
            <w:vAlign w:val="center"/>
          </w:tcPr>
          <w:p w14:paraId="7C5F63F4" w14:textId="77777777" w:rsidR="00A1363E" w:rsidRPr="00C85550" w:rsidRDefault="00A1363E" w:rsidP="00B520E7">
            <w:pPr>
              <w:rPr>
                <w:rFonts w:ascii="Times New Roman" w:hAnsi="Times New Roman"/>
              </w:rPr>
            </w:pPr>
            <w:r w:rsidRPr="00C85550">
              <w:rPr>
                <w:rFonts w:ascii="Times New Roman" w:hAnsi="Times New Roman"/>
                <w:sz w:val="20"/>
              </w:rPr>
              <w:t>5486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5.3%,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3.11 %]</w:t>
            </w:r>
          </w:p>
        </w:tc>
      </w:tr>
      <w:tr w:rsidR="00A1363E" w:rsidRPr="00C85550" w14:paraId="5655361A" w14:textId="77777777" w:rsidTr="00B520E7">
        <w:trPr>
          <w:trHeight w:val="283"/>
        </w:trPr>
        <w:tc>
          <w:tcPr>
            <w:tcW w:w="2475" w:type="dxa"/>
            <w:vAlign w:val="center"/>
          </w:tcPr>
          <w:p w14:paraId="48FFEA67" w14:textId="77777777" w:rsidR="00A1363E" w:rsidRPr="00C85550" w:rsidRDefault="00A1363E" w:rsidP="00B520E7">
            <w:pPr>
              <w:rPr>
                <w:rFonts w:ascii="Times New Roman" w:hAnsi="Times New Roman"/>
              </w:rPr>
            </w:pPr>
            <w:r w:rsidRPr="00C85550">
              <w:rPr>
                <w:rFonts w:ascii="Times New Roman" w:hAnsi="Times New Roman"/>
                <w:sz w:val="20"/>
              </w:rPr>
              <w:t>Data/restraints/parameters</w:t>
            </w:r>
          </w:p>
        </w:tc>
        <w:tc>
          <w:tcPr>
            <w:tcW w:w="3495" w:type="dxa"/>
            <w:vAlign w:val="center"/>
          </w:tcPr>
          <w:p w14:paraId="1CD05334" w14:textId="77777777" w:rsidR="00A1363E" w:rsidRPr="00C85550" w:rsidRDefault="00A1363E" w:rsidP="00B520E7">
            <w:pPr>
              <w:rPr>
                <w:rFonts w:ascii="Times New Roman" w:hAnsi="Times New Roman"/>
              </w:rPr>
            </w:pPr>
            <w:r w:rsidRPr="00C85550">
              <w:rPr>
                <w:rFonts w:ascii="Times New Roman" w:hAnsi="Times New Roman"/>
                <w:sz w:val="20"/>
              </w:rPr>
              <w:t>2645/-/203</w:t>
            </w:r>
          </w:p>
        </w:tc>
        <w:tc>
          <w:tcPr>
            <w:tcW w:w="2886" w:type="dxa"/>
            <w:vAlign w:val="center"/>
          </w:tcPr>
          <w:p w14:paraId="7F14A6F0" w14:textId="77777777" w:rsidR="00A1363E" w:rsidRPr="00C85550" w:rsidRDefault="00A1363E" w:rsidP="00B520E7">
            <w:pPr>
              <w:rPr>
                <w:rFonts w:ascii="Times New Roman" w:hAnsi="Times New Roman"/>
              </w:rPr>
            </w:pPr>
            <w:r w:rsidRPr="00C85550">
              <w:rPr>
                <w:rFonts w:ascii="Times New Roman" w:hAnsi="Times New Roman"/>
                <w:sz w:val="20"/>
              </w:rPr>
              <w:t>5486/-/405</w:t>
            </w:r>
          </w:p>
        </w:tc>
      </w:tr>
      <w:tr w:rsidR="00A1363E" w:rsidRPr="00C85550" w14:paraId="647DE257" w14:textId="77777777" w:rsidTr="00B520E7">
        <w:trPr>
          <w:trHeight w:val="283"/>
        </w:trPr>
        <w:tc>
          <w:tcPr>
            <w:tcW w:w="2475" w:type="dxa"/>
            <w:vAlign w:val="center"/>
          </w:tcPr>
          <w:p w14:paraId="1E097976" w14:textId="77777777" w:rsidR="00A1363E" w:rsidRPr="00C85550" w:rsidRDefault="00A1363E" w:rsidP="00B520E7">
            <w:pPr>
              <w:rPr>
                <w:rFonts w:ascii="Times New Roman" w:hAnsi="Times New Roman"/>
              </w:rPr>
            </w:pPr>
            <w:r w:rsidRPr="00C85550">
              <w:rPr>
                <w:rFonts w:ascii="Times New Roman" w:hAnsi="Times New Roman"/>
                <w:i/>
                <w:sz w:val="20"/>
              </w:rPr>
              <w:t>g</w:t>
            </w:r>
            <w:r w:rsidRPr="00C85550">
              <w:rPr>
                <w:rFonts w:ascii="Times New Roman" w:hAnsi="Times New Roman"/>
                <w:sz w:val="20"/>
                <w:vertAlign w:val="subscript"/>
              </w:rPr>
              <w:t>1</w:t>
            </w:r>
            <w:r w:rsidRPr="00C85550">
              <w:rPr>
                <w:rFonts w:ascii="Times New Roman" w:hAnsi="Times New Roman"/>
                <w:sz w:val="20"/>
              </w:rPr>
              <w:t xml:space="preserve">, </w:t>
            </w:r>
            <w:r w:rsidRPr="00C85550">
              <w:rPr>
                <w:rFonts w:ascii="Times New Roman" w:hAnsi="Times New Roman"/>
                <w:i/>
                <w:sz w:val="20"/>
              </w:rPr>
              <w:t>g</w:t>
            </w:r>
            <w:r w:rsidRPr="00C85550">
              <w:rPr>
                <w:rFonts w:ascii="Times New Roman" w:hAnsi="Times New Roman"/>
                <w:sz w:val="20"/>
                <w:vertAlign w:val="subscript"/>
              </w:rPr>
              <w:t>2</w:t>
            </w:r>
            <w:r w:rsidRPr="00C85550">
              <w:rPr>
                <w:rFonts w:ascii="Times New Roman" w:hAnsi="Times New Roman"/>
                <w:sz w:val="20"/>
              </w:rPr>
              <w:t xml:space="preserve"> in </w:t>
            </w:r>
            <w:proofErr w:type="spellStart"/>
            <w:r w:rsidRPr="00C85550">
              <w:rPr>
                <w:rFonts w:ascii="Times New Roman" w:hAnsi="Times New Roman"/>
                <w:i/>
                <w:sz w:val="20"/>
              </w:rPr>
              <w:t>w</w:t>
            </w:r>
            <w:r w:rsidRPr="00C85550">
              <w:rPr>
                <w:rFonts w:ascii="Times New Roman" w:hAnsi="Times New Roman"/>
                <w:sz w:val="20"/>
                <w:vertAlign w:val="superscript"/>
              </w:rPr>
              <w:t>a</w:t>
            </w:r>
            <w:proofErr w:type="spellEnd"/>
          </w:p>
        </w:tc>
        <w:tc>
          <w:tcPr>
            <w:tcW w:w="3495" w:type="dxa"/>
            <w:vAlign w:val="center"/>
          </w:tcPr>
          <w:p w14:paraId="6C855A90" w14:textId="77777777" w:rsidR="00A1363E" w:rsidRPr="00C85550" w:rsidRDefault="00A1363E" w:rsidP="00B520E7">
            <w:pPr>
              <w:rPr>
                <w:rFonts w:ascii="Times New Roman" w:hAnsi="Times New Roman"/>
              </w:rPr>
            </w:pPr>
            <w:r w:rsidRPr="00C85550">
              <w:rPr>
                <w:rFonts w:ascii="Times New Roman" w:hAnsi="Times New Roman"/>
                <w:sz w:val="20"/>
              </w:rPr>
              <w:t>0.0313, 0</w:t>
            </w:r>
          </w:p>
        </w:tc>
        <w:tc>
          <w:tcPr>
            <w:tcW w:w="2886" w:type="dxa"/>
            <w:vAlign w:val="center"/>
          </w:tcPr>
          <w:p w14:paraId="52F03714" w14:textId="77777777" w:rsidR="00A1363E" w:rsidRPr="00C85550" w:rsidRDefault="00A1363E" w:rsidP="00B520E7">
            <w:pPr>
              <w:rPr>
                <w:rFonts w:ascii="Times New Roman" w:hAnsi="Times New Roman"/>
              </w:rPr>
            </w:pPr>
            <w:r w:rsidRPr="00C85550">
              <w:rPr>
                <w:rFonts w:ascii="Times New Roman" w:hAnsi="Times New Roman"/>
                <w:sz w:val="20"/>
              </w:rPr>
              <w:t>0.0546, 0</w:t>
            </w:r>
          </w:p>
        </w:tc>
      </w:tr>
      <w:tr w:rsidR="00A1363E" w:rsidRPr="00C85550" w14:paraId="4FA52DD9" w14:textId="77777777" w:rsidTr="00B520E7">
        <w:trPr>
          <w:trHeight w:val="283"/>
        </w:trPr>
        <w:tc>
          <w:tcPr>
            <w:tcW w:w="2475" w:type="dxa"/>
            <w:vAlign w:val="center"/>
          </w:tcPr>
          <w:p w14:paraId="4C6108E8" w14:textId="77777777" w:rsidR="00A1363E" w:rsidRPr="00C85550" w:rsidRDefault="00A1363E" w:rsidP="00B520E7">
            <w:pPr>
              <w:rPr>
                <w:rFonts w:ascii="Times New Roman" w:hAnsi="Times New Roman"/>
              </w:rPr>
            </w:pPr>
            <w:r w:rsidRPr="00C85550">
              <w:rPr>
                <w:rFonts w:ascii="Times New Roman" w:hAnsi="Times New Roman"/>
                <w:sz w:val="20"/>
              </w:rPr>
              <w:t xml:space="preserve">Goodness–of–fit on </w:t>
            </w:r>
            <w:r w:rsidRPr="00C85550">
              <w:rPr>
                <w:rFonts w:ascii="Times New Roman" w:hAnsi="Times New Roman"/>
                <w:i/>
                <w:sz w:val="20"/>
              </w:rPr>
              <w:t>F</w:t>
            </w:r>
            <w:r w:rsidRPr="00C85550">
              <w:rPr>
                <w:rFonts w:ascii="Times New Roman" w:hAnsi="Times New Roman"/>
                <w:sz w:val="20"/>
                <w:vertAlign w:val="superscript"/>
              </w:rPr>
              <w:t>2</w:t>
            </w:r>
            <w:r w:rsidRPr="00C85550">
              <w:rPr>
                <w:rFonts w:ascii="Times New Roman" w:hAnsi="Times New Roman"/>
                <w:sz w:val="20"/>
              </w:rPr>
              <w:t xml:space="preserve">, </w:t>
            </w:r>
            <w:r w:rsidRPr="00C85550">
              <w:rPr>
                <w:rFonts w:ascii="Times New Roman" w:hAnsi="Times New Roman"/>
                <w:i/>
                <w:sz w:val="20"/>
              </w:rPr>
              <w:t>S</w:t>
            </w:r>
            <w:r w:rsidRPr="00C85550">
              <w:rPr>
                <w:rFonts w:ascii="Times New Roman" w:hAnsi="Times New Roman"/>
                <w:sz w:val="20"/>
                <w:vertAlign w:val="superscript"/>
              </w:rPr>
              <w:t>b</w:t>
            </w:r>
          </w:p>
        </w:tc>
        <w:tc>
          <w:tcPr>
            <w:tcW w:w="3495" w:type="dxa"/>
            <w:vAlign w:val="center"/>
          </w:tcPr>
          <w:p w14:paraId="419F9C4D" w14:textId="77777777" w:rsidR="00A1363E" w:rsidRPr="00C85550" w:rsidRDefault="00A1363E" w:rsidP="00B520E7">
            <w:pPr>
              <w:rPr>
                <w:rFonts w:ascii="Times New Roman" w:hAnsi="Times New Roman"/>
              </w:rPr>
            </w:pPr>
            <w:r w:rsidRPr="00C85550">
              <w:rPr>
                <w:rFonts w:ascii="Times New Roman" w:hAnsi="Times New Roman"/>
                <w:sz w:val="20"/>
              </w:rPr>
              <w:t>1.069</w:t>
            </w:r>
          </w:p>
        </w:tc>
        <w:tc>
          <w:tcPr>
            <w:tcW w:w="2886" w:type="dxa"/>
            <w:vAlign w:val="center"/>
          </w:tcPr>
          <w:p w14:paraId="233BFEA8" w14:textId="77777777" w:rsidR="00A1363E" w:rsidRPr="00C85550" w:rsidRDefault="00A1363E" w:rsidP="00B520E7">
            <w:pPr>
              <w:rPr>
                <w:rFonts w:ascii="Times New Roman" w:hAnsi="Times New Roman"/>
              </w:rPr>
            </w:pPr>
            <w:r w:rsidRPr="00C85550">
              <w:rPr>
                <w:rFonts w:ascii="Times New Roman" w:hAnsi="Times New Roman"/>
                <w:sz w:val="20"/>
              </w:rPr>
              <w:t>1.008</w:t>
            </w:r>
          </w:p>
        </w:tc>
      </w:tr>
      <w:tr w:rsidR="00A1363E" w:rsidRPr="00C85550" w14:paraId="63797EFE" w14:textId="77777777" w:rsidTr="00B520E7">
        <w:trPr>
          <w:trHeight w:val="283"/>
        </w:trPr>
        <w:tc>
          <w:tcPr>
            <w:tcW w:w="2475" w:type="dxa"/>
            <w:vAlign w:val="center"/>
          </w:tcPr>
          <w:p w14:paraId="0EDCCE3A" w14:textId="77777777" w:rsidR="00A1363E" w:rsidRPr="00C85550" w:rsidRDefault="00A1363E" w:rsidP="00B520E7">
            <w:pPr>
              <w:rPr>
                <w:rFonts w:ascii="Times New Roman" w:hAnsi="Times New Roman"/>
              </w:rPr>
            </w:pPr>
            <w:r w:rsidRPr="00C85550">
              <w:rPr>
                <w:rFonts w:ascii="Times New Roman" w:hAnsi="Times New Roman"/>
                <w:sz w:val="20"/>
              </w:rPr>
              <w:t xml:space="preserve">Final </w:t>
            </w:r>
            <w:r w:rsidRPr="00C85550">
              <w:rPr>
                <w:rFonts w:ascii="Times New Roman" w:hAnsi="Times New Roman"/>
                <w:i/>
                <w:sz w:val="20"/>
              </w:rPr>
              <w:t>R</w:t>
            </w:r>
            <w:r w:rsidRPr="00C85550">
              <w:rPr>
                <w:rFonts w:ascii="Times New Roman" w:hAnsi="Times New Roman"/>
                <w:sz w:val="20"/>
              </w:rPr>
              <w:t xml:space="preserve"> and </w:t>
            </w:r>
            <w:proofErr w:type="spellStart"/>
            <w:r w:rsidRPr="00C85550">
              <w:rPr>
                <w:rFonts w:ascii="Times New Roman" w:hAnsi="Times New Roman"/>
                <w:i/>
                <w:sz w:val="20"/>
              </w:rPr>
              <w:t>wR</w:t>
            </w:r>
            <w:r w:rsidRPr="00C85550">
              <w:rPr>
                <w:rFonts w:ascii="Times New Roman" w:hAnsi="Times New Roman"/>
                <w:sz w:val="20"/>
                <w:vertAlign w:val="superscript"/>
              </w:rPr>
              <w:t>c</w:t>
            </w:r>
            <w:proofErr w:type="spellEnd"/>
            <w:r w:rsidRPr="00C85550">
              <w:rPr>
                <w:rFonts w:ascii="Times New Roman" w:hAnsi="Times New Roman"/>
                <w:sz w:val="20"/>
              </w:rPr>
              <w:t xml:space="preserve"> values [</w:t>
            </w:r>
            <w:r w:rsidRPr="00C85550">
              <w:rPr>
                <w:rFonts w:ascii="Times New Roman" w:hAnsi="Times New Roman"/>
                <w:i/>
                <w:sz w:val="20"/>
              </w:rPr>
              <w:t>I</w:t>
            </w:r>
            <w:r w:rsidRPr="00C85550">
              <w:rPr>
                <w:rFonts w:ascii="Times New Roman" w:hAnsi="Times New Roman"/>
                <w:sz w:val="20"/>
              </w:rPr>
              <w:t>≥2</w:t>
            </w:r>
            <w:r w:rsidRPr="00C85550">
              <w:rPr>
                <w:rFonts w:ascii="Times New Roman" w:hAnsi="Times New Roman"/>
                <w:i/>
                <w:sz w:val="20"/>
              </w:rPr>
              <w:t>σ</w:t>
            </w:r>
            <w:r w:rsidRPr="00C85550">
              <w:rPr>
                <w:rFonts w:ascii="Times New Roman" w:hAnsi="Times New Roman"/>
                <w:sz w:val="20"/>
              </w:rPr>
              <w:t>(</w:t>
            </w:r>
            <w:r w:rsidRPr="00C85550">
              <w:rPr>
                <w:rFonts w:ascii="Times New Roman" w:hAnsi="Times New Roman"/>
                <w:i/>
                <w:sz w:val="20"/>
              </w:rPr>
              <w:t>I</w:t>
            </w:r>
            <w:r w:rsidRPr="00C85550">
              <w:rPr>
                <w:rFonts w:ascii="Times New Roman" w:hAnsi="Times New Roman"/>
                <w:sz w:val="20"/>
              </w:rPr>
              <w:t>)]</w:t>
            </w:r>
          </w:p>
        </w:tc>
        <w:tc>
          <w:tcPr>
            <w:tcW w:w="3495" w:type="dxa"/>
            <w:vAlign w:val="center"/>
          </w:tcPr>
          <w:p w14:paraId="47E04C3B"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5.29%,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8.4%</w:t>
            </w:r>
          </w:p>
        </w:tc>
        <w:tc>
          <w:tcPr>
            <w:tcW w:w="2886" w:type="dxa"/>
            <w:vAlign w:val="center"/>
          </w:tcPr>
          <w:p w14:paraId="02D94004"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4.92%,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10.86%</w:t>
            </w:r>
          </w:p>
        </w:tc>
      </w:tr>
      <w:tr w:rsidR="00A1363E" w:rsidRPr="00C85550" w14:paraId="1098A0CE" w14:textId="77777777" w:rsidTr="00B520E7">
        <w:trPr>
          <w:trHeight w:val="283"/>
        </w:trPr>
        <w:tc>
          <w:tcPr>
            <w:tcW w:w="2475" w:type="dxa"/>
            <w:vAlign w:val="center"/>
          </w:tcPr>
          <w:p w14:paraId="4709B031" w14:textId="77777777" w:rsidR="00A1363E" w:rsidRPr="00C85550" w:rsidRDefault="00A1363E" w:rsidP="00B520E7">
            <w:pPr>
              <w:rPr>
                <w:rFonts w:ascii="Times New Roman" w:hAnsi="Times New Roman"/>
              </w:rPr>
            </w:pPr>
            <w:r w:rsidRPr="00C85550">
              <w:rPr>
                <w:rFonts w:ascii="Times New Roman" w:hAnsi="Times New Roman"/>
                <w:sz w:val="20"/>
              </w:rPr>
              <w:t xml:space="preserve">Final </w:t>
            </w:r>
            <w:r w:rsidRPr="00C85550">
              <w:rPr>
                <w:rFonts w:ascii="Times New Roman" w:hAnsi="Times New Roman"/>
                <w:i/>
                <w:sz w:val="20"/>
              </w:rPr>
              <w:t>R</w:t>
            </w:r>
            <w:r w:rsidRPr="00C85550">
              <w:rPr>
                <w:rFonts w:ascii="Times New Roman" w:hAnsi="Times New Roman"/>
                <w:sz w:val="20"/>
              </w:rPr>
              <w:t xml:space="preserve"> and </w:t>
            </w:r>
            <w:proofErr w:type="spellStart"/>
            <w:r w:rsidRPr="00C85550">
              <w:rPr>
                <w:rFonts w:ascii="Times New Roman" w:hAnsi="Times New Roman"/>
                <w:i/>
                <w:sz w:val="20"/>
              </w:rPr>
              <w:t>wR</w:t>
            </w:r>
            <w:r w:rsidRPr="00C85550">
              <w:rPr>
                <w:rFonts w:ascii="Times New Roman" w:hAnsi="Times New Roman"/>
                <w:sz w:val="20"/>
                <w:vertAlign w:val="superscript"/>
              </w:rPr>
              <w:t>c</w:t>
            </w:r>
            <w:proofErr w:type="spellEnd"/>
            <w:r w:rsidRPr="00C85550">
              <w:rPr>
                <w:rFonts w:ascii="Times New Roman" w:hAnsi="Times New Roman"/>
                <w:sz w:val="20"/>
              </w:rPr>
              <w:t xml:space="preserve"> values [all data]</w:t>
            </w:r>
          </w:p>
        </w:tc>
        <w:tc>
          <w:tcPr>
            <w:tcW w:w="3495" w:type="dxa"/>
            <w:vAlign w:val="center"/>
          </w:tcPr>
          <w:p w14:paraId="59B91114"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7.08%,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8.95%</w:t>
            </w:r>
          </w:p>
        </w:tc>
        <w:tc>
          <w:tcPr>
            <w:tcW w:w="2886" w:type="dxa"/>
            <w:vAlign w:val="center"/>
          </w:tcPr>
          <w:p w14:paraId="2BD11ED5"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8.0%,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12.55%</w:t>
            </w:r>
          </w:p>
        </w:tc>
      </w:tr>
      <w:tr w:rsidR="00A1363E" w:rsidRPr="00C85550" w14:paraId="4386AF20" w14:textId="77777777" w:rsidTr="00B520E7">
        <w:trPr>
          <w:trHeight w:val="283"/>
        </w:trPr>
        <w:tc>
          <w:tcPr>
            <w:tcW w:w="2475" w:type="dxa"/>
            <w:vAlign w:val="center"/>
          </w:tcPr>
          <w:p w14:paraId="4A5DC6FE" w14:textId="77777777" w:rsidR="00A1363E" w:rsidRPr="00C85550" w:rsidRDefault="00A1363E" w:rsidP="00B520E7">
            <w:pPr>
              <w:rPr>
                <w:rFonts w:ascii="Times New Roman" w:hAnsi="Times New Roman"/>
              </w:rPr>
            </w:pPr>
            <w:r w:rsidRPr="00C85550">
              <w:rPr>
                <w:rFonts w:ascii="Times New Roman" w:hAnsi="Times New Roman"/>
                <w:sz w:val="20"/>
              </w:rPr>
              <w:t>Largest diff. peak/hole / e Å</w:t>
            </w:r>
            <w:r w:rsidRPr="00C85550">
              <w:rPr>
                <w:rFonts w:ascii="Times New Roman" w:hAnsi="Times New Roman"/>
                <w:sz w:val="20"/>
                <w:vertAlign w:val="superscript"/>
              </w:rPr>
              <w:t>–3</w:t>
            </w:r>
          </w:p>
        </w:tc>
        <w:tc>
          <w:tcPr>
            <w:tcW w:w="3495" w:type="dxa"/>
            <w:vAlign w:val="center"/>
          </w:tcPr>
          <w:p w14:paraId="0AA7D50B" w14:textId="77777777" w:rsidR="00A1363E" w:rsidRPr="00C85550" w:rsidRDefault="00A1363E" w:rsidP="00B520E7">
            <w:pPr>
              <w:rPr>
                <w:rFonts w:ascii="Times New Roman" w:hAnsi="Times New Roman"/>
              </w:rPr>
            </w:pPr>
            <w:r w:rsidRPr="00C85550">
              <w:rPr>
                <w:rFonts w:ascii="Times New Roman" w:hAnsi="Times New Roman"/>
                <w:sz w:val="20"/>
              </w:rPr>
              <w:t>0.147/–0.155</w:t>
            </w:r>
          </w:p>
        </w:tc>
        <w:tc>
          <w:tcPr>
            <w:tcW w:w="2886" w:type="dxa"/>
            <w:vAlign w:val="center"/>
          </w:tcPr>
          <w:p w14:paraId="63A4C782" w14:textId="77777777" w:rsidR="00A1363E" w:rsidRPr="00C85550" w:rsidRDefault="00A1363E" w:rsidP="00B520E7">
            <w:pPr>
              <w:rPr>
                <w:rFonts w:ascii="Times New Roman" w:hAnsi="Times New Roman"/>
              </w:rPr>
            </w:pPr>
            <w:r w:rsidRPr="00C85550">
              <w:rPr>
                <w:rFonts w:ascii="Times New Roman" w:hAnsi="Times New Roman"/>
                <w:sz w:val="20"/>
              </w:rPr>
              <w:t>0.206/–0.211</w:t>
            </w:r>
          </w:p>
        </w:tc>
      </w:tr>
      <w:tr w:rsidR="00A1363E" w:rsidRPr="00C85550" w14:paraId="428CECBF" w14:textId="77777777" w:rsidTr="00B520E7">
        <w:trPr>
          <w:trHeight w:val="283"/>
        </w:trPr>
        <w:tc>
          <w:tcPr>
            <w:tcW w:w="2475" w:type="dxa"/>
            <w:vAlign w:val="center"/>
          </w:tcPr>
          <w:p w14:paraId="20F943DB" w14:textId="77777777" w:rsidR="00A1363E" w:rsidRPr="00C85550" w:rsidRDefault="00A1363E" w:rsidP="00B520E7">
            <w:pPr>
              <w:rPr>
                <w:rFonts w:ascii="Times New Roman" w:hAnsi="Times New Roman"/>
              </w:rPr>
            </w:pPr>
            <w:r w:rsidRPr="00C85550">
              <w:rPr>
                <w:rFonts w:ascii="Times New Roman" w:hAnsi="Times New Roman"/>
                <w:sz w:val="20"/>
              </w:rPr>
              <w:t>Flack parameter</w:t>
            </w:r>
          </w:p>
        </w:tc>
        <w:tc>
          <w:tcPr>
            <w:tcW w:w="3495" w:type="dxa"/>
            <w:vAlign w:val="center"/>
          </w:tcPr>
          <w:p w14:paraId="15ACEB3F" w14:textId="77777777" w:rsidR="00A1363E" w:rsidRPr="00C85550" w:rsidRDefault="00A1363E" w:rsidP="00B520E7">
            <w:pPr>
              <w:rPr>
                <w:rFonts w:ascii="Times New Roman" w:hAnsi="Times New Roman"/>
              </w:rPr>
            </w:pPr>
            <w:r w:rsidRPr="00C85550">
              <w:rPr>
                <w:rFonts w:ascii="Times New Roman" w:hAnsi="Times New Roman"/>
                <w:sz w:val="20"/>
              </w:rPr>
              <w:t>0.1(10)</w:t>
            </w:r>
          </w:p>
        </w:tc>
        <w:tc>
          <w:tcPr>
            <w:tcW w:w="2886" w:type="dxa"/>
          </w:tcPr>
          <w:p w14:paraId="25C99CB1" w14:textId="77777777" w:rsidR="00A1363E" w:rsidRPr="00C85550" w:rsidRDefault="00A1363E" w:rsidP="00B520E7">
            <w:pPr>
              <w:rPr>
                <w:rFonts w:ascii="Times New Roman" w:hAnsi="Times New Roman"/>
                <w:sz w:val="20"/>
              </w:rPr>
            </w:pPr>
            <w:r w:rsidRPr="00C85550">
              <w:rPr>
                <w:rFonts w:ascii="Times New Roman" w:hAnsi="Times New Roman"/>
                <w:sz w:val="20"/>
              </w:rPr>
              <w:t>/</w:t>
            </w:r>
          </w:p>
        </w:tc>
      </w:tr>
    </w:tbl>
    <w:p w14:paraId="336328F0" w14:textId="77777777" w:rsidR="00A1363E" w:rsidRPr="00C85550" w:rsidRDefault="00A1363E" w:rsidP="00A1363E">
      <w:pPr>
        <w:rPr>
          <w:rFonts w:ascii="Times New Roman" w:hAnsi="Times New Roman"/>
        </w:rPr>
      </w:pPr>
      <w:r w:rsidRPr="00C85550">
        <w:rPr>
          <w:rFonts w:ascii="Times New Roman" w:hAnsi="Times New Roman"/>
          <w:sz w:val="16"/>
          <w:vertAlign w:val="superscript"/>
        </w:rPr>
        <w:t>a</w:t>
      </w:r>
      <w:r w:rsidRPr="00C85550">
        <w:rPr>
          <w:rFonts w:ascii="Times New Roman" w:hAnsi="Times New Roman"/>
          <w:i/>
          <w:sz w:val="16"/>
        </w:rPr>
        <w:t>w = 1/[σF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(g</w:t>
      </w:r>
      <w:r w:rsidRPr="00C85550">
        <w:rPr>
          <w:rFonts w:ascii="Times New Roman" w:hAnsi="Times New Roman"/>
          <w:sz w:val="16"/>
          <w:vertAlign w:val="subscript"/>
        </w:rPr>
        <w:t>1</w:t>
      </w:r>
      <w:r w:rsidRPr="00C85550">
        <w:rPr>
          <w:rFonts w:ascii="Times New Roman" w:hAnsi="Times New Roman"/>
          <w:i/>
          <w:sz w:val="16"/>
        </w:rPr>
        <w:t>P)</w:t>
      </w:r>
      <w:r w:rsidRPr="00C85550">
        <w:rPr>
          <w:rFonts w:ascii="Times New Roman" w:hAnsi="Times New Roman"/>
          <w:sz w:val="16"/>
          <w:vertAlign w:val="superscript"/>
        </w:rPr>
        <w:t>2</w:t>
      </w:r>
      <w:r w:rsidRPr="00C85550">
        <w:rPr>
          <w:rFonts w:ascii="Times New Roman" w:hAnsi="Times New Roman"/>
          <w:i/>
          <w:sz w:val="16"/>
        </w:rPr>
        <w:t xml:space="preserve"> + g</w:t>
      </w:r>
      <w:r w:rsidRPr="00C85550">
        <w:rPr>
          <w:rFonts w:ascii="Times New Roman" w:hAnsi="Times New Roman"/>
          <w:sz w:val="16"/>
          <w:vertAlign w:val="subscript"/>
        </w:rPr>
        <w:t>2</w:t>
      </w:r>
      <w:r w:rsidRPr="00C85550">
        <w:rPr>
          <w:rFonts w:ascii="Times New Roman" w:hAnsi="Times New Roman"/>
          <w:i/>
          <w:sz w:val="16"/>
        </w:rPr>
        <w:t>P]</w:t>
      </w:r>
      <w:r w:rsidRPr="00C85550">
        <w:rPr>
          <w:rFonts w:ascii="Times New Roman" w:hAnsi="Times New Roman"/>
          <w:sz w:val="16"/>
        </w:rPr>
        <w:t xml:space="preserve"> where </w:t>
      </w:r>
      <w:r w:rsidRPr="00C85550">
        <w:rPr>
          <w:rFonts w:ascii="Times New Roman" w:hAnsi="Times New Roman"/>
          <w:i/>
          <w:sz w:val="16"/>
        </w:rPr>
        <w:t>P = (F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+ 2F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)/3</w:t>
      </w:r>
      <w:r w:rsidRPr="00C85550">
        <w:rPr>
          <w:rFonts w:ascii="Times New Roman" w:hAnsi="Times New Roman"/>
          <w:sz w:val="16"/>
        </w:rPr>
        <w:br/>
      </w:r>
      <w:proofErr w:type="spellStart"/>
      <w:r w:rsidRPr="00C85550">
        <w:rPr>
          <w:rFonts w:ascii="Times New Roman" w:hAnsi="Times New Roman"/>
          <w:sz w:val="16"/>
          <w:vertAlign w:val="superscript"/>
        </w:rPr>
        <w:t>b</w:t>
      </w:r>
      <w:r w:rsidRPr="00C85550">
        <w:rPr>
          <w:rFonts w:ascii="Times New Roman" w:hAnsi="Times New Roman"/>
          <w:i/>
          <w:sz w:val="16"/>
        </w:rPr>
        <w:t>S</w:t>
      </w:r>
      <w:proofErr w:type="spellEnd"/>
      <w:r w:rsidRPr="00C85550">
        <w:rPr>
          <w:rFonts w:ascii="Times New Roman" w:hAnsi="Times New Roman"/>
          <w:i/>
          <w:sz w:val="16"/>
        </w:rPr>
        <w:t xml:space="preserve"> = {Σ[w(F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)2]/(N</w:t>
      </w:r>
      <w:r w:rsidRPr="00C85550">
        <w:rPr>
          <w:rFonts w:ascii="Times New Roman" w:hAnsi="Times New Roman"/>
          <w:sz w:val="16"/>
          <w:vertAlign w:val="subscript"/>
        </w:rPr>
        <w:t>r</w:t>
      </w:r>
      <w:r w:rsidRPr="00C85550">
        <w:rPr>
          <w:rFonts w:ascii="Times New Roman" w:hAnsi="Times New Roman"/>
          <w:i/>
          <w:sz w:val="16"/>
        </w:rPr>
        <w:t xml:space="preserve"> – N</w:t>
      </w:r>
      <w:r w:rsidRPr="00C85550">
        <w:rPr>
          <w:rFonts w:ascii="Times New Roman" w:hAnsi="Times New Roman"/>
          <w:sz w:val="16"/>
          <w:vertAlign w:val="subscript"/>
        </w:rPr>
        <w:t>p</w:t>
      </w:r>
      <w:r w:rsidRPr="00C85550">
        <w:rPr>
          <w:rFonts w:ascii="Times New Roman" w:hAnsi="Times New Roman"/>
          <w:i/>
          <w:sz w:val="16"/>
        </w:rPr>
        <w:t>)}</w:t>
      </w:r>
      <w:r w:rsidRPr="00C85550">
        <w:rPr>
          <w:rFonts w:ascii="Times New Roman" w:hAnsi="Times New Roman"/>
          <w:sz w:val="16"/>
          <w:vertAlign w:val="superscript"/>
        </w:rPr>
        <w:t>1/2</w:t>
      </w:r>
      <w:r w:rsidRPr="00C85550">
        <w:rPr>
          <w:rFonts w:ascii="Times New Roman" w:hAnsi="Times New Roman"/>
          <w:sz w:val="16"/>
        </w:rPr>
        <w:t xml:space="preserve"> where </w:t>
      </w:r>
      <w:r w:rsidRPr="00C85550">
        <w:rPr>
          <w:rFonts w:ascii="Times New Roman" w:hAnsi="Times New Roman"/>
          <w:i/>
          <w:sz w:val="16"/>
        </w:rPr>
        <w:t>N</w:t>
      </w:r>
      <w:r w:rsidRPr="00C85550">
        <w:rPr>
          <w:rFonts w:ascii="Times New Roman" w:hAnsi="Times New Roman"/>
          <w:sz w:val="16"/>
          <w:vertAlign w:val="subscript"/>
        </w:rPr>
        <w:t>r</w:t>
      </w:r>
      <w:r w:rsidRPr="00C85550">
        <w:rPr>
          <w:rFonts w:ascii="Times New Roman" w:hAnsi="Times New Roman"/>
          <w:sz w:val="16"/>
        </w:rPr>
        <w:t xml:space="preserve"> = number of independent reflections, </w:t>
      </w:r>
      <w:r w:rsidRPr="00C85550">
        <w:rPr>
          <w:rFonts w:ascii="Times New Roman" w:hAnsi="Times New Roman"/>
          <w:i/>
          <w:sz w:val="16"/>
        </w:rPr>
        <w:t>N</w:t>
      </w:r>
      <w:r w:rsidRPr="00C85550">
        <w:rPr>
          <w:rFonts w:ascii="Times New Roman" w:hAnsi="Times New Roman"/>
          <w:sz w:val="16"/>
          <w:vertAlign w:val="subscript"/>
        </w:rPr>
        <w:t>p</w:t>
      </w:r>
      <w:r w:rsidRPr="00C85550">
        <w:rPr>
          <w:rFonts w:ascii="Times New Roman" w:hAnsi="Times New Roman"/>
          <w:sz w:val="16"/>
        </w:rPr>
        <w:t xml:space="preserve"> = number of refined parameters.</w:t>
      </w:r>
      <w:r w:rsidRPr="00C85550">
        <w:rPr>
          <w:rFonts w:ascii="Times New Roman" w:hAnsi="Times New Roman"/>
          <w:sz w:val="16"/>
        </w:rPr>
        <w:br/>
      </w:r>
      <w:proofErr w:type="spellStart"/>
      <w:r w:rsidRPr="00C85550">
        <w:rPr>
          <w:rFonts w:ascii="Times New Roman" w:hAnsi="Times New Roman"/>
          <w:sz w:val="16"/>
          <w:vertAlign w:val="superscript"/>
        </w:rPr>
        <w:t>c</w:t>
      </w:r>
      <w:r w:rsidRPr="00C85550">
        <w:rPr>
          <w:rFonts w:ascii="Times New Roman" w:hAnsi="Times New Roman"/>
          <w:i/>
          <w:sz w:val="16"/>
        </w:rPr>
        <w:t>R</w:t>
      </w:r>
      <w:proofErr w:type="spellEnd"/>
      <w:r w:rsidRPr="00C85550">
        <w:rPr>
          <w:rFonts w:ascii="Times New Roman" w:hAnsi="Times New Roman"/>
          <w:i/>
          <w:sz w:val="16"/>
        </w:rPr>
        <w:t xml:space="preserve"> = Σ||</w:t>
      </w:r>
      <w:proofErr w:type="spellStart"/>
      <w:r w:rsidRPr="00C85550">
        <w:rPr>
          <w:rFonts w:ascii="Times New Roman" w:hAnsi="Times New Roman"/>
          <w:i/>
          <w:sz w:val="16"/>
        </w:rPr>
        <w:t>F</w:t>
      </w:r>
      <w:r w:rsidRPr="00C85550">
        <w:rPr>
          <w:rFonts w:ascii="Times New Roman" w:hAnsi="Times New Roman"/>
          <w:sz w:val="16"/>
          <w:vertAlign w:val="subscript"/>
        </w:rPr>
        <w:t>o</w:t>
      </w:r>
      <w:proofErr w:type="spellEnd"/>
      <w:r w:rsidRPr="00C85550">
        <w:rPr>
          <w:rFonts w:ascii="Times New Roman" w:hAnsi="Times New Roman"/>
          <w:i/>
          <w:sz w:val="16"/>
        </w:rPr>
        <w:t>| – |F</w:t>
      </w:r>
      <w:r w:rsidRPr="00C85550">
        <w:rPr>
          <w:rFonts w:ascii="Times New Roman" w:hAnsi="Times New Roman"/>
          <w:sz w:val="16"/>
          <w:vertAlign w:val="subscript"/>
        </w:rPr>
        <w:t>c</w:t>
      </w:r>
      <w:r w:rsidRPr="00C85550">
        <w:rPr>
          <w:rFonts w:ascii="Times New Roman" w:hAnsi="Times New Roman"/>
          <w:i/>
          <w:sz w:val="16"/>
        </w:rPr>
        <w:t>|/</w:t>
      </w:r>
      <w:proofErr w:type="spellStart"/>
      <w:r w:rsidRPr="00C85550">
        <w:rPr>
          <w:rFonts w:ascii="Times New Roman" w:hAnsi="Times New Roman"/>
          <w:i/>
          <w:sz w:val="16"/>
        </w:rPr>
        <w:t>Σ|F</w:t>
      </w:r>
      <w:r w:rsidRPr="00C85550">
        <w:rPr>
          <w:rFonts w:ascii="Times New Roman" w:hAnsi="Times New Roman"/>
          <w:sz w:val="16"/>
          <w:vertAlign w:val="subscript"/>
        </w:rPr>
        <w:t>o</w:t>
      </w:r>
      <w:proofErr w:type="spellEnd"/>
      <w:r w:rsidRPr="00C85550">
        <w:rPr>
          <w:rFonts w:ascii="Times New Roman" w:hAnsi="Times New Roman"/>
          <w:i/>
          <w:sz w:val="16"/>
        </w:rPr>
        <w:t xml:space="preserve">|; </w:t>
      </w:r>
      <w:proofErr w:type="spellStart"/>
      <w:r w:rsidRPr="00C85550">
        <w:rPr>
          <w:rFonts w:ascii="Times New Roman" w:hAnsi="Times New Roman"/>
          <w:i/>
          <w:sz w:val="16"/>
        </w:rPr>
        <w:t>wR</w:t>
      </w:r>
      <w:proofErr w:type="spellEnd"/>
      <w:r w:rsidRPr="00C85550">
        <w:rPr>
          <w:rFonts w:ascii="Times New Roman" w:hAnsi="Times New Roman"/>
          <w:i/>
          <w:sz w:val="16"/>
        </w:rPr>
        <w:t xml:space="preserve"> = {Σ[w(F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)2]/Σ[w(F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)2]}</w:t>
      </w:r>
      <w:r w:rsidRPr="00C85550">
        <w:rPr>
          <w:rFonts w:ascii="Times New Roman" w:hAnsi="Times New Roman"/>
          <w:sz w:val="16"/>
          <w:vertAlign w:val="superscript"/>
        </w:rPr>
        <w:t>1/2</w:t>
      </w:r>
    </w:p>
    <w:p w14:paraId="7E2658F3" w14:textId="77777777" w:rsidR="00A1363E" w:rsidRPr="00C85550" w:rsidRDefault="00A1363E" w:rsidP="00A1363E">
      <w:pPr>
        <w:rPr>
          <w:rFonts w:ascii="Times New Roman" w:hAnsi="Times New Roman"/>
        </w:rPr>
      </w:pPr>
      <w:r w:rsidRPr="00C85550">
        <w:rPr>
          <w:rFonts w:ascii="Times New Roman" w:hAnsi="Times New Roman"/>
        </w:rPr>
        <w:br w:type="page"/>
      </w:r>
    </w:p>
    <w:p w14:paraId="202F5359" w14:textId="77777777" w:rsidR="00A1363E" w:rsidRPr="00C85550" w:rsidRDefault="00A1363E" w:rsidP="00A1363E">
      <w:pPr>
        <w:rPr>
          <w:rFonts w:ascii="Times New Roman" w:hAnsi="Times New Roman"/>
        </w:rPr>
      </w:pPr>
      <w:r w:rsidRPr="00C85550">
        <w:rPr>
          <w:rFonts w:ascii="Times New Roman" w:hAnsi="Times New Roman"/>
          <w:b/>
        </w:rPr>
        <w:lastRenderedPageBreak/>
        <w:t>Table S2.</w:t>
      </w:r>
      <w:r w:rsidRPr="00C85550">
        <w:rPr>
          <w:rFonts w:ascii="Times New Roman" w:hAnsi="Times New Roman"/>
        </w:rPr>
        <w:t xml:space="preserve"> Selected bond lengths in the crystal structures of ligands </w:t>
      </w: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xml:space="preserve"> </w:t>
      </w:r>
      <w:r w:rsidRPr="00C85550">
        <w:rPr>
          <w:rFonts w:ascii="Times New Roman" w:hAnsi="Times New Roman"/>
        </w:rPr>
        <w:t>and</w:t>
      </w:r>
      <w:r w:rsidRPr="00C85550">
        <w:rPr>
          <w:rFonts w:ascii="Times New Roman" w:hAnsi="Times New Roman"/>
          <w:b/>
        </w:rPr>
        <w:t xml:space="preserve">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gridCol w:w="1440"/>
        <w:gridCol w:w="1440"/>
      </w:tblGrid>
      <w:tr w:rsidR="00A1363E" w:rsidRPr="00C85550" w14:paraId="73F60067" w14:textId="77777777" w:rsidTr="00B520E7">
        <w:tc>
          <w:tcPr>
            <w:tcW w:w="8640" w:type="dxa"/>
            <w:gridSpan w:val="6"/>
            <w:vAlign w:val="center"/>
          </w:tcPr>
          <w:p w14:paraId="529D348E" w14:textId="77777777" w:rsidR="00A1363E" w:rsidRPr="00C85550" w:rsidRDefault="00A1363E" w:rsidP="00B520E7">
            <w:pPr>
              <w:jc w:val="center"/>
              <w:rPr>
                <w:rFonts w:ascii="Times New Roman" w:hAnsi="Times New Roman"/>
                <w:b/>
                <w:sz w:val="20"/>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p>
        </w:tc>
      </w:tr>
      <w:tr w:rsidR="00A1363E" w:rsidRPr="00C85550" w14:paraId="17974369" w14:textId="77777777" w:rsidTr="00B520E7">
        <w:tc>
          <w:tcPr>
            <w:tcW w:w="1440" w:type="dxa"/>
            <w:vAlign w:val="center"/>
          </w:tcPr>
          <w:p w14:paraId="3F7A60EF"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54E591DB"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40" w:type="dxa"/>
            <w:vAlign w:val="center"/>
          </w:tcPr>
          <w:p w14:paraId="06196105"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16ABA3DB"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40" w:type="dxa"/>
            <w:vAlign w:val="center"/>
          </w:tcPr>
          <w:p w14:paraId="51B9D463"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6115ACE9"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5C2EE75C" w14:textId="77777777" w:rsidTr="00B520E7">
        <w:trPr>
          <w:trHeight w:val="283"/>
        </w:trPr>
        <w:tc>
          <w:tcPr>
            <w:tcW w:w="1440" w:type="dxa"/>
            <w:vAlign w:val="center"/>
          </w:tcPr>
          <w:p w14:paraId="2101C1AD" w14:textId="77777777" w:rsidR="00A1363E" w:rsidRPr="00C85550" w:rsidRDefault="00A1363E" w:rsidP="00B520E7">
            <w:pPr>
              <w:rPr>
                <w:rFonts w:ascii="Times New Roman" w:hAnsi="Times New Roman"/>
              </w:rPr>
            </w:pPr>
            <w:r w:rsidRPr="00C85550">
              <w:rPr>
                <w:rFonts w:ascii="Times New Roman" w:hAnsi="Times New Roman"/>
                <w:sz w:val="20"/>
              </w:rPr>
              <w:t>C4–C5</w:t>
            </w:r>
          </w:p>
        </w:tc>
        <w:tc>
          <w:tcPr>
            <w:tcW w:w="1440" w:type="dxa"/>
            <w:vAlign w:val="center"/>
          </w:tcPr>
          <w:p w14:paraId="5B6FDBF8" w14:textId="77777777" w:rsidR="00A1363E" w:rsidRPr="00C85550" w:rsidRDefault="00A1363E" w:rsidP="00B520E7">
            <w:pPr>
              <w:rPr>
                <w:rFonts w:ascii="Times New Roman" w:hAnsi="Times New Roman"/>
              </w:rPr>
            </w:pPr>
            <w:r w:rsidRPr="00C85550">
              <w:rPr>
                <w:rFonts w:ascii="Times New Roman" w:hAnsi="Times New Roman"/>
                <w:sz w:val="20"/>
              </w:rPr>
              <w:t>1.382(5)</w:t>
            </w:r>
          </w:p>
        </w:tc>
        <w:tc>
          <w:tcPr>
            <w:tcW w:w="1440" w:type="dxa"/>
            <w:vAlign w:val="center"/>
          </w:tcPr>
          <w:p w14:paraId="6D5695ED"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40" w:type="dxa"/>
            <w:vAlign w:val="center"/>
          </w:tcPr>
          <w:p w14:paraId="2DC2A753" w14:textId="77777777" w:rsidR="00A1363E" w:rsidRPr="00C85550" w:rsidRDefault="00A1363E" w:rsidP="00B520E7">
            <w:pPr>
              <w:rPr>
                <w:rFonts w:ascii="Times New Roman" w:hAnsi="Times New Roman"/>
              </w:rPr>
            </w:pPr>
            <w:r w:rsidRPr="00C85550">
              <w:rPr>
                <w:rFonts w:ascii="Times New Roman" w:hAnsi="Times New Roman"/>
                <w:sz w:val="20"/>
              </w:rPr>
              <w:t>1.386(5)</w:t>
            </w:r>
          </w:p>
        </w:tc>
        <w:tc>
          <w:tcPr>
            <w:tcW w:w="1440" w:type="dxa"/>
            <w:vAlign w:val="center"/>
          </w:tcPr>
          <w:p w14:paraId="1F99E94E" w14:textId="77777777" w:rsidR="00A1363E" w:rsidRPr="00C85550" w:rsidRDefault="00A1363E" w:rsidP="00B520E7">
            <w:pPr>
              <w:rPr>
                <w:rFonts w:ascii="Times New Roman" w:hAnsi="Times New Roman"/>
              </w:rPr>
            </w:pPr>
            <w:r w:rsidRPr="00C85550">
              <w:rPr>
                <w:rFonts w:ascii="Times New Roman" w:hAnsi="Times New Roman"/>
                <w:sz w:val="20"/>
              </w:rPr>
              <w:t>N3–H3B</w:t>
            </w:r>
          </w:p>
        </w:tc>
        <w:tc>
          <w:tcPr>
            <w:tcW w:w="1440" w:type="dxa"/>
            <w:vAlign w:val="center"/>
          </w:tcPr>
          <w:p w14:paraId="6E981A1E" w14:textId="77777777" w:rsidR="00A1363E" w:rsidRPr="00C85550" w:rsidRDefault="00A1363E" w:rsidP="00B520E7">
            <w:pPr>
              <w:rPr>
                <w:rFonts w:ascii="Times New Roman" w:hAnsi="Times New Roman"/>
              </w:rPr>
            </w:pPr>
            <w:r w:rsidRPr="00C85550">
              <w:rPr>
                <w:rFonts w:ascii="Times New Roman" w:hAnsi="Times New Roman"/>
                <w:sz w:val="20"/>
              </w:rPr>
              <w:t>0.85(3)</w:t>
            </w:r>
          </w:p>
        </w:tc>
      </w:tr>
      <w:tr w:rsidR="00A1363E" w:rsidRPr="00C85550" w14:paraId="7C0926CC" w14:textId="77777777" w:rsidTr="00B520E7">
        <w:trPr>
          <w:trHeight w:val="283"/>
        </w:trPr>
        <w:tc>
          <w:tcPr>
            <w:tcW w:w="1440" w:type="dxa"/>
            <w:vAlign w:val="center"/>
          </w:tcPr>
          <w:p w14:paraId="0E6E9502" w14:textId="77777777" w:rsidR="00A1363E" w:rsidRPr="00C85550" w:rsidRDefault="00A1363E" w:rsidP="00B520E7">
            <w:pPr>
              <w:rPr>
                <w:rFonts w:ascii="Times New Roman" w:hAnsi="Times New Roman"/>
              </w:rPr>
            </w:pPr>
            <w:r w:rsidRPr="00C85550">
              <w:rPr>
                <w:rFonts w:ascii="Times New Roman" w:hAnsi="Times New Roman"/>
                <w:sz w:val="20"/>
              </w:rPr>
              <w:t>C5–C6</w:t>
            </w:r>
          </w:p>
        </w:tc>
        <w:tc>
          <w:tcPr>
            <w:tcW w:w="1440" w:type="dxa"/>
            <w:vAlign w:val="center"/>
          </w:tcPr>
          <w:p w14:paraId="4357265F" w14:textId="77777777" w:rsidR="00A1363E" w:rsidRPr="00C85550" w:rsidRDefault="00A1363E" w:rsidP="00B520E7">
            <w:pPr>
              <w:rPr>
                <w:rFonts w:ascii="Times New Roman" w:hAnsi="Times New Roman"/>
              </w:rPr>
            </w:pPr>
            <w:r w:rsidRPr="00C85550">
              <w:rPr>
                <w:rFonts w:ascii="Times New Roman" w:hAnsi="Times New Roman"/>
                <w:sz w:val="20"/>
              </w:rPr>
              <w:t>1.394(6)</w:t>
            </w:r>
          </w:p>
        </w:tc>
        <w:tc>
          <w:tcPr>
            <w:tcW w:w="1440" w:type="dxa"/>
            <w:vAlign w:val="center"/>
          </w:tcPr>
          <w:p w14:paraId="0167F0A5" w14:textId="77777777" w:rsidR="00A1363E" w:rsidRPr="00C85550" w:rsidRDefault="00A1363E" w:rsidP="00B520E7">
            <w:pPr>
              <w:rPr>
                <w:rFonts w:ascii="Times New Roman" w:hAnsi="Times New Roman"/>
              </w:rPr>
            </w:pPr>
            <w:r w:rsidRPr="00C85550">
              <w:rPr>
                <w:rFonts w:ascii="Times New Roman" w:hAnsi="Times New Roman"/>
                <w:sz w:val="20"/>
              </w:rPr>
              <w:t>N1–C1</w:t>
            </w:r>
          </w:p>
        </w:tc>
        <w:tc>
          <w:tcPr>
            <w:tcW w:w="1440" w:type="dxa"/>
            <w:vAlign w:val="center"/>
          </w:tcPr>
          <w:p w14:paraId="0B878D29" w14:textId="77777777" w:rsidR="00A1363E" w:rsidRPr="00C85550" w:rsidRDefault="00A1363E" w:rsidP="00B520E7">
            <w:pPr>
              <w:rPr>
                <w:rFonts w:ascii="Times New Roman" w:hAnsi="Times New Roman"/>
              </w:rPr>
            </w:pPr>
            <w:r w:rsidRPr="00C85550">
              <w:rPr>
                <w:rFonts w:ascii="Times New Roman" w:hAnsi="Times New Roman"/>
                <w:sz w:val="20"/>
              </w:rPr>
              <w:t>1.290(4)</w:t>
            </w:r>
          </w:p>
        </w:tc>
        <w:tc>
          <w:tcPr>
            <w:tcW w:w="1440" w:type="dxa"/>
            <w:vAlign w:val="center"/>
          </w:tcPr>
          <w:p w14:paraId="6A3F1F9B" w14:textId="77777777" w:rsidR="00A1363E" w:rsidRPr="00C85550" w:rsidRDefault="00A1363E" w:rsidP="00B520E7">
            <w:pPr>
              <w:rPr>
                <w:rFonts w:ascii="Times New Roman" w:hAnsi="Times New Roman"/>
              </w:rPr>
            </w:pPr>
            <w:r w:rsidRPr="00C85550">
              <w:rPr>
                <w:rFonts w:ascii="Times New Roman" w:hAnsi="Times New Roman"/>
                <w:sz w:val="20"/>
              </w:rPr>
              <w:t>O1–C14</w:t>
            </w:r>
          </w:p>
        </w:tc>
        <w:tc>
          <w:tcPr>
            <w:tcW w:w="1440" w:type="dxa"/>
            <w:vAlign w:val="center"/>
          </w:tcPr>
          <w:p w14:paraId="12AC6E1E" w14:textId="77777777" w:rsidR="00A1363E" w:rsidRPr="00C85550" w:rsidRDefault="00A1363E" w:rsidP="00B520E7">
            <w:pPr>
              <w:rPr>
                <w:rFonts w:ascii="Times New Roman" w:hAnsi="Times New Roman"/>
              </w:rPr>
            </w:pPr>
            <w:r w:rsidRPr="00C85550">
              <w:rPr>
                <w:rFonts w:ascii="Times New Roman" w:hAnsi="Times New Roman"/>
                <w:sz w:val="20"/>
              </w:rPr>
              <w:t>1.378(4)</w:t>
            </w:r>
          </w:p>
        </w:tc>
      </w:tr>
      <w:tr w:rsidR="00A1363E" w:rsidRPr="00C85550" w14:paraId="78899AB1" w14:textId="77777777" w:rsidTr="00B520E7">
        <w:trPr>
          <w:trHeight w:val="283"/>
        </w:trPr>
        <w:tc>
          <w:tcPr>
            <w:tcW w:w="1440" w:type="dxa"/>
            <w:vAlign w:val="center"/>
          </w:tcPr>
          <w:p w14:paraId="06225F44"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40" w:type="dxa"/>
            <w:vAlign w:val="center"/>
          </w:tcPr>
          <w:p w14:paraId="6FAD709E" w14:textId="77777777" w:rsidR="00A1363E" w:rsidRPr="00C85550" w:rsidRDefault="00A1363E" w:rsidP="00B520E7">
            <w:pPr>
              <w:rPr>
                <w:rFonts w:ascii="Times New Roman" w:hAnsi="Times New Roman"/>
              </w:rPr>
            </w:pPr>
            <w:r w:rsidRPr="00C85550">
              <w:rPr>
                <w:rFonts w:ascii="Times New Roman" w:hAnsi="Times New Roman"/>
                <w:sz w:val="20"/>
              </w:rPr>
              <w:t>1.373(5)</w:t>
            </w:r>
          </w:p>
        </w:tc>
        <w:tc>
          <w:tcPr>
            <w:tcW w:w="1440" w:type="dxa"/>
            <w:vAlign w:val="center"/>
          </w:tcPr>
          <w:p w14:paraId="6BC65116"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40" w:type="dxa"/>
            <w:vAlign w:val="center"/>
          </w:tcPr>
          <w:p w14:paraId="3221A437" w14:textId="77777777" w:rsidR="00A1363E" w:rsidRPr="00C85550" w:rsidRDefault="00A1363E" w:rsidP="00B520E7">
            <w:pPr>
              <w:rPr>
                <w:rFonts w:ascii="Times New Roman" w:hAnsi="Times New Roman"/>
              </w:rPr>
            </w:pPr>
            <w:r w:rsidRPr="00C85550">
              <w:rPr>
                <w:rFonts w:ascii="Times New Roman" w:hAnsi="Times New Roman"/>
                <w:sz w:val="20"/>
              </w:rPr>
              <w:t>1.375(4)</w:t>
            </w:r>
          </w:p>
        </w:tc>
        <w:tc>
          <w:tcPr>
            <w:tcW w:w="1440" w:type="dxa"/>
            <w:vAlign w:val="center"/>
          </w:tcPr>
          <w:p w14:paraId="4FA5A91F" w14:textId="77777777" w:rsidR="00A1363E" w:rsidRPr="00C85550" w:rsidRDefault="00A1363E" w:rsidP="00B520E7">
            <w:pPr>
              <w:rPr>
                <w:rFonts w:ascii="Times New Roman" w:hAnsi="Times New Roman"/>
              </w:rPr>
            </w:pPr>
            <w:r w:rsidRPr="00C85550">
              <w:rPr>
                <w:rFonts w:ascii="Times New Roman" w:hAnsi="Times New Roman"/>
                <w:sz w:val="20"/>
              </w:rPr>
              <w:t>O1–H1</w:t>
            </w:r>
          </w:p>
        </w:tc>
        <w:tc>
          <w:tcPr>
            <w:tcW w:w="1440" w:type="dxa"/>
            <w:vAlign w:val="center"/>
          </w:tcPr>
          <w:p w14:paraId="2155ED9E" w14:textId="77777777" w:rsidR="00A1363E" w:rsidRPr="00C85550" w:rsidRDefault="00A1363E" w:rsidP="00B520E7">
            <w:pPr>
              <w:rPr>
                <w:rFonts w:ascii="Times New Roman" w:hAnsi="Times New Roman"/>
              </w:rPr>
            </w:pPr>
            <w:r w:rsidRPr="00C85550">
              <w:rPr>
                <w:rFonts w:ascii="Times New Roman" w:hAnsi="Times New Roman"/>
                <w:sz w:val="20"/>
              </w:rPr>
              <w:t>0.83(4)</w:t>
            </w:r>
          </w:p>
        </w:tc>
      </w:tr>
      <w:tr w:rsidR="00A1363E" w:rsidRPr="00C85550" w14:paraId="6D3DC994" w14:textId="77777777" w:rsidTr="00B520E7">
        <w:trPr>
          <w:trHeight w:val="283"/>
        </w:trPr>
        <w:tc>
          <w:tcPr>
            <w:tcW w:w="1440" w:type="dxa"/>
            <w:vAlign w:val="center"/>
          </w:tcPr>
          <w:p w14:paraId="52005F67" w14:textId="77777777" w:rsidR="00A1363E" w:rsidRPr="00C85550" w:rsidRDefault="00A1363E" w:rsidP="00B520E7">
            <w:pPr>
              <w:rPr>
                <w:rFonts w:ascii="Times New Roman" w:hAnsi="Times New Roman"/>
              </w:rPr>
            </w:pPr>
            <w:r w:rsidRPr="00C85550">
              <w:rPr>
                <w:rFonts w:ascii="Times New Roman" w:hAnsi="Times New Roman"/>
                <w:sz w:val="20"/>
              </w:rPr>
              <w:t>C7–C8</w:t>
            </w:r>
          </w:p>
        </w:tc>
        <w:tc>
          <w:tcPr>
            <w:tcW w:w="1440" w:type="dxa"/>
            <w:vAlign w:val="center"/>
          </w:tcPr>
          <w:p w14:paraId="7358C9DB" w14:textId="77777777" w:rsidR="00A1363E" w:rsidRPr="00C85550" w:rsidRDefault="00A1363E" w:rsidP="00B520E7">
            <w:pPr>
              <w:rPr>
                <w:rFonts w:ascii="Times New Roman" w:hAnsi="Times New Roman"/>
              </w:rPr>
            </w:pPr>
            <w:r w:rsidRPr="00C85550">
              <w:rPr>
                <w:rFonts w:ascii="Times New Roman" w:hAnsi="Times New Roman"/>
                <w:sz w:val="20"/>
              </w:rPr>
              <w:t>1.408(5)</w:t>
            </w:r>
          </w:p>
        </w:tc>
        <w:tc>
          <w:tcPr>
            <w:tcW w:w="1440" w:type="dxa"/>
            <w:vAlign w:val="center"/>
          </w:tcPr>
          <w:p w14:paraId="3044D5CA" w14:textId="77777777" w:rsidR="00A1363E" w:rsidRPr="00C85550" w:rsidRDefault="00A1363E" w:rsidP="00B520E7">
            <w:pPr>
              <w:rPr>
                <w:rFonts w:ascii="Times New Roman" w:hAnsi="Times New Roman"/>
              </w:rPr>
            </w:pPr>
            <w:r w:rsidRPr="00C85550">
              <w:rPr>
                <w:rFonts w:ascii="Times New Roman" w:hAnsi="Times New Roman"/>
                <w:sz w:val="20"/>
              </w:rPr>
              <w:t>N2–C2</w:t>
            </w:r>
          </w:p>
        </w:tc>
        <w:tc>
          <w:tcPr>
            <w:tcW w:w="1440" w:type="dxa"/>
            <w:vAlign w:val="center"/>
          </w:tcPr>
          <w:p w14:paraId="5BCA6A57" w14:textId="77777777" w:rsidR="00A1363E" w:rsidRPr="00C85550" w:rsidRDefault="00A1363E" w:rsidP="00B520E7">
            <w:pPr>
              <w:rPr>
                <w:rFonts w:ascii="Times New Roman" w:hAnsi="Times New Roman"/>
              </w:rPr>
            </w:pPr>
            <w:r w:rsidRPr="00C85550">
              <w:rPr>
                <w:rFonts w:ascii="Times New Roman" w:hAnsi="Times New Roman"/>
                <w:sz w:val="20"/>
              </w:rPr>
              <w:t>1.374(4)</w:t>
            </w:r>
          </w:p>
        </w:tc>
        <w:tc>
          <w:tcPr>
            <w:tcW w:w="1440" w:type="dxa"/>
            <w:vAlign w:val="center"/>
          </w:tcPr>
          <w:p w14:paraId="7F5E8223" w14:textId="77777777" w:rsidR="00A1363E" w:rsidRPr="00C85550" w:rsidRDefault="00A1363E" w:rsidP="00B520E7">
            <w:pPr>
              <w:rPr>
                <w:rFonts w:ascii="Times New Roman" w:hAnsi="Times New Roman"/>
              </w:rPr>
            </w:pPr>
            <w:r w:rsidRPr="00C85550">
              <w:rPr>
                <w:rFonts w:ascii="Times New Roman" w:hAnsi="Times New Roman"/>
                <w:sz w:val="20"/>
              </w:rPr>
              <w:t>O2–C2</w:t>
            </w:r>
          </w:p>
        </w:tc>
        <w:tc>
          <w:tcPr>
            <w:tcW w:w="1440" w:type="dxa"/>
            <w:vAlign w:val="center"/>
          </w:tcPr>
          <w:p w14:paraId="67B3868D" w14:textId="77777777" w:rsidR="00A1363E" w:rsidRPr="00C85550" w:rsidRDefault="00A1363E" w:rsidP="00B520E7">
            <w:pPr>
              <w:rPr>
                <w:rFonts w:ascii="Times New Roman" w:hAnsi="Times New Roman"/>
              </w:rPr>
            </w:pPr>
            <w:r w:rsidRPr="00C85550">
              <w:rPr>
                <w:rFonts w:ascii="Times New Roman" w:hAnsi="Times New Roman"/>
                <w:sz w:val="20"/>
              </w:rPr>
              <w:t>1.233(4)</w:t>
            </w:r>
          </w:p>
        </w:tc>
      </w:tr>
      <w:tr w:rsidR="00A1363E" w:rsidRPr="00C85550" w14:paraId="365EFBB7" w14:textId="77777777" w:rsidTr="00B520E7">
        <w:trPr>
          <w:trHeight w:val="283"/>
        </w:trPr>
        <w:tc>
          <w:tcPr>
            <w:tcW w:w="1440" w:type="dxa"/>
            <w:vAlign w:val="center"/>
          </w:tcPr>
          <w:p w14:paraId="766B245B"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40" w:type="dxa"/>
            <w:vAlign w:val="center"/>
          </w:tcPr>
          <w:p w14:paraId="075E9EFD" w14:textId="77777777" w:rsidR="00A1363E" w:rsidRPr="00C85550" w:rsidRDefault="00A1363E" w:rsidP="00B520E7">
            <w:pPr>
              <w:rPr>
                <w:rFonts w:ascii="Times New Roman" w:hAnsi="Times New Roman"/>
              </w:rPr>
            </w:pPr>
            <w:r w:rsidRPr="00C85550">
              <w:rPr>
                <w:rFonts w:ascii="Times New Roman" w:hAnsi="Times New Roman"/>
                <w:sz w:val="20"/>
              </w:rPr>
              <w:t>1.398(5)</w:t>
            </w:r>
          </w:p>
        </w:tc>
        <w:tc>
          <w:tcPr>
            <w:tcW w:w="1440" w:type="dxa"/>
            <w:vAlign w:val="center"/>
          </w:tcPr>
          <w:p w14:paraId="540600FD" w14:textId="77777777" w:rsidR="00A1363E" w:rsidRPr="00C85550" w:rsidRDefault="00A1363E" w:rsidP="00B520E7">
            <w:pPr>
              <w:rPr>
                <w:rFonts w:ascii="Times New Roman" w:hAnsi="Times New Roman"/>
              </w:rPr>
            </w:pPr>
            <w:r w:rsidRPr="00C85550">
              <w:rPr>
                <w:rFonts w:ascii="Times New Roman" w:hAnsi="Times New Roman"/>
                <w:sz w:val="20"/>
              </w:rPr>
              <w:t>N2–H2</w:t>
            </w:r>
          </w:p>
        </w:tc>
        <w:tc>
          <w:tcPr>
            <w:tcW w:w="1440" w:type="dxa"/>
            <w:vAlign w:val="center"/>
          </w:tcPr>
          <w:p w14:paraId="0560C2C7" w14:textId="77777777" w:rsidR="00A1363E" w:rsidRPr="00C85550" w:rsidRDefault="00A1363E" w:rsidP="00B520E7">
            <w:pPr>
              <w:rPr>
                <w:rFonts w:ascii="Times New Roman" w:hAnsi="Times New Roman"/>
              </w:rPr>
            </w:pPr>
            <w:r w:rsidRPr="00C85550">
              <w:rPr>
                <w:rFonts w:ascii="Times New Roman" w:hAnsi="Times New Roman"/>
                <w:sz w:val="20"/>
              </w:rPr>
              <w:t>0.88(2)</w:t>
            </w:r>
          </w:p>
        </w:tc>
        <w:tc>
          <w:tcPr>
            <w:tcW w:w="1440" w:type="dxa"/>
            <w:vAlign w:val="center"/>
          </w:tcPr>
          <w:p w14:paraId="6C1D101A" w14:textId="77777777" w:rsidR="00A1363E" w:rsidRPr="00C85550" w:rsidRDefault="00A1363E" w:rsidP="00B520E7">
            <w:pPr>
              <w:rPr>
                <w:rFonts w:ascii="Times New Roman" w:hAnsi="Times New Roman"/>
              </w:rPr>
            </w:pPr>
            <w:r w:rsidRPr="00C85550">
              <w:rPr>
                <w:rFonts w:ascii="Times New Roman" w:hAnsi="Times New Roman"/>
                <w:sz w:val="20"/>
              </w:rPr>
              <w:t>O3–C11</w:t>
            </w:r>
          </w:p>
        </w:tc>
        <w:tc>
          <w:tcPr>
            <w:tcW w:w="1440" w:type="dxa"/>
            <w:vAlign w:val="center"/>
          </w:tcPr>
          <w:p w14:paraId="31FF9E0C" w14:textId="77777777" w:rsidR="00A1363E" w:rsidRPr="00C85550" w:rsidRDefault="00A1363E" w:rsidP="00B520E7">
            <w:pPr>
              <w:rPr>
                <w:rFonts w:ascii="Times New Roman" w:hAnsi="Times New Roman"/>
              </w:rPr>
            </w:pPr>
            <w:r w:rsidRPr="00C85550">
              <w:rPr>
                <w:rFonts w:ascii="Times New Roman" w:hAnsi="Times New Roman"/>
                <w:sz w:val="20"/>
              </w:rPr>
              <w:t>1.384(4)</w:t>
            </w:r>
          </w:p>
        </w:tc>
      </w:tr>
      <w:tr w:rsidR="00A1363E" w:rsidRPr="00C85550" w14:paraId="6E2B06D2" w14:textId="77777777" w:rsidTr="00B520E7">
        <w:trPr>
          <w:trHeight w:val="283"/>
        </w:trPr>
        <w:tc>
          <w:tcPr>
            <w:tcW w:w="1440" w:type="dxa"/>
            <w:vAlign w:val="center"/>
          </w:tcPr>
          <w:p w14:paraId="74EB6EA6" w14:textId="77777777" w:rsidR="00A1363E" w:rsidRPr="00C85550" w:rsidRDefault="00A1363E" w:rsidP="00B520E7">
            <w:pPr>
              <w:rPr>
                <w:rFonts w:ascii="Times New Roman" w:hAnsi="Times New Roman"/>
              </w:rPr>
            </w:pPr>
            <w:r w:rsidRPr="00C85550">
              <w:rPr>
                <w:rFonts w:ascii="Times New Roman" w:hAnsi="Times New Roman"/>
                <w:sz w:val="20"/>
              </w:rPr>
              <w:t>C9–C14</w:t>
            </w:r>
          </w:p>
        </w:tc>
        <w:tc>
          <w:tcPr>
            <w:tcW w:w="1440" w:type="dxa"/>
            <w:vAlign w:val="center"/>
          </w:tcPr>
          <w:p w14:paraId="0700C7FA" w14:textId="77777777" w:rsidR="00A1363E" w:rsidRPr="00C85550" w:rsidRDefault="00A1363E" w:rsidP="00B520E7">
            <w:pPr>
              <w:rPr>
                <w:rFonts w:ascii="Times New Roman" w:hAnsi="Times New Roman"/>
              </w:rPr>
            </w:pPr>
            <w:r w:rsidRPr="00C85550">
              <w:rPr>
                <w:rFonts w:ascii="Times New Roman" w:hAnsi="Times New Roman"/>
                <w:sz w:val="20"/>
              </w:rPr>
              <w:t>1.410(5)</w:t>
            </w:r>
          </w:p>
        </w:tc>
        <w:tc>
          <w:tcPr>
            <w:tcW w:w="1440" w:type="dxa"/>
            <w:vAlign w:val="center"/>
          </w:tcPr>
          <w:p w14:paraId="44046410" w14:textId="77777777" w:rsidR="00A1363E" w:rsidRPr="00C85550" w:rsidRDefault="00A1363E" w:rsidP="00B520E7">
            <w:pPr>
              <w:rPr>
                <w:rFonts w:ascii="Times New Roman" w:hAnsi="Times New Roman"/>
              </w:rPr>
            </w:pPr>
            <w:r w:rsidRPr="00C85550">
              <w:rPr>
                <w:rFonts w:ascii="Times New Roman" w:hAnsi="Times New Roman"/>
                <w:sz w:val="20"/>
              </w:rPr>
              <w:t>N3–C8</w:t>
            </w:r>
          </w:p>
        </w:tc>
        <w:tc>
          <w:tcPr>
            <w:tcW w:w="1440" w:type="dxa"/>
            <w:vAlign w:val="center"/>
          </w:tcPr>
          <w:p w14:paraId="777F9406" w14:textId="77777777" w:rsidR="00A1363E" w:rsidRPr="00C85550" w:rsidRDefault="00A1363E" w:rsidP="00B520E7">
            <w:pPr>
              <w:rPr>
                <w:rFonts w:ascii="Times New Roman" w:hAnsi="Times New Roman"/>
              </w:rPr>
            </w:pPr>
            <w:r w:rsidRPr="00C85550">
              <w:rPr>
                <w:rFonts w:ascii="Times New Roman" w:hAnsi="Times New Roman"/>
                <w:sz w:val="20"/>
              </w:rPr>
              <w:t>1.371(5)</w:t>
            </w:r>
          </w:p>
        </w:tc>
        <w:tc>
          <w:tcPr>
            <w:tcW w:w="1440" w:type="dxa"/>
            <w:vAlign w:val="center"/>
          </w:tcPr>
          <w:p w14:paraId="745E9EB1" w14:textId="77777777" w:rsidR="00A1363E" w:rsidRPr="00C85550" w:rsidRDefault="00A1363E" w:rsidP="00B520E7">
            <w:pPr>
              <w:rPr>
                <w:rFonts w:ascii="Times New Roman" w:hAnsi="Times New Roman"/>
              </w:rPr>
            </w:pPr>
            <w:r w:rsidRPr="00C85550">
              <w:rPr>
                <w:rFonts w:ascii="Times New Roman" w:hAnsi="Times New Roman"/>
                <w:sz w:val="20"/>
              </w:rPr>
              <w:t>O3–C15</w:t>
            </w:r>
          </w:p>
        </w:tc>
        <w:tc>
          <w:tcPr>
            <w:tcW w:w="1440" w:type="dxa"/>
            <w:vAlign w:val="center"/>
          </w:tcPr>
          <w:p w14:paraId="6CFAD785" w14:textId="77777777" w:rsidR="00A1363E" w:rsidRPr="00C85550" w:rsidRDefault="00A1363E" w:rsidP="00B520E7">
            <w:pPr>
              <w:rPr>
                <w:rFonts w:ascii="Times New Roman" w:hAnsi="Times New Roman"/>
              </w:rPr>
            </w:pPr>
            <w:r w:rsidRPr="00C85550">
              <w:rPr>
                <w:rFonts w:ascii="Times New Roman" w:hAnsi="Times New Roman"/>
                <w:sz w:val="20"/>
              </w:rPr>
              <w:t>1.420(5)</w:t>
            </w:r>
          </w:p>
        </w:tc>
      </w:tr>
      <w:tr w:rsidR="00A1363E" w:rsidRPr="00C85550" w14:paraId="702EB224" w14:textId="77777777" w:rsidTr="00B520E7">
        <w:trPr>
          <w:trHeight w:val="283"/>
        </w:trPr>
        <w:tc>
          <w:tcPr>
            <w:tcW w:w="1440" w:type="dxa"/>
            <w:vAlign w:val="center"/>
          </w:tcPr>
          <w:p w14:paraId="03B189B9"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40" w:type="dxa"/>
            <w:vAlign w:val="center"/>
          </w:tcPr>
          <w:p w14:paraId="4CFD332E" w14:textId="77777777" w:rsidR="00A1363E" w:rsidRPr="00C85550" w:rsidRDefault="00A1363E" w:rsidP="00B520E7">
            <w:pPr>
              <w:rPr>
                <w:rFonts w:ascii="Times New Roman" w:hAnsi="Times New Roman"/>
              </w:rPr>
            </w:pPr>
            <w:r w:rsidRPr="00C85550">
              <w:rPr>
                <w:rFonts w:ascii="Times New Roman" w:hAnsi="Times New Roman"/>
                <w:sz w:val="20"/>
              </w:rPr>
              <w:t>1.381(5)</w:t>
            </w:r>
          </w:p>
        </w:tc>
        <w:tc>
          <w:tcPr>
            <w:tcW w:w="1440" w:type="dxa"/>
            <w:vAlign w:val="center"/>
          </w:tcPr>
          <w:p w14:paraId="28A155A9" w14:textId="77777777" w:rsidR="00A1363E" w:rsidRPr="00C85550" w:rsidRDefault="00A1363E" w:rsidP="00B520E7">
            <w:pPr>
              <w:rPr>
                <w:rFonts w:ascii="Times New Roman" w:hAnsi="Times New Roman"/>
              </w:rPr>
            </w:pPr>
            <w:r w:rsidRPr="00C85550">
              <w:rPr>
                <w:rFonts w:ascii="Times New Roman" w:hAnsi="Times New Roman"/>
                <w:sz w:val="20"/>
              </w:rPr>
              <w:t>N3–H3A</w:t>
            </w:r>
          </w:p>
        </w:tc>
        <w:tc>
          <w:tcPr>
            <w:tcW w:w="1440" w:type="dxa"/>
            <w:vAlign w:val="center"/>
          </w:tcPr>
          <w:p w14:paraId="50600817" w14:textId="77777777" w:rsidR="00A1363E" w:rsidRPr="00C85550" w:rsidRDefault="00A1363E" w:rsidP="00B520E7">
            <w:pPr>
              <w:rPr>
                <w:rFonts w:ascii="Times New Roman" w:hAnsi="Times New Roman"/>
              </w:rPr>
            </w:pPr>
            <w:r w:rsidRPr="00C85550">
              <w:rPr>
                <w:rFonts w:ascii="Times New Roman" w:hAnsi="Times New Roman"/>
                <w:sz w:val="20"/>
              </w:rPr>
              <w:t>0.89(4)</w:t>
            </w:r>
          </w:p>
        </w:tc>
        <w:tc>
          <w:tcPr>
            <w:tcW w:w="1440" w:type="dxa"/>
            <w:vAlign w:val="center"/>
          </w:tcPr>
          <w:p w14:paraId="0F233014" w14:textId="77777777" w:rsidR="00A1363E" w:rsidRPr="00C85550" w:rsidRDefault="00A1363E" w:rsidP="00B520E7">
            <w:pPr>
              <w:rPr>
                <w:rFonts w:ascii="Times New Roman" w:hAnsi="Times New Roman"/>
              </w:rPr>
            </w:pPr>
          </w:p>
        </w:tc>
        <w:tc>
          <w:tcPr>
            <w:tcW w:w="1440" w:type="dxa"/>
            <w:vAlign w:val="center"/>
          </w:tcPr>
          <w:p w14:paraId="53F81AF3" w14:textId="77777777" w:rsidR="00A1363E" w:rsidRPr="00C85550" w:rsidRDefault="00A1363E" w:rsidP="00B520E7">
            <w:pPr>
              <w:rPr>
                <w:rFonts w:ascii="Times New Roman" w:hAnsi="Times New Roman"/>
              </w:rPr>
            </w:pPr>
          </w:p>
        </w:tc>
      </w:tr>
      <w:tr w:rsidR="00A1363E" w:rsidRPr="00C85550" w14:paraId="08C3C44D" w14:textId="77777777" w:rsidTr="00B520E7">
        <w:trPr>
          <w:trHeight w:val="283"/>
        </w:trPr>
        <w:tc>
          <w:tcPr>
            <w:tcW w:w="8640" w:type="dxa"/>
            <w:gridSpan w:val="6"/>
            <w:vAlign w:val="center"/>
          </w:tcPr>
          <w:p w14:paraId="4A75156D" w14:textId="77777777" w:rsidR="00A1363E" w:rsidRPr="00C85550" w:rsidRDefault="00A1363E" w:rsidP="00B520E7">
            <w:pPr>
              <w:jc w:val="center"/>
              <w:rPr>
                <w:rFonts w:ascii="Times New Roman" w:hAnsi="Times New Roman"/>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p>
        </w:tc>
      </w:tr>
      <w:tr w:rsidR="00A1363E" w:rsidRPr="00C85550" w14:paraId="15ADD2F2" w14:textId="77777777" w:rsidTr="00B520E7">
        <w:trPr>
          <w:trHeight w:val="283"/>
        </w:trPr>
        <w:tc>
          <w:tcPr>
            <w:tcW w:w="1440" w:type="dxa"/>
            <w:vAlign w:val="center"/>
          </w:tcPr>
          <w:p w14:paraId="594E7F4F"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3376E286"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40" w:type="dxa"/>
            <w:vAlign w:val="center"/>
          </w:tcPr>
          <w:p w14:paraId="72DD0CF0"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2546405C"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40" w:type="dxa"/>
            <w:vAlign w:val="center"/>
          </w:tcPr>
          <w:p w14:paraId="131FD5ED"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40" w:type="dxa"/>
            <w:vAlign w:val="center"/>
          </w:tcPr>
          <w:p w14:paraId="475EAA08"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25ECE7D8" w14:textId="77777777" w:rsidTr="00B520E7">
        <w:trPr>
          <w:trHeight w:val="283"/>
        </w:trPr>
        <w:tc>
          <w:tcPr>
            <w:tcW w:w="1440" w:type="dxa"/>
            <w:vAlign w:val="center"/>
          </w:tcPr>
          <w:p w14:paraId="48823FD1" w14:textId="77777777" w:rsidR="00A1363E" w:rsidRPr="00C85550" w:rsidRDefault="00A1363E" w:rsidP="00B520E7">
            <w:pPr>
              <w:rPr>
                <w:rFonts w:ascii="Times New Roman" w:hAnsi="Times New Roman"/>
              </w:rPr>
            </w:pPr>
            <w:r w:rsidRPr="00C85550">
              <w:rPr>
                <w:rFonts w:ascii="Times New Roman" w:hAnsi="Times New Roman"/>
                <w:sz w:val="20"/>
              </w:rPr>
              <w:t>C4–C5</w:t>
            </w:r>
          </w:p>
        </w:tc>
        <w:tc>
          <w:tcPr>
            <w:tcW w:w="1440" w:type="dxa"/>
            <w:vAlign w:val="center"/>
          </w:tcPr>
          <w:p w14:paraId="47D70DB7" w14:textId="77777777" w:rsidR="00A1363E" w:rsidRPr="00C85550" w:rsidRDefault="00A1363E" w:rsidP="00B520E7">
            <w:pPr>
              <w:rPr>
                <w:rFonts w:ascii="Times New Roman" w:hAnsi="Times New Roman"/>
              </w:rPr>
            </w:pPr>
            <w:r w:rsidRPr="00C85550">
              <w:rPr>
                <w:rFonts w:ascii="Times New Roman" w:hAnsi="Times New Roman"/>
                <w:sz w:val="20"/>
              </w:rPr>
              <w:t>1.376(3)</w:t>
            </w:r>
          </w:p>
        </w:tc>
        <w:tc>
          <w:tcPr>
            <w:tcW w:w="1440" w:type="dxa"/>
            <w:vAlign w:val="center"/>
          </w:tcPr>
          <w:p w14:paraId="203608B0" w14:textId="77777777" w:rsidR="00A1363E" w:rsidRPr="00C85550" w:rsidRDefault="00A1363E" w:rsidP="00B520E7">
            <w:pPr>
              <w:rPr>
                <w:rFonts w:ascii="Times New Roman" w:hAnsi="Times New Roman"/>
              </w:rPr>
            </w:pPr>
            <w:r w:rsidRPr="00C85550">
              <w:rPr>
                <w:rFonts w:ascii="Times New Roman" w:hAnsi="Times New Roman"/>
                <w:sz w:val="20"/>
              </w:rPr>
              <w:t>C25–C26</w:t>
            </w:r>
          </w:p>
        </w:tc>
        <w:tc>
          <w:tcPr>
            <w:tcW w:w="1440" w:type="dxa"/>
            <w:vAlign w:val="center"/>
          </w:tcPr>
          <w:p w14:paraId="53F80E4B" w14:textId="77777777" w:rsidR="00A1363E" w:rsidRPr="00C85550" w:rsidRDefault="00A1363E" w:rsidP="00B520E7">
            <w:pPr>
              <w:rPr>
                <w:rFonts w:ascii="Times New Roman" w:hAnsi="Times New Roman"/>
              </w:rPr>
            </w:pPr>
            <w:r w:rsidRPr="00C85550">
              <w:rPr>
                <w:rFonts w:ascii="Times New Roman" w:hAnsi="Times New Roman"/>
                <w:sz w:val="20"/>
              </w:rPr>
              <w:t>1.388(2)</w:t>
            </w:r>
          </w:p>
        </w:tc>
        <w:tc>
          <w:tcPr>
            <w:tcW w:w="1440" w:type="dxa"/>
            <w:vAlign w:val="center"/>
          </w:tcPr>
          <w:p w14:paraId="6E494296" w14:textId="77777777" w:rsidR="00A1363E" w:rsidRPr="00C85550" w:rsidRDefault="00A1363E" w:rsidP="00B520E7">
            <w:pPr>
              <w:rPr>
                <w:rFonts w:ascii="Times New Roman" w:hAnsi="Times New Roman"/>
              </w:rPr>
            </w:pPr>
            <w:r w:rsidRPr="00C85550">
              <w:rPr>
                <w:rFonts w:ascii="Times New Roman" w:hAnsi="Times New Roman"/>
                <w:sz w:val="20"/>
              </w:rPr>
              <w:t>N6–H6A</w:t>
            </w:r>
          </w:p>
        </w:tc>
        <w:tc>
          <w:tcPr>
            <w:tcW w:w="1440" w:type="dxa"/>
            <w:vAlign w:val="center"/>
          </w:tcPr>
          <w:p w14:paraId="0B8C718D" w14:textId="77777777" w:rsidR="00A1363E" w:rsidRPr="00C85550" w:rsidRDefault="00A1363E" w:rsidP="00B520E7">
            <w:pPr>
              <w:rPr>
                <w:rFonts w:ascii="Times New Roman" w:hAnsi="Times New Roman"/>
              </w:rPr>
            </w:pPr>
            <w:r w:rsidRPr="00C85550">
              <w:rPr>
                <w:rFonts w:ascii="Times New Roman" w:hAnsi="Times New Roman"/>
                <w:sz w:val="20"/>
              </w:rPr>
              <w:t>0.87(2)</w:t>
            </w:r>
          </w:p>
        </w:tc>
      </w:tr>
      <w:tr w:rsidR="00A1363E" w:rsidRPr="00C85550" w14:paraId="1F8A51DC" w14:textId="77777777" w:rsidTr="00B520E7">
        <w:trPr>
          <w:trHeight w:val="283"/>
        </w:trPr>
        <w:tc>
          <w:tcPr>
            <w:tcW w:w="1440" w:type="dxa"/>
            <w:vAlign w:val="center"/>
          </w:tcPr>
          <w:p w14:paraId="0C871719" w14:textId="77777777" w:rsidR="00A1363E" w:rsidRPr="00C85550" w:rsidRDefault="00A1363E" w:rsidP="00B520E7">
            <w:pPr>
              <w:rPr>
                <w:rFonts w:ascii="Times New Roman" w:hAnsi="Times New Roman"/>
              </w:rPr>
            </w:pPr>
            <w:r w:rsidRPr="00C85550">
              <w:rPr>
                <w:rFonts w:ascii="Times New Roman" w:hAnsi="Times New Roman"/>
                <w:sz w:val="20"/>
              </w:rPr>
              <w:t>C5–C6</w:t>
            </w:r>
          </w:p>
        </w:tc>
        <w:tc>
          <w:tcPr>
            <w:tcW w:w="1440" w:type="dxa"/>
            <w:vAlign w:val="center"/>
          </w:tcPr>
          <w:p w14:paraId="358DD474" w14:textId="77777777" w:rsidR="00A1363E" w:rsidRPr="00C85550" w:rsidRDefault="00A1363E" w:rsidP="00B520E7">
            <w:pPr>
              <w:rPr>
                <w:rFonts w:ascii="Times New Roman" w:hAnsi="Times New Roman"/>
              </w:rPr>
            </w:pPr>
            <w:r w:rsidRPr="00C85550">
              <w:rPr>
                <w:rFonts w:ascii="Times New Roman" w:hAnsi="Times New Roman"/>
                <w:sz w:val="20"/>
              </w:rPr>
              <w:t>1.394(3)</w:t>
            </w:r>
          </w:p>
        </w:tc>
        <w:tc>
          <w:tcPr>
            <w:tcW w:w="1440" w:type="dxa"/>
            <w:vAlign w:val="center"/>
          </w:tcPr>
          <w:p w14:paraId="1D1C2CBA" w14:textId="77777777" w:rsidR="00A1363E" w:rsidRPr="00C85550" w:rsidRDefault="00A1363E" w:rsidP="00B520E7">
            <w:pPr>
              <w:rPr>
                <w:rFonts w:ascii="Times New Roman" w:hAnsi="Times New Roman"/>
              </w:rPr>
            </w:pPr>
            <w:r w:rsidRPr="00C85550">
              <w:rPr>
                <w:rFonts w:ascii="Times New Roman" w:hAnsi="Times New Roman"/>
                <w:sz w:val="20"/>
              </w:rPr>
              <w:t>C26–C27</w:t>
            </w:r>
          </w:p>
        </w:tc>
        <w:tc>
          <w:tcPr>
            <w:tcW w:w="1440" w:type="dxa"/>
            <w:vAlign w:val="center"/>
          </w:tcPr>
          <w:p w14:paraId="5CEC9317" w14:textId="77777777" w:rsidR="00A1363E" w:rsidRPr="00C85550" w:rsidRDefault="00A1363E" w:rsidP="00B520E7">
            <w:pPr>
              <w:rPr>
                <w:rFonts w:ascii="Times New Roman" w:hAnsi="Times New Roman"/>
              </w:rPr>
            </w:pPr>
            <w:r w:rsidRPr="00C85550">
              <w:rPr>
                <w:rFonts w:ascii="Times New Roman" w:hAnsi="Times New Roman"/>
                <w:sz w:val="20"/>
              </w:rPr>
              <w:t>1.386(3)</w:t>
            </w:r>
          </w:p>
        </w:tc>
        <w:tc>
          <w:tcPr>
            <w:tcW w:w="1440" w:type="dxa"/>
            <w:vAlign w:val="center"/>
          </w:tcPr>
          <w:p w14:paraId="7AD3CA0B" w14:textId="77777777" w:rsidR="00A1363E" w:rsidRPr="00C85550" w:rsidRDefault="00A1363E" w:rsidP="00B520E7">
            <w:pPr>
              <w:rPr>
                <w:rFonts w:ascii="Times New Roman" w:hAnsi="Times New Roman"/>
              </w:rPr>
            </w:pPr>
            <w:r w:rsidRPr="00C85550">
              <w:rPr>
                <w:rFonts w:ascii="Times New Roman" w:hAnsi="Times New Roman"/>
                <w:sz w:val="20"/>
              </w:rPr>
              <w:t>N6–H6B</w:t>
            </w:r>
          </w:p>
        </w:tc>
        <w:tc>
          <w:tcPr>
            <w:tcW w:w="1440" w:type="dxa"/>
            <w:vAlign w:val="center"/>
          </w:tcPr>
          <w:p w14:paraId="29FB0F65" w14:textId="77777777" w:rsidR="00A1363E" w:rsidRPr="00C85550" w:rsidRDefault="00A1363E" w:rsidP="00B520E7">
            <w:pPr>
              <w:rPr>
                <w:rFonts w:ascii="Times New Roman" w:hAnsi="Times New Roman"/>
              </w:rPr>
            </w:pPr>
            <w:r w:rsidRPr="00C85550">
              <w:rPr>
                <w:rFonts w:ascii="Times New Roman" w:hAnsi="Times New Roman"/>
                <w:sz w:val="20"/>
              </w:rPr>
              <w:t>0.859(18)</w:t>
            </w:r>
          </w:p>
        </w:tc>
      </w:tr>
      <w:tr w:rsidR="00A1363E" w:rsidRPr="00C85550" w14:paraId="1876CE04" w14:textId="77777777" w:rsidTr="00B520E7">
        <w:trPr>
          <w:trHeight w:val="283"/>
        </w:trPr>
        <w:tc>
          <w:tcPr>
            <w:tcW w:w="1440" w:type="dxa"/>
            <w:vAlign w:val="center"/>
          </w:tcPr>
          <w:p w14:paraId="1873394B"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40" w:type="dxa"/>
            <w:vAlign w:val="center"/>
          </w:tcPr>
          <w:p w14:paraId="1769B9F5" w14:textId="77777777" w:rsidR="00A1363E" w:rsidRPr="00C85550" w:rsidRDefault="00A1363E" w:rsidP="00B520E7">
            <w:pPr>
              <w:rPr>
                <w:rFonts w:ascii="Times New Roman" w:hAnsi="Times New Roman"/>
              </w:rPr>
            </w:pPr>
            <w:r w:rsidRPr="00C85550">
              <w:rPr>
                <w:rFonts w:ascii="Times New Roman" w:hAnsi="Times New Roman"/>
                <w:sz w:val="20"/>
              </w:rPr>
              <w:t>1.394(3)</w:t>
            </w:r>
          </w:p>
        </w:tc>
        <w:tc>
          <w:tcPr>
            <w:tcW w:w="1440" w:type="dxa"/>
            <w:vAlign w:val="center"/>
          </w:tcPr>
          <w:p w14:paraId="4E0F98F6" w14:textId="77777777" w:rsidR="00A1363E" w:rsidRPr="00C85550" w:rsidRDefault="00A1363E" w:rsidP="00B520E7">
            <w:pPr>
              <w:rPr>
                <w:rFonts w:ascii="Times New Roman" w:hAnsi="Times New Roman"/>
              </w:rPr>
            </w:pPr>
            <w:r w:rsidRPr="00C85550">
              <w:rPr>
                <w:rFonts w:ascii="Times New Roman" w:hAnsi="Times New Roman"/>
                <w:sz w:val="20"/>
              </w:rPr>
              <w:t>N1–C1</w:t>
            </w:r>
          </w:p>
        </w:tc>
        <w:tc>
          <w:tcPr>
            <w:tcW w:w="1440" w:type="dxa"/>
            <w:vAlign w:val="center"/>
          </w:tcPr>
          <w:p w14:paraId="476BEE9B" w14:textId="77777777" w:rsidR="00A1363E" w:rsidRPr="00C85550" w:rsidRDefault="00A1363E" w:rsidP="00B520E7">
            <w:pPr>
              <w:rPr>
                <w:rFonts w:ascii="Times New Roman" w:hAnsi="Times New Roman"/>
              </w:rPr>
            </w:pPr>
            <w:r w:rsidRPr="00C85550">
              <w:rPr>
                <w:rFonts w:ascii="Times New Roman" w:hAnsi="Times New Roman"/>
                <w:sz w:val="20"/>
              </w:rPr>
              <w:t>1.279(2)</w:t>
            </w:r>
          </w:p>
        </w:tc>
        <w:tc>
          <w:tcPr>
            <w:tcW w:w="1440" w:type="dxa"/>
            <w:vAlign w:val="center"/>
          </w:tcPr>
          <w:p w14:paraId="12AD96F7" w14:textId="77777777" w:rsidR="00A1363E" w:rsidRPr="00C85550" w:rsidRDefault="00A1363E" w:rsidP="00B520E7">
            <w:pPr>
              <w:rPr>
                <w:rFonts w:ascii="Times New Roman" w:hAnsi="Times New Roman"/>
              </w:rPr>
            </w:pPr>
            <w:r w:rsidRPr="00C85550">
              <w:rPr>
                <w:rFonts w:ascii="Times New Roman" w:hAnsi="Times New Roman"/>
                <w:sz w:val="20"/>
              </w:rPr>
              <w:t>O1–C14</w:t>
            </w:r>
          </w:p>
        </w:tc>
        <w:tc>
          <w:tcPr>
            <w:tcW w:w="1440" w:type="dxa"/>
            <w:vAlign w:val="center"/>
          </w:tcPr>
          <w:p w14:paraId="28852F5D" w14:textId="77777777" w:rsidR="00A1363E" w:rsidRPr="00C85550" w:rsidRDefault="00A1363E" w:rsidP="00B520E7">
            <w:pPr>
              <w:rPr>
                <w:rFonts w:ascii="Times New Roman" w:hAnsi="Times New Roman"/>
              </w:rPr>
            </w:pPr>
            <w:r w:rsidRPr="00C85550">
              <w:rPr>
                <w:rFonts w:ascii="Times New Roman" w:hAnsi="Times New Roman"/>
                <w:sz w:val="20"/>
              </w:rPr>
              <w:t>1.365(2)</w:t>
            </w:r>
          </w:p>
        </w:tc>
      </w:tr>
      <w:tr w:rsidR="00A1363E" w:rsidRPr="00C85550" w14:paraId="4E8CBABD" w14:textId="77777777" w:rsidTr="00B520E7">
        <w:trPr>
          <w:trHeight w:val="283"/>
        </w:trPr>
        <w:tc>
          <w:tcPr>
            <w:tcW w:w="1440" w:type="dxa"/>
            <w:vAlign w:val="center"/>
          </w:tcPr>
          <w:p w14:paraId="20CA3105" w14:textId="77777777" w:rsidR="00A1363E" w:rsidRPr="00C85550" w:rsidRDefault="00A1363E" w:rsidP="00B520E7">
            <w:pPr>
              <w:rPr>
                <w:rFonts w:ascii="Times New Roman" w:hAnsi="Times New Roman"/>
              </w:rPr>
            </w:pPr>
            <w:r w:rsidRPr="00C85550">
              <w:rPr>
                <w:rFonts w:ascii="Times New Roman" w:hAnsi="Times New Roman"/>
                <w:sz w:val="20"/>
              </w:rPr>
              <w:t>C7–C8</w:t>
            </w:r>
          </w:p>
        </w:tc>
        <w:tc>
          <w:tcPr>
            <w:tcW w:w="1440" w:type="dxa"/>
            <w:vAlign w:val="center"/>
          </w:tcPr>
          <w:p w14:paraId="07C73DD3" w14:textId="77777777" w:rsidR="00A1363E" w:rsidRPr="00C85550" w:rsidRDefault="00A1363E" w:rsidP="00B520E7">
            <w:pPr>
              <w:rPr>
                <w:rFonts w:ascii="Times New Roman" w:hAnsi="Times New Roman"/>
              </w:rPr>
            </w:pPr>
            <w:r w:rsidRPr="00C85550">
              <w:rPr>
                <w:rFonts w:ascii="Times New Roman" w:hAnsi="Times New Roman"/>
                <w:sz w:val="20"/>
              </w:rPr>
              <w:t>1.376(3)</w:t>
            </w:r>
          </w:p>
        </w:tc>
        <w:tc>
          <w:tcPr>
            <w:tcW w:w="1440" w:type="dxa"/>
            <w:vAlign w:val="center"/>
          </w:tcPr>
          <w:p w14:paraId="019B7331"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40" w:type="dxa"/>
            <w:vAlign w:val="center"/>
          </w:tcPr>
          <w:p w14:paraId="439EC05E" w14:textId="77777777" w:rsidR="00A1363E" w:rsidRPr="00C85550" w:rsidRDefault="00A1363E" w:rsidP="00B520E7">
            <w:pPr>
              <w:rPr>
                <w:rFonts w:ascii="Times New Roman" w:hAnsi="Times New Roman"/>
              </w:rPr>
            </w:pPr>
            <w:r w:rsidRPr="00C85550">
              <w:rPr>
                <w:rFonts w:ascii="Times New Roman" w:hAnsi="Times New Roman"/>
                <w:sz w:val="20"/>
              </w:rPr>
              <w:t>1.378(2)</w:t>
            </w:r>
          </w:p>
        </w:tc>
        <w:tc>
          <w:tcPr>
            <w:tcW w:w="1440" w:type="dxa"/>
            <w:vAlign w:val="center"/>
          </w:tcPr>
          <w:p w14:paraId="3C46BE60" w14:textId="77777777" w:rsidR="00A1363E" w:rsidRPr="00C85550" w:rsidRDefault="00A1363E" w:rsidP="00B520E7">
            <w:pPr>
              <w:rPr>
                <w:rFonts w:ascii="Times New Roman" w:hAnsi="Times New Roman"/>
              </w:rPr>
            </w:pPr>
            <w:r w:rsidRPr="00C85550">
              <w:rPr>
                <w:rFonts w:ascii="Times New Roman" w:hAnsi="Times New Roman"/>
                <w:sz w:val="20"/>
              </w:rPr>
              <w:t>O1–H1</w:t>
            </w:r>
          </w:p>
        </w:tc>
        <w:tc>
          <w:tcPr>
            <w:tcW w:w="1440" w:type="dxa"/>
            <w:vAlign w:val="center"/>
          </w:tcPr>
          <w:p w14:paraId="01024138" w14:textId="77777777" w:rsidR="00A1363E" w:rsidRPr="00C85550" w:rsidRDefault="00A1363E" w:rsidP="00B520E7">
            <w:pPr>
              <w:rPr>
                <w:rFonts w:ascii="Times New Roman" w:hAnsi="Times New Roman"/>
              </w:rPr>
            </w:pPr>
            <w:r w:rsidRPr="00C85550">
              <w:rPr>
                <w:rFonts w:ascii="Times New Roman" w:hAnsi="Times New Roman"/>
                <w:sz w:val="20"/>
              </w:rPr>
              <w:t>0.904(19)</w:t>
            </w:r>
          </w:p>
        </w:tc>
      </w:tr>
      <w:tr w:rsidR="00A1363E" w:rsidRPr="00C85550" w14:paraId="313C2A52" w14:textId="77777777" w:rsidTr="00B520E7">
        <w:trPr>
          <w:trHeight w:val="283"/>
        </w:trPr>
        <w:tc>
          <w:tcPr>
            <w:tcW w:w="1440" w:type="dxa"/>
            <w:vAlign w:val="center"/>
          </w:tcPr>
          <w:p w14:paraId="07E4C3C0"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40" w:type="dxa"/>
            <w:vAlign w:val="center"/>
          </w:tcPr>
          <w:p w14:paraId="6E364895" w14:textId="77777777" w:rsidR="00A1363E" w:rsidRPr="00C85550" w:rsidRDefault="00A1363E" w:rsidP="00B520E7">
            <w:pPr>
              <w:rPr>
                <w:rFonts w:ascii="Times New Roman" w:hAnsi="Times New Roman"/>
              </w:rPr>
            </w:pPr>
            <w:r w:rsidRPr="00C85550">
              <w:rPr>
                <w:rFonts w:ascii="Times New Roman" w:hAnsi="Times New Roman"/>
                <w:sz w:val="20"/>
              </w:rPr>
              <w:t>1.393(2)</w:t>
            </w:r>
          </w:p>
        </w:tc>
        <w:tc>
          <w:tcPr>
            <w:tcW w:w="1440" w:type="dxa"/>
            <w:vAlign w:val="center"/>
          </w:tcPr>
          <w:p w14:paraId="338B5FEF" w14:textId="77777777" w:rsidR="00A1363E" w:rsidRPr="00C85550" w:rsidRDefault="00A1363E" w:rsidP="00B520E7">
            <w:pPr>
              <w:rPr>
                <w:rFonts w:ascii="Times New Roman" w:hAnsi="Times New Roman"/>
              </w:rPr>
            </w:pPr>
            <w:r w:rsidRPr="00C85550">
              <w:rPr>
                <w:rFonts w:ascii="Times New Roman" w:hAnsi="Times New Roman"/>
                <w:sz w:val="20"/>
              </w:rPr>
              <w:t>N2–C2</w:t>
            </w:r>
          </w:p>
        </w:tc>
        <w:tc>
          <w:tcPr>
            <w:tcW w:w="1440" w:type="dxa"/>
            <w:vAlign w:val="center"/>
          </w:tcPr>
          <w:p w14:paraId="04EC2B92" w14:textId="77777777" w:rsidR="00A1363E" w:rsidRPr="00C85550" w:rsidRDefault="00A1363E" w:rsidP="00B520E7">
            <w:pPr>
              <w:rPr>
                <w:rFonts w:ascii="Times New Roman" w:hAnsi="Times New Roman"/>
              </w:rPr>
            </w:pPr>
            <w:r w:rsidRPr="00C85550">
              <w:rPr>
                <w:rFonts w:ascii="Times New Roman" w:hAnsi="Times New Roman"/>
                <w:sz w:val="20"/>
              </w:rPr>
              <w:t>1.370(2)</w:t>
            </w:r>
          </w:p>
        </w:tc>
        <w:tc>
          <w:tcPr>
            <w:tcW w:w="1440" w:type="dxa"/>
            <w:vAlign w:val="center"/>
          </w:tcPr>
          <w:p w14:paraId="7350280C" w14:textId="77777777" w:rsidR="00A1363E" w:rsidRPr="00C85550" w:rsidRDefault="00A1363E" w:rsidP="00B520E7">
            <w:pPr>
              <w:rPr>
                <w:rFonts w:ascii="Times New Roman" w:hAnsi="Times New Roman"/>
              </w:rPr>
            </w:pPr>
            <w:r w:rsidRPr="00C85550">
              <w:rPr>
                <w:rFonts w:ascii="Times New Roman" w:hAnsi="Times New Roman"/>
                <w:sz w:val="20"/>
              </w:rPr>
              <w:t>O2–C2</w:t>
            </w:r>
          </w:p>
        </w:tc>
        <w:tc>
          <w:tcPr>
            <w:tcW w:w="1440" w:type="dxa"/>
            <w:vAlign w:val="center"/>
          </w:tcPr>
          <w:p w14:paraId="651D5469" w14:textId="77777777" w:rsidR="00A1363E" w:rsidRPr="00C85550" w:rsidRDefault="00A1363E" w:rsidP="00B520E7">
            <w:pPr>
              <w:rPr>
                <w:rFonts w:ascii="Times New Roman" w:hAnsi="Times New Roman"/>
              </w:rPr>
            </w:pPr>
            <w:r w:rsidRPr="00C85550">
              <w:rPr>
                <w:rFonts w:ascii="Times New Roman" w:hAnsi="Times New Roman"/>
                <w:sz w:val="20"/>
              </w:rPr>
              <w:t>1.231(2)</w:t>
            </w:r>
          </w:p>
        </w:tc>
      </w:tr>
      <w:tr w:rsidR="00A1363E" w:rsidRPr="00C85550" w14:paraId="3BDD42B0" w14:textId="77777777" w:rsidTr="00B520E7">
        <w:trPr>
          <w:trHeight w:val="283"/>
        </w:trPr>
        <w:tc>
          <w:tcPr>
            <w:tcW w:w="1440" w:type="dxa"/>
            <w:vAlign w:val="center"/>
          </w:tcPr>
          <w:p w14:paraId="6C304E06" w14:textId="77777777" w:rsidR="00A1363E" w:rsidRPr="00C85550" w:rsidRDefault="00A1363E" w:rsidP="00B520E7">
            <w:pPr>
              <w:rPr>
                <w:rFonts w:ascii="Times New Roman" w:hAnsi="Times New Roman"/>
              </w:rPr>
            </w:pPr>
            <w:r w:rsidRPr="00C85550">
              <w:rPr>
                <w:rFonts w:ascii="Times New Roman" w:hAnsi="Times New Roman"/>
                <w:sz w:val="20"/>
              </w:rPr>
              <w:t>C9–C14</w:t>
            </w:r>
          </w:p>
        </w:tc>
        <w:tc>
          <w:tcPr>
            <w:tcW w:w="1440" w:type="dxa"/>
            <w:vAlign w:val="center"/>
          </w:tcPr>
          <w:p w14:paraId="142E2BE7" w14:textId="77777777" w:rsidR="00A1363E" w:rsidRPr="00C85550" w:rsidRDefault="00A1363E" w:rsidP="00B520E7">
            <w:pPr>
              <w:rPr>
                <w:rFonts w:ascii="Times New Roman" w:hAnsi="Times New Roman"/>
              </w:rPr>
            </w:pPr>
            <w:r w:rsidRPr="00C85550">
              <w:rPr>
                <w:rFonts w:ascii="Times New Roman" w:hAnsi="Times New Roman"/>
                <w:sz w:val="20"/>
              </w:rPr>
              <w:t>1.406(3)</w:t>
            </w:r>
          </w:p>
        </w:tc>
        <w:tc>
          <w:tcPr>
            <w:tcW w:w="1440" w:type="dxa"/>
            <w:vAlign w:val="center"/>
          </w:tcPr>
          <w:p w14:paraId="4A56E9CD" w14:textId="77777777" w:rsidR="00A1363E" w:rsidRPr="00C85550" w:rsidRDefault="00A1363E" w:rsidP="00B520E7">
            <w:pPr>
              <w:rPr>
                <w:rFonts w:ascii="Times New Roman" w:hAnsi="Times New Roman"/>
              </w:rPr>
            </w:pPr>
            <w:r w:rsidRPr="00C85550">
              <w:rPr>
                <w:rFonts w:ascii="Times New Roman" w:hAnsi="Times New Roman"/>
                <w:sz w:val="20"/>
              </w:rPr>
              <w:t>N2–H2</w:t>
            </w:r>
          </w:p>
        </w:tc>
        <w:tc>
          <w:tcPr>
            <w:tcW w:w="1440" w:type="dxa"/>
            <w:vAlign w:val="center"/>
          </w:tcPr>
          <w:p w14:paraId="03542FBF" w14:textId="77777777" w:rsidR="00A1363E" w:rsidRPr="00C85550" w:rsidRDefault="00A1363E" w:rsidP="00B520E7">
            <w:pPr>
              <w:rPr>
                <w:rFonts w:ascii="Times New Roman" w:hAnsi="Times New Roman"/>
              </w:rPr>
            </w:pPr>
            <w:r w:rsidRPr="00C85550">
              <w:rPr>
                <w:rFonts w:ascii="Times New Roman" w:hAnsi="Times New Roman"/>
                <w:sz w:val="20"/>
              </w:rPr>
              <w:t>0.906(19)</w:t>
            </w:r>
          </w:p>
        </w:tc>
        <w:tc>
          <w:tcPr>
            <w:tcW w:w="1440" w:type="dxa"/>
            <w:vAlign w:val="center"/>
          </w:tcPr>
          <w:p w14:paraId="4FB876CC" w14:textId="77777777" w:rsidR="00A1363E" w:rsidRPr="00C85550" w:rsidRDefault="00A1363E" w:rsidP="00B520E7">
            <w:pPr>
              <w:rPr>
                <w:rFonts w:ascii="Times New Roman" w:hAnsi="Times New Roman"/>
              </w:rPr>
            </w:pPr>
            <w:r w:rsidRPr="00C85550">
              <w:rPr>
                <w:rFonts w:ascii="Times New Roman" w:hAnsi="Times New Roman"/>
                <w:sz w:val="20"/>
              </w:rPr>
              <w:t>O3–C11</w:t>
            </w:r>
          </w:p>
        </w:tc>
        <w:tc>
          <w:tcPr>
            <w:tcW w:w="1440" w:type="dxa"/>
            <w:vAlign w:val="center"/>
          </w:tcPr>
          <w:p w14:paraId="72B243BB" w14:textId="77777777" w:rsidR="00A1363E" w:rsidRPr="00C85550" w:rsidRDefault="00A1363E" w:rsidP="00B520E7">
            <w:pPr>
              <w:rPr>
                <w:rFonts w:ascii="Times New Roman" w:hAnsi="Times New Roman"/>
              </w:rPr>
            </w:pPr>
            <w:r w:rsidRPr="00C85550">
              <w:rPr>
                <w:rFonts w:ascii="Times New Roman" w:hAnsi="Times New Roman"/>
                <w:sz w:val="20"/>
              </w:rPr>
              <w:t>1.376(2)</w:t>
            </w:r>
          </w:p>
        </w:tc>
      </w:tr>
      <w:tr w:rsidR="00A1363E" w:rsidRPr="00C85550" w14:paraId="34E58C9A" w14:textId="77777777" w:rsidTr="00B520E7">
        <w:trPr>
          <w:trHeight w:val="283"/>
        </w:trPr>
        <w:tc>
          <w:tcPr>
            <w:tcW w:w="1440" w:type="dxa"/>
            <w:vAlign w:val="center"/>
          </w:tcPr>
          <w:p w14:paraId="32542731"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40" w:type="dxa"/>
            <w:vAlign w:val="center"/>
          </w:tcPr>
          <w:p w14:paraId="617040B1" w14:textId="77777777" w:rsidR="00A1363E" w:rsidRPr="00C85550" w:rsidRDefault="00A1363E" w:rsidP="00B520E7">
            <w:pPr>
              <w:rPr>
                <w:rFonts w:ascii="Times New Roman" w:hAnsi="Times New Roman"/>
              </w:rPr>
            </w:pPr>
            <w:r w:rsidRPr="00C85550">
              <w:rPr>
                <w:rFonts w:ascii="Times New Roman" w:hAnsi="Times New Roman"/>
                <w:sz w:val="20"/>
              </w:rPr>
              <w:t>1.383(3)</w:t>
            </w:r>
          </w:p>
        </w:tc>
        <w:tc>
          <w:tcPr>
            <w:tcW w:w="1440" w:type="dxa"/>
            <w:vAlign w:val="center"/>
          </w:tcPr>
          <w:p w14:paraId="2A6EA17D" w14:textId="77777777" w:rsidR="00A1363E" w:rsidRPr="00C85550" w:rsidRDefault="00A1363E" w:rsidP="00B520E7">
            <w:pPr>
              <w:rPr>
                <w:rFonts w:ascii="Times New Roman" w:hAnsi="Times New Roman"/>
              </w:rPr>
            </w:pPr>
            <w:r w:rsidRPr="00C85550">
              <w:rPr>
                <w:rFonts w:ascii="Times New Roman" w:hAnsi="Times New Roman"/>
                <w:sz w:val="20"/>
              </w:rPr>
              <w:t>N3–C6</w:t>
            </w:r>
          </w:p>
        </w:tc>
        <w:tc>
          <w:tcPr>
            <w:tcW w:w="1440" w:type="dxa"/>
            <w:vAlign w:val="center"/>
          </w:tcPr>
          <w:p w14:paraId="7136146B" w14:textId="77777777" w:rsidR="00A1363E" w:rsidRPr="00C85550" w:rsidRDefault="00A1363E" w:rsidP="00B520E7">
            <w:pPr>
              <w:rPr>
                <w:rFonts w:ascii="Times New Roman" w:hAnsi="Times New Roman"/>
              </w:rPr>
            </w:pPr>
            <w:r w:rsidRPr="00C85550">
              <w:rPr>
                <w:rFonts w:ascii="Times New Roman" w:hAnsi="Times New Roman"/>
                <w:sz w:val="20"/>
              </w:rPr>
              <w:t>1.381(2)</w:t>
            </w:r>
          </w:p>
        </w:tc>
        <w:tc>
          <w:tcPr>
            <w:tcW w:w="1440" w:type="dxa"/>
            <w:vAlign w:val="center"/>
          </w:tcPr>
          <w:p w14:paraId="42BA4F2C" w14:textId="77777777" w:rsidR="00A1363E" w:rsidRPr="00C85550" w:rsidRDefault="00A1363E" w:rsidP="00B520E7">
            <w:pPr>
              <w:rPr>
                <w:rFonts w:ascii="Times New Roman" w:hAnsi="Times New Roman"/>
              </w:rPr>
            </w:pPr>
            <w:r w:rsidRPr="00C85550">
              <w:rPr>
                <w:rFonts w:ascii="Times New Roman" w:hAnsi="Times New Roman"/>
                <w:sz w:val="20"/>
              </w:rPr>
              <w:t>O3–C15</w:t>
            </w:r>
          </w:p>
        </w:tc>
        <w:tc>
          <w:tcPr>
            <w:tcW w:w="1440" w:type="dxa"/>
            <w:vAlign w:val="center"/>
          </w:tcPr>
          <w:p w14:paraId="007C2008" w14:textId="77777777" w:rsidR="00A1363E" w:rsidRPr="00C85550" w:rsidRDefault="00A1363E" w:rsidP="00B520E7">
            <w:pPr>
              <w:rPr>
                <w:rFonts w:ascii="Times New Roman" w:hAnsi="Times New Roman"/>
              </w:rPr>
            </w:pPr>
            <w:r w:rsidRPr="00C85550">
              <w:rPr>
                <w:rFonts w:ascii="Times New Roman" w:hAnsi="Times New Roman"/>
                <w:sz w:val="20"/>
              </w:rPr>
              <w:t>1.397(2)</w:t>
            </w:r>
          </w:p>
        </w:tc>
      </w:tr>
      <w:tr w:rsidR="00A1363E" w:rsidRPr="00C85550" w14:paraId="24523485" w14:textId="77777777" w:rsidTr="00B520E7">
        <w:trPr>
          <w:trHeight w:val="283"/>
        </w:trPr>
        <w:tc>
          <w:tcPr>
            <w:tcW w:w="1440" w:type="dxa"/>
            <w:vAlign w:val="center"/>
          </w:tcPr>
          <w:p w14:paraId="654FC48A"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40" w:type="dxa"/>
            <w:vAlign w:val="center"/>
          </w:tcPr>
          <w:p w14:paraId="4033CA3F" w14:textId="77777777" w:rsidR="00A1363E" w:rsidRPr="00C85550" w:rsidRDefault="00A1363E" w:rsidP="00B520E7">
            <w:pPr>
              <w:rPr>
                <w:rFonts w:ascii="Times New Roman" w:hAnsi="Times New Roman"/>
              </w:rPr>
            </w:pPr>
            <w:r w:rsidRPr="00C85550">
              <w:rPr>
                <w:rFonts w:ascii="Times New Roman" w:hAnsi="Times New Roman"/>
                <w:sz w:val="20"/>
              </w:rPr>
              <w:t>1.389(3)</w:t>
            </w:r>
          </w:p>
        </w:tc>
        <w:tc>
          <w:tcPr>
            <w:tcW w:w="1440" w:type="dxa"/>
            <w:vAlign w:val="center"/>
          </w:tcPr>
          <w:p w14:paraId="1DE2A875" w14:textId="77777777" w:rsidR="00A1363E" w:rsidRPr="00C85550" w:rsidRDefault="00A1363E" w:rsidP="00B520E7">
            <w:pPr>
              <w:rPr>
                <w:rFonts w:ascii="Times New Roman" w:hAnsi="Times New Roman"/>
              </w:rPr>
            </w:pPr>
            <w:r w:rsidRPr="00C85550">
              <w:rPr>
                <w:rFonts w:ascii="Times New Roman" w:hAnsi="Times New Roman"/>
                <w:sz w:val="20"/>
              </w:rPr>
              <w:t>N3–H3A</w:t>
            </w:r>
          </w:p>
        </w:tc>
        <w:tc>
          <w:tcPr>
            <w:tcW w:w="1440" w:type="dxa"/>
            <w:vAlign w:val="center"/>
          </w:tcPr>
          <w:p w14:paraId="1B65549E" w14:textId="77777777" w:rsidR="00A1363E" w:rsidRPr="00C85550" w:rsidRDefault="00A1363E" w:rsidP="00B520E7">
            <w:pPr>
              <w:rPr>
                <w:rFonts w:ascii="Times New Roman" w:hAnsi="Times New Roman"/>
              </w:rPr>
            </w:pPr>
            <w:r w:rsidRPr="00C85550">
              <w:rPr>
                <w:rFonts w:ascii="Times New Roman" w:hAnsi="Times New Roman"/>
                <w:sz w:val="20"/>
              </w:rPr>
              <w:t>0.872(19)</w:t>
            </w:r>
          </w:p>
        </w:tc>
        <w:tc>
          <w:tcPr>
            <w:tcW w:w="1440" w:type="dxa"/>
            <w:vAlign w:val="center"/>
          </w:tcPr>
          <w:p w14:paraId="196BE926" w14:textId="77777777" w:rsidR="00A1363E" w:rsidRPr="00C85550" w:rsidRDefault="00A1363E" w:rsidP="00B520E7">
            <w:pPr>
              <w:rPr>
                <w:rFonts w:ascii="Times New Roman" w:hAnsi="Times New Roman"/>
              </w:rPr>
            </w:pPr>
            <w:r w:rsidRPr="00C85550">
              <w:rPr>
                <w:rFonts w:ascii="Times New Roman" w:hAnsi="Times New Roman"/>
                <w:sz w:val="20"/>
              </w:rPr>
              <w:t>O4–C29</w:t>
            </w:r>
          </w:p>
        </w:tc>
        <w:tc>
          <w:tcPr>
            <w:tcW w:w="1440" w:type="dxa"/>
            <w:vAlign w:val="center"/>
          </w:tcPr>
          <w:p w14:paraId="5BDC0FAD" w14:textId="77777777" w:rsidR="00A1363E" w:rsidRPr="00C85550" w:rsidRDefault="00A1363E" w:rsidP="00B520E7">
            <w:pPr>
              <w:rPr>
                <w:rFonts w:ascii="Times New Roman" w:hAnsi="Times New Roman"/>
              </w:rPr>
            </w:pPr>
            <w:r w:rsidRPr="00C85550">
              <w:rPr>
                <w:rFonts w:ascii="Times New Roman" w:hAnsi="Times New Roman"/>
                <w:sz w:val="20"/>
              </w:rPr>
              <w:t>1.374(2)</w:t>
            </w:r>
          </w:p>
        </w:tc>
      </w:tr>
      <w:tr w:rsidR="00A1363E" w:rsidRPr="00C85550" w14:paraId="79DE8C2B" w14:textId="77777777" w:rsidTr="00B520E7">
        <w:trPr>
          <w:trHeight w:val="283"/>
        </w:trPr>
        <w:tc>
          <w:tcPr>
            <w:tcW w:w="1440" w:type="dxa"/>
            <w:vAlign w:val="center"/>
          </w:tcPr>
          <w:p w14:paraId="00B58F89" w14:textId="77777777" w:rsidR="00A1363E" w:rsidRPr="00C85550" w:rsidRDefault="00A1363E" w:rsidP="00B520E7">
            <w:pPr>
              <w:rPr>
                <w:rFonts w:ascii="Times New Roman" w:hAnsi="Times New Roman"/>
              </w:rPr>
            </w:pPr>
            <w:r w:rsidRPr="00C85550">
              <w:rPr>
                <w:rFonts w:ascii="Times New Roman" w:hAnsi="Times New Roman"/>
                <w:sz w:val="20"/>
              </w:rPr>
              <w:t>C19–C20</w:t>
            </w:r>
          </w:p>
        </w:tc>
        <w:tc>
          <w:tcPr>
            <w:tcW w:w="1440" w:type="dxa"/>
            <w:vAlign w:val="center"/>
          </w:tcPr>
          <w:p w14:paraId="50503D9B" w14:textId="77777777" w:rsidR="00A1363E" w:rsidRPr="00C85550" w:rsidRDefault="00A1363E" w:rsidP="00B520E7">
            <w:pPr>
              <w:rPr>
                <w:rFonts w:ascii="Times New Roman" w:hAnsi="Times New Roman"/>
              </w:rPr>
            </w:pPr>
            <w:r w:rsidRPr="00C85550">
              <w:rPr>
                <w:rFonts w:ascii="Times New Roman" w:hAnsi="Times New Roman"/>
                <w:sz w:val="20"/>
              </w:rPr>
              <w:t>1.381(3)</w:t>
            </w:r>
          </w:p>
        </w:tc>
        <w:tc>
          <w:tcPr>
            <w:tcW w:w="1440" w:type="dxa"/>
            <w:vAlign w:val="center"/>
          </w:tcPr>
          <w:p w14:paraId="31583E0D" w14:textId="77777777" w:rsidR="00A1363E" w:rsidRPr="00C85550" w:rsidRDefault="00A1363E" w:rsidP="00B520E7">
            <w:pPr>
              <w:rPr>
                <w:rFonts w:ascii="Times New Roman" w:hAnsi="Times New Roman"/>
              </w:rPr>
            </w:pPr>
            <w:r w:rsidRPr="00C85550">
              <w:rPr>
                <w:rFonts w:ascii="Times New Roman" w:hAnsi="Times New Roman"/>
                <w:sz w:val="20"/>
              </w:rPr>
              <w:t>N3–H3B</w:t>
            </w:r>
          </w:p>
        </w:tc>
        <w:tc>
          <w:tcPr>
            <w:tcW w:w="1440" w:type="dxa"/>
            <w:vAlign w:val="center"/>
          </w:tcPr>
          <w:p w14:paraId="21513664" w14:textId="77777777" w:rsidR="00A1363E" w:rsidRPr="00C85550" w:rsidRDefault="00A1363E" w:rsidP="00B520E7">
            <w:pPr>
              <w:rPr>
                <w:rFonts w:ascii="Times New Roman" w:hAnsi="Times New Roman"/>
              </w:rPr>
            </w:pPr>
            <w:r w:rsidRPr="00C85550">
              <w:rPr>
                <w:rFonts w:ascii="Times New Roman" w:hAnsi="Times New Roman"/>
                <w:sz w:val="20"/>
              </w:rPr>
              <w:t>0.89(2)</w:t>
            </w:r>
          </w:p>
        </w:tc>
        <w:tc>
          <w:tcPr>
            <w:tcW w:w="1440" w:type="dxa"/>
            <w:vAlign w:val="center"/>
          </w:tcPr>
          <w:p w14:paraId="43A0609C" w14:textId="77777777" w:rsidR="00A1363E" w:rsidRPr="00C85550" w:rsidRDefault="00A1363E" w:rsidP="00B520E7">
            <w:pPr>
              <w:rPr>
                <w:rFonts w:ascii="Times New Roman" w:hAnsi="Times New Roman"/>
              </w:rPr>
            </w:pPr>
            <w:r w:rsidRPr="00C85550">
              <w:rPr>
                <w:rFonts w:ascii="Times New Roman" w:hAnsi="Times New Roman"/>
                <w:sz w:val="20"/>
              </w:rPr>
              <w:t>O4–H4</w:t>
            </w:r>
          </w:p>
        </w:tc>
        <w:tc>
          <w:tcPr>
            <w:tcW w:w="1440" w:type="dxa"/>
            <w:vAlign w:val="center"/>
          </w:tcPr>
          <w:p w14:paraId="7AA7290B" w14:textId="77777777" w:rsidR="00A1363E" w:rsidRPr="00C85550" w:rsidRDefault="00A1363E" w:rsidP="00B520E7">
            <w:pPr>
              <w:rPr>
                <w:rFonts w:ascii="Times New Roman" w:hAnsi="Times New Roman"/>
              </w:rPr>
            </w:pPr>
            <w:r w:rsidRPr="00C85550">
              <w:rPr>
                <w:rFonts w:ascii="Times New Roman" w:hAnsi="Times New Roman"/>
                <w:sz w:val="20"/>
              </w:rPr>
              <w:t>0.849(19)</w:t>
            </w:r>
          </w:p>
        </w:tc>
      </w:tr>
      <w:tr w:rsidR="00A1363E" w:rsidRPr="00C85550" w14:paraId="62D8607F" w14:textId="77777777" w:rsidTr="00B520E7">
        <w:trPr>
          <w:trHeight w:val="283"/>
        </w:trPr>
        <w:tc>
          <w:tcPr>
            <w:tcW w:w="1440" w:type="dxa"/>
            <w:vAlign w:val="center"/>
          </w:tcPr>
          <w:p w14:paraId="69B45384" w14:textId="77777777" w:rsidR="00A1363E" w:rsidRPr="00C85550" w:rsidRDefault="00A1363E" w:rsidP="00B520E7">
            <w:pPr>
              <w:rPr>
                <w:rFonts w:ascii="Times New Roman" w:hAnsi="Times New Roman"/>
              </w:rPr>
            </w:pPr>
            <w:r w:rsidRPr="00C85550">
              <w:rPr>
                <w:rFonts w:ascii="Times New Roman" w:hAnsi="Times New Roman"/>
                <w:sz w:val="20"/>
              </w:rPr>
              <w:t>C20–C21</w:t>
            </w:r>
          </w:p>
        </w:tc>
        <w:tc>
          <w:tcPr>
            <w:tcW w:w="1440" w:type="dxa"/>
            <w:vAlign w:val="center"/>
          </w:tcPr>
          <w:p w14:paraId="45F4DF92" w14:textId="77777777" w:rsidR="00A1363E" w:rsidRPr="00C85550" w:rsidRDefault="00A1363E" w:rsidP="00B520E7">
            <w:pPr>
              <w:rPr>
                <w:rFonts w:ascii="Times New Roman" w:hAnsi="Times New Roman"/>
              </w:rPr>
            </w:pPr>
            <w:r w:rsidRPr="00C85550">
              <w:rPr>
                <w:rFonts w:ascii="Times New Roman" w:hAnsi="Times New Roman"/>
                <w:sz w:val="20"/>
              </w:rPr>
              <w:t>1.394(3)</w:t>
            </w:r>
          </w:p>
        </w:tc>
        <w:tc>
          <w:tcPr>
            <w:tcW w:w="1440" w:type="dxa"/>
            <w:vAlign w:val="center"/>
          </w:tcPr>
          <w:p w14:paraId="5E31BE1A" w14:textId="77777777" w:rsidR="00A1363E" w:rsidRPr="00C85550" w:rsidRDefault="00A1363E" w:rsidP="00B520E7">
            <w:pPr>
              <w:rPr>
                <w:rFonts w:ascii="Times New Roman" w:hAnsi="Times New Roman"/>
              </w:rPr>
            </w:pPr>
            <w:r w:rsidRPr="00C85550">
              <w:rPr>
                <w:rFonts w:ascii="Times New Roman" w:hAnsi="Times New Roman"/>
                <w:sz w:val="20"/>
              </w:rPr>
              <w:t>N4–C16</w:t>
            </w:r>
          </w:p>
        </w:tc>
        <w:tc>
          <w:tcPr>
            <w:tcW w:w="1440" w:type="dxa"/>
            <w:vAlign w:val="center"/>
          </w:tcPr>
          <w:p w14:paraId="3556D206" w14:textId="77777777" w:rsidR="00A1363E" w:rsidRPr="00C85550" w:rsidRDefault="00A1363E" w:rsidP="00B520E7">
            <w:pPr>
              <w:rPr>
                <w:rFonts w:ascii="Times New Roman" w:hAnsi="Times New Roman"/>
              </w:rPr>
            </w:pPr>
            <w:r w:rsidRPr="00C85550">
              <w:rPr>
                <w:rFonts w:ascii="Times New Roman" w:hAnsi="Times New Roman"/>
                <w:sz w:val="20"/>
              </w:rPr>
              <w:t>1.282(2)</w:t>
            </w:r>
          </w:p>
        </w:tc>
        <w:tc>
          <w:tcPr>
            <w:tcW w:w="1440" w:type="dxa"/>
            <w:vAlign w:val="center"/>
          </w:tcPr>
          <w:p w14:paraId="5EC3FD34" w14:textId="77777777" w:rsidR="00A1363E" w:rsidRPr="00C85550" w:rsidRDefault="00A1363E" w:rsidP="00B520E7">
            <w:pPr>
              <w:rPr>
                <w:rFonts w:ascii="Times New Roman" w:hAnsi="Times New Roman"/>
              </w:rPr>
            </w:pPr>
            <w:r w:rsidRPr="00C85550">
              <w:rPr>
                <w:rFonts w:ascii="Times New Roman" w:hAnsi="Times New Roman"/>
                <w:sz w:val="20"/>
              </w:rPr>
              <w:t>O5–C17</w:t>
            </w:r>
          </w:p>
        </w:tc>
        <w:tc>
          <w:tcPr>
            <w:tcW w:w="1440" w:type="dxa"/>
            <w:vAlign w:val="center"/>
          </w:tcPr>
          <w:p w14:paraId="1FD5A99B" w14:textId="77777777" w:rsidR="00A1363E" w:rsidRPr="00C85550" w:rsidRDefault="00A1363E" w:rsidP="00B520E7">
            <w:pPr>
              <w:rPr>
                <w:rFonts w:ascii="Times New Roman" w:hAnsi="Times New Roman"/>
              </w:rPr>
            </w:pPr>
            <w:r w:rsidRPr="00C85550">
              <w:rPr>
                <w:rFonts w:ascii="Times New Roman" w:hAnsi="Times New Roman"/>
                <w:sz w:val="20"/>
              </w:rPr>
              <w:t>1.238(2)</w:t>
            </w:r>
          </w:p>
        </w:tc>
      </w:tr>
      <w:tr w:rsidR="00A1363E" w:rsidRPr="00C85550" w14:paraId="74EF9BD2" w14:textId="77777777" w:rsidTr="00B520E7">
        <w:trPr>
          <w:trHeight w:val="283"/>
        </w:trPr>
        <w:tc>
          <w:tcPr>
            <w:tcW w:w="1440" w:type="dxa"/>
            <w:vAlign w:val="center"/>
          </w:tcPr>
          <w:p w14:paraId="21FAC307" w14:textId="77777777" w:rsidR="00A1363E" w:rsidRPr="00C85550" w:rsidRDefault="00A1363E" w:rsidP="00B520E7">
            <w:pPr>
              <w:rPr>
                <w:rFonts w:ascii="Times New Roman" w:hAnsi="Times New Roman"/>
              </w:rPr>
            </w:pPr>
            <w:r w:rsidRPr="00C85550">
              <w:rPr>
                <w:rFonts w:ascii="Times New Roman" w:hAnsi="Times New Roman"/>
                <w:sz w:val="20"/>
              </w:rPr>
              <w:t>C21–C22</w:t>
            </w:r>
          </w:p>
        </w:tc>
        <w:tc>
          <w:tcPr>
            <w:tcW w:w="1440" w:type="dxa"/>
            <w:vAlign w:val="center"/>
          </w:tcPr>
          <w:p w14:paraId="2C18A3AF" w14:textId="77777777" w:rsidR="00A1363E" w:rsidRPr="00C85550" w:rsidRDefault="00A1363E" w:rsidP="00B520E7">
            <w:pPr>
              <w:rPr>
                <w:rFonts w:ascii="Times New Roman" w:hAnsi="Times New Roman"/>
              </w:rPr>
            </w:pPr>
            <w:r w:rsidRPr="00C85550">
              <w:rPr>
                <w:rFonts w:ascii="Times New Roman" w:hAnsi="Times New Roman"/>
                <w:sz w:val="20"/>
              </w:rPr>
              <w:t>1.395(3)</w:t>
            </w:r>
          </w:p>
        </w:tc>
        <w:tc>
          <w:tcPr>
            <w:tcW w:w="1440" w:type="dxa"/>
            <w:vAlign w:val="center"/>
          </w:tcPr>
          <w:p w14:paraId="484C36A2" w14:textId="77777777" w:rsidR="00A1363E" w:rsidRPr="00C85550" w:rsidRDefault="00A1363E" w:rsidP="00B520E7">
            <w:pPr>
              <w:rPr>
                <w:rFonts w:ascii="Times New Roman" w:hAnsi="Times New Roman"/>
              </w:rPr>
            </w:pPr>
            <w:r w:rsidRPr="00C85550">
              <w:rPr>
                <w:rFonts w:ascii="Times New Roman" w:hAnsi="Times New Roman"/>
                <w:sz w:val="20"/>
              </w:rPr>
              <w:t>N4–N5</w:t>
            </w:r>
          </w:p>
        </w:tc>
        <w:tc>
          <w:tcPr>
            <w:tcW w:w="1440" w:type="dxa"/>
            <w:vAlign w:val="center"/>
          </w:tcPr>
          <w:p w14:paraId="2ED8B853" w14:textId="77777777" w:rsidR="00A1363E" w:rsidRPr="00C85550" w:rsidRDefault="00A1363E" w:rsidP="00B520E7">
            <w:pPr>
              <w:rPr>
                <w:rFonts w:ascii="Times New Roman" w:hAnsi="Times New Roman"/>
              </w:rPr>
            </w:pPr>
            <w:r w:rsidRPr="00C85550">
              <w:rPr>
                <w:rFonts w:ascii="Times New Roman" w:hAnsi="Times New Roman"/>
                <w:sz w:val="20"/>
              </w:rPr>
              <w:t>1.375(2)</w:t>
            </w:r>
          </w:p>
        </w:tc>
        <w:tc>
          <w:tcPr>
            <w:tcW w:w="1440" w:type="dxa"/>
            <w:vAlign w:val="center"/>
          </w:tcPr>
          <w:p w14:paraId="4B2408F7" w14:textId="77777777" w:rsidR="00A1363E" w:rsidRPr="00C85550" w:rsidRDefault="00A1363E" w:rsidP="00B520E7">
            <w:pPr>
              <w:rPr>
                <w:rFonts w:ascii="Times New Roman" w:hAnsi="Times New Roman"/>
              </w:rPr>
            </w:pPr>
            <w:r w:rsidRPr="00C85550">
              <w:rPr>
                <w:rFonts w:ascii="Times New Roman" w:hAnsi="Times New Roman"/>
                <w:sz w:val="20"/>
              </w:rPr>
              <w:t>O6–C26</w:t>
            </w:r>
          </w:p>
        </w:tc>
        <w:tc>
          <w:tcPr>
            <w:tcW w:w="1440" w:type="dxa"/>
            <w:vAlign w:val="center"/>
          </w:tcPr>
          <w:p w14:paraId="4078CA24" w14:textId="77777777" w:rsidR="00A1363E" w:rsidRPr="00C85550" w:rsidRDefault="00A1363E" w:rsidP="00B520E7">
            <w:pPr>
              <w:rPr>
                <w:rFonts w:ascii="Times New Roman" w:hAnsi="Times New Roman"/>
              </w:rPr>
            </w:pPr>
            <w:r w:rsidRPr="00C85550">
              <w:rPr>
                <w:rFonts w:ascii="Times New Roman" w:hAnsi="Times New Roman"/>
                <w:sz w:val="20"/>
              </w:rPr>
              <w:t>1.370(2)</w:t>
            </w:r>
          </w:p>
        </w:tc>
      </w:tr>
      <w:tr w:rsidR="00A1363E" w:rsidRPr="00C85550" w14:paraId="23FC1D35" w14:textId="77777777" w:rsidTr="00B520E7">
        <w:trPr>
          <w:trHeight w:val="283"/>
        </w:trPr>
        <w:tc>
          <w:tcPr>
            <w:tcW w:w="1440" w:type="dxa"/>
            <w:vAlign w:val="center"/>
          </w:tcPr>
          <w:p w14:paraId="2739B1D7" w14:textId="77777777" w:rsidR="00A1363E" w:rsidRPr="00C85550" w:rsidRDefault="00A1363E" w:rsidP="00B520E7">
            <w:pPr>
              <w:rPr>
                <w:rFonts w:ascii="Times New Roman" w:hAnsi="Times New Roman"/>
              </w:rPr>
            </w:pPr>
            <w:r w:rsidRPr="00C85550">
              <w:rPr>
                <w:rFonts w:ascii="Times New Roman" w:hAnsi="Times New Roman"/>
                <w:sz w:val="20"/>
              </w:rPr>
              <w:t>C22–C23</w:t>
            </w:r>
          </w:p>
        </w:tc>
        <w:tc>
          <w:tcPr>
            <w:tcW w:w="1440" w:type="dxa"/>
            <w:vAlign w:val="center"/>
          </w:tcPr>
          <w:p w14:paraId="6B6843F8" w14:textId="77777777" w:rsidR="00A1363E" w:rsidRPr="00C85550" w:rsidRDefault="00A1363E" w:rsidP="00B520E7">
            <w:pPr>
              <w:rPr>
                <w:rFonts w:ascii="Times New Roman" w:hAnsi="Times New Roman"/>
              </w:rPr>
            </w:pPr>
            <w:r w:rsidRPr="00C85550">
              <w:rPr>
                <w:rFonts w:ascii="Times New Roman" w:hAnsi="Times New Roman"/>
                <w:sz w:val="20"/>
              </w:rPr>
              <w:t>1.375(2)</w:t>
            </w:r>
          </w:p>
        </w:tc>
        <w:tc>
          <w:tcPr>
            <w:tcW w:w="1440" w:type="dxa"/>
            <w:vAlign w:val="center"/>
          </w:tcPr>
          <w:p w14:paraId="1A046A25" w14:textId="77777777" w:rsidR="00A1363E" w:rsidRPr="00C85550" w:rsidRDefault="00A1363E" w:rsidP="00B520E7">
            <w:pPr>
              <w:rPr>
                <w:rFonts w:ascii="Times New Roman" w:hAnsi="Times New Roman"/>
              </w:rPr>
            </w:pPr>
            <w:r w:rsidRPr="00C85550">
              <w:rPr>
                <w:rFonts w:ascii="Times New Roman" w:hAnsi="Times New Roman"/>
                <w:sz w:val="20"/>
              </w:rPr>
              <w:t>N5–C17</w:t>
            </w:r>
          </w:p>
        </w:tc>
        <w:tc>
          <w:tcPr>
            <w:tcW w:w="1440" w:type="dxa"/>
            <w:vAlign w:val="center"/>
          </w:tcPr>
          <w:p w14:paraId="3668DA65" w14:textId="77777777" w:rsidR="00A1363E" w:rsidRPr="00C85550" w:rsidRDefault="00A1363E" w:rsidP="00B520E7">
            <w:pPr>
              <w:rPr>
                <w:rFonts w:ascii="Times New Roman" w:hAnsi="Times New Roman"/>
              </w:rPr>
            </w:pPr>
            <w:r w:rsidRPr="00C85550">
              <w:rPr>
                <w:rFonts w:ascii="Times New Roman" w:hAnsi="Times New Roman"/>
                <w:sz w:val="20"/>
              </w:rPr>
              <w:t>1.367(2)</w:t>
            </w:r>
          </w:p>
        </w:tc>
        <w:tc>
          <w:tcPr>
            <w:tcW w:w="1440" w:type="dxa"/>
            <w:vAlign w:val="center"/>
          </w:tcPr>
          <w:p w14:paraId="6F8F1D12" w14:textId="77777777" w:rsidR="00A1363E" w:rsidRPr="00C85550" w:rsidRDefault="00A1363E" w:rsidP="00B520E7">
            <w:pPr>
              <w:rPr>
                <w:rFonts w:ascii="Times New Roman" w:hAnsi="Times New Roman"/>
              </w:rPr>
            </w:pPr>
            <w:r w:rsidRPr="00C85550">
              <w:rPr>
                <w:rFonts w:ascii="Times New Roman" w:hAnsi="Times New Roman"/>
                <w:sz w:val="20"/>
              </w:rPr>
              <w:t>O6–C30</w:t>
            </w:r>
          </w:p>
        </w:tc>
        <w:tc>
          <w:tcPr>
            <w:tcW w:w="1440" w:type="dxa"/>
            <w:vAlign w:val="center"/>
          </w:tcPr>
          <w:p w14:paraId="605B2736" w14:textId="77777777" w:rsidR="00A1363E" w:rsidRPr="00C85550" w:rsidRDefault="00A1363E" w:rsidP="00B520E7">
            <w:pPr>
              <w:rPr>
                <w:rFonts w:ascii="Times New Roman" w:hAnsi="Times New Roman"/>
              </w:rPr>
            </w:pPr>
            <w:r w:rsidRPr="00C85550">
              <w:rPr>
                <w:rFonts w:ascii="Times New Roman" w:hAnsi="Times New Roman"/>
                <w:sz w:val="20"/>
              </w:rPr>
              <w:t>1.426(2)</w:t>
            </w:r>
          </w:p>
        </w:tc>
      </w:tr>
      <w:tr w:rsidR="00A1363E" w:rsidRPr="00C85550" w14:paraId="00835F3D" w14:textId="77777777" w:rsidTr="00B520E7">
        <w:trPr>
          <w:trHeight w:val="283"/>
        </w:trPr>
        <w:tc>
          <w:tcPr>
            <w:tcW w:w="1440" w:type="dxa"/>
            <w:vAlign w:val="center"/>
          </w:tcPr>
          <w:p w14:paraId="19F944E3" w14:textId="77777777" w:rsidR="00A1363E" w:rsidRPr="00C85550" w:rsidRDefault="00A1363E" w:rsidP="00B520E7">
            <w:pPr>
              <w:rPr>
                <w:rFonts w:ascii="Times New Roman" w:hAnsi="Times New Roman"/>
              </w:rPr>
            </w:pPr>
            <w:r w:rsidRPr="00C85550">
              <w:rPr>
                <w:rFonts w:ascii="Times New Roman" w:hAnsi="Times New Roman"/>
                <w:sz w:val="20"/>
              </w:rPr>
              <w:t>C24–C25</w:t>
            </w:r>
          </w:p>
        </w:tc>
        <w:tc>
          <w:tcPr>
            <w:tcW w:w="1440" w:type="dxa"/>
            <w:vAlign w:val="center"/>
          </w:tcPr>
          <w:p w14:paraId="0AD468A6" w14:textId="77777777" w:rsidR="00A1363E" w:rsidRPr="00C85550" w:rsidRDefault="00A1363E" w:rsidP="00B520E7">
            <w:pPr>
              <w:rPr>
                <w:rFonts w:ascii="Times New Roman" w:hAnsi="Times New Roman"/>
              </w:rPr>
            </w:pPr>
            <w:r w:rsidRPr="00C85550">
              <w:rPr>
                <w:rFonts w:ascii="Times New Roman" w:hAnsi="Times New Roman"/>
                <w:sz w:val="20"/>
              </w:rPr>
              <w:t>1.392(2)</w:t>
            </w:r>
          </w:p>
        </w:tc>
        <w:tc>
          <w:tcPr>
            <w:tcW w:w="1440" w:type="dxa"/>
            <w:vAlign w:val="center"/>
          </w:tcPr>
          <w:p w14:paraId="11BF53EB" w14:textId="77777777" w:rsidR="00A1363E" w:rsidRPr="00C85550" w:rsidRDefault="00A1363E" w:rsidP="00B520E7">
            <w:pPr>
              <w:rPr>
                <w:rFonts w:ascii="Times New Roman" w:hAnsi="Times New Roman"/>
              </w:rPr>
            </w:pPr>
            <w:r w:rsidRPr="00C85550">
              <w:rPr>
                <w:rFonts w:ascii="Times New Roman" w:hAnsi="Times New Roman"/>
                <w:sz w:val="20"/>
              </w:rPr>
              <w:t>N5–H5</w:t>
            </w:r>
          </w:p>
        </w:tc>
        <w:tc>
          <w:tcPr>
            <w:tcW w:w="1440" w:type="dxa"/>
            <w:vAlign w:val="center"/>
          </w:tcPr>
          <w:p w14:paraId="740306E8" w14:textId="77777777" w:rsidR="00A1363E" w:rsidRPr="00C85550" w:rsidRDefault="00A1363E" w:rsidP="00B520E7">
            <w:pPr>
              <w:rPr>
                <w:rFonts w:ascii="Times New Roman" w:hAnsi="Times New Roman"/>
              </w:rPr>
            </w:pPr>
            <w:r w:rsidRPr="00C85550">
              <w:rPr>
                <w:rFonts w:ascii="Times New Roman" w:hAnsi="Times New Roman"/>
                <w:sz w:val="20"/>
              </w:rPr>
              <w:t>0.847(17)</w:t>
            </w:r>
          </w:p>
        </w:tc>
        <w:tc>
          <w:tcPr>
            <w:tcW w:w="1440" w:type="dxa"/>
            <w:vAlign w:val="center"/>
          </w:tcPr>
          <w:p w14:paraId="332CD663" w14:textId="77777777" w:rsidR="00A1363E" w:rsidRPr="00C85550" w:rsidRDefault="00A1363E" w:rsidP="00B520E7">
            <w:pPr>
              <w:rPr>
                <w:rFonts w:ascii="Times New Roman" w:hAnsi="Times New Roman"/>
              </w:rPr>
            </w:pPr>
          </w:p>
        </w:tc>
        <w:tc>
          <w:tcPr>
            <w:tcW w:w="1440" w:type="dxa"/>
            <w:vAlign w:val="center"/>
          </w:tcPr>
          <w:p w14:paraId="5A296137" w14:textId="77777777" w:rsidR="00A1363E" w:rsidRPr="00C85550" w:rsidRDefault="00A1363E" w:rsidP="00B520E7">
            <w:pPr>
              <w:rPr>
                <w:rFonts w:ascii="Times New Roman" w:hAnsi="Times New Roman"/>
              </w:rPr>
            </w:pPr>
          </w:p>
        </w:tc>
      </w:tr>
    </w:tbl>
    <w:p w14:paraId="4AE95BFC" w14:textId="77777777" w:rsidR="00A1363E" w:rsidRPr="00C85550" w:rsidRDefault="00A1363E" w:rsidP="00A1363E">
      <w:pPr>
        <w:rPr>
          <w:rFonts w:ascii="Times New Roman" w:hAnsi="Times New Roman"/>
        </w:rPr>
      </w:pPr>
      <w:r w:rsidRPr="00C85550">
        <w:rPr>
          <w:rFonts w:ascii="Times New Roman" w:hAnsi="Times New Roman"/>
        </w:rPr>
        <w:br w:type="page"/>
      </w:r>
    </w:p>
    <w:p w14:paraId="757AAE8F" w14:textId="77777777" w:rsidR="00A1363E" w:rsidRPr="00C85550" w:rsidRDefault="00A1363E" w:rsidP="00A1363E">
      <w:pPr>
        <w:rPr>
          <w:rFonts w:ascii="Times New Roman" w:hAnsi="Times New Roman"/>
        </w:rPr>
      </w:pPr>
      <w:r w:rsidRPr="00C85550">
        <w:rPr>
          <w:rFonts w:ascii="Times New Roman" w:hAnsi="Times New Roman"/>
          <w:b/>
        </w:rPr>
        <w:lastRenderedPageBreak/>
        <w:t>Table S3.</w:t>
      </w:r>
      <w:r w:rsidRPr="00C85550">
        <w:rPr>
          <w:rFonts w:ascii="Times New Roman" w:hAnsi="Times New Roman"/>
        </w:rPr>
        <w:t xml:space="preserve"> Selected bond angles in the crystal structures of ligands </w:t>
      </w: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r w:rsidRPr="00C85550">
        <w:rPr>
          <w:rFonts w:ascii="Times New Roman" w:hAnsi="Times New Roman"/>
          <w:b/>
        </w:rPr>
        <w:t xml:space="preserve"> </w:t>
      </w:r>
      <w:r w:rsidRPr="00C85550">
        <w:rPr>
          <w:rFonts w:ascii="Times New Roman" w:hAnsi="Times New Roman"/>
        </w:rPr>
        <w:t>and</w:t>
      </w:r>
      <w:r w:rsidRPr="00C85550">
        <w:rPr>
          <w:rFonts w:ascii="Times New Roman" w:hAnsi="Times New Roman"/>
          <w:b/>
        </w:rPr>
        <w:t xml:space="preserve"> 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r w:rsidRPr="00C8555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438"/>
        <w:gridCol w:w="1437"/>
        <w:gridCol w:w="1438"/>
        <w:gridCol w:w="1437"/>
        <w:gridCol w:w="1438"/>
      </w:tblGrid>
      <w:tr w:rsidR="00A1363E" w:rsidRPr="00C85550" w14:paraId="30F9C8A6" w14:textId="77777777" w:rsidTr="00B520E7">
        <w:tc>
          <w:tcPr>
            <w:tcW w:w="8624" w:type="dxa"/>
            <w:gridSpan w:val="6"/>
            <w:vAlign w:val="center"/>
          </w:tcPr>
          <w:p w14:paraId="7E878B59" w14:textId="77777777" w:rsidR="00A1363E" w:rsidRPr="00C85550" w:rsidRDefault="00A1363E" w:rsidP="00B520E7">
            <w:pPr>
              <w:jc w:val="center"/>
              <w:rPr>
                <w:rFonts w:ascii="Times New Roman" w:hAnsi="Times New Roman"/>
                <w:b/>
                <w:sz w:val="20"/>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p>
        </w:tc>
      </w:tr>
      <w:tr w:rsidR="00A1363E" w:rsidRPr="00C85550" w14:paraId="46A518A2" w14:textId="77777777" w:rsidTr="00B520E7">
        <w:tc>
          <w:tcPr>
            <w:tcW w:w="1436" w:type="dxa"/>
            <w:vAlign w:val="center"/>
          </w:tcPr>
          <w:p w14:paraId="799350C2"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238E151E"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c>
          <w:tcPr>
            <w:tcW w:w="1437" w:type="dxa"/>
            <w:vAlign w:val="center"/>
          </w:tcPr>
          <w:p w14:paraId="1CCCF671"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7E171F05"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c>
          <w:tcPr>
            <w:tcW w:w="1437" w:type="dxa"/>
            <w:vAlign w:val="center"/>
          </w:tcPr>
          <w:p w14:paraId="580DF814"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2AF2FB72"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r>
      <w:tr w:rsidR="00A1363E" w:rsidRPr="00C85550" w14:paraId="25BA0E82" w14:textId="77777777" w:rsidTr="00B520E7">
        <w:trPr>
          <w:trHeight w:val="283"/>
        </w:trPr>
        <w:tc>
          <w:tcPr>
            <w:tcW w:w="1436" w:type="dxa"/>
            <w:vAlign w:val="center"/>
          </w:tcPr>
          <w:p w14:paraId="46AEDEFC" w14:textId="77777777" w:rsidR="00A1363E" w:rsidRPr="00C85550" w:rsidRDefault="00A1363E" w:rsidP="00B520E7">
            <w:pPr>
              <w:rPr>
                <w:rFonts w:ascii="Times New Roman" w:hAnsi="Times New Roman"/>
              </w:rPr>
            </w:pPr>
            <w:r w:rsidRPr="00C85550">
              <w:rPr>
                <w:rFonts w:ascii="Times New Roman" w:hAnsi="Times New Roman"/>
                <w:sz w:val="20"/>
              </w:rPr>
              <w:t>N1–C1–C9</w:t>
            </w:r>
          </w:p>
        </w:tc>
        <w:tc>
          <w:tcPr>
            <w:tcW w:w="1438" w:type="dxa"/>
            <w:vAlign w:val="center"/>
          </w:tcPr>
          <w:p w14:paraId="3DAD451C" w14:textId="77777777" w:rsidR="00A1363E" w:rsidRPr="00C85550" w:rsidRDefault="00A1363E" w:rsidP="00B520E7">
            <w:pPr>
              <w:rPr>
                <w:rFonts w:ascii="Times New Roman" w:hAnsi="Times New Roman"/>
              </w:rPr>
            </w:pPr>
            <w:r w:rsidRPr="00C85550">
              <w:rPr>
                <w:rFonts w:ascii="Times New Roman" w:hAnsi="Times New Roman"/>
                <w:sz w:val="20"/>
              </w:rPr>
              <w:t>120.6(3)</w:t>
            </w:r>
          </w:p>
        </w:tc>
        <w:tc>
          <w:tcPr>
            <w:tcW w:w="1437" w:type="dxa"/>
            <w:vAlign w:val="center"/>
          </w:tcPr>
          <w:p w14:paraId="3B411BAA" w14:textId="77777777" w:rsidR="00A1363E" w:rsidRPr="00C85550" w:rsidRDefault="00A1363E" w:rsidP="00B520E7">
            <w:pPr>
              <w:rPr>
                <w:rFonts w:ascii="Times New Roman" w:hAnsi="Times New Roman"/>
              </w:rPr>
            </w:pPr>
            <w:r w:rsidRPr="00C85550">
              <w:rPr>
                <w:rFonts w:ascii="Times New Roman" w:hAnsi="Times New Roman"/>
                <w:sz w:val="20"/>
              </w:rPr>
              <w:t>N3–C8–C3</w:t>
            </w:r>
          </w:p>
        </w:tc>
        <w:tc>
          <w:tcPr>
            <w:tcW w:w="1438" w:type="dxa"/>
            <w:vAlign w:val="center"/>
          </w:tcPr>
          <w:p w14:paraId="4BCF1017" w14:textId="77777777" w:rsidR="00A1363E" w:rsidRPr="00C85550" w:rsidRDefault="00A1363E" w:rsidP="00B520E7">
            <w:pPr>
              <w:rPr>
                <w:rFonts w:ascii="Times New Roman" w:hAnsi="Times New Roman"/>
              </w:rPr>
            </w:pPr>
            <w:r w:rsidRPr="00C85550">
              <w:rPr>
                <w:rFonts w:ascii="Times New Roman" w:hAnsi="Times New Roman"/>
                <w:sz w:val="20"/>
              </w:rPr>
              <w:t>121.7(3)</w:t>
            </w:r>
          </w:p>
        </w:tc>
        <w:tc>
          <w:tcPr>
            <w:tcW w:w="1437" w:type="dxa"/>
            <w:vAlign w:val="center"/>
          </w:tcPr>
          <w:p w14:paraId="61A91932" w14:textId="77777777" w:rsidR="00A1363E" w:rsidRPr="00C85550" w:rsidRDefault="00A1363E" w:rsidP="00B520E7">
            <w:pPr>
              <w:rPr>
                <w:rFonts w:ascii="Times New Roman" w:hAnsi="Times New Roman"/>
              </w:rPr>
            </w:pPr>
            <w:r w:rsidRPr="00C85550">
              <w:rPr>
                <w:rFonts w:ascii="Times New Roman" w:hAnsi="Times New Roman"/>
                <w:sz w:val="20"/>
              </w:rPr>
              <w:t>N2–N1–C1</w:t>
            </w:r>
          </w:p>
        </w:tc>
        <w:tc>
          <w:tcPr>
            <w:tcW w:w="1438" w:type="dxa"/>
            <w:vAlign w:val="center"/>
          </w:tcPr>
          <w:p w14:paraId="2F388103" w14:textId="77777777" w:rsidR="00A1363E" w:rsidRPr="00C85550" w:rsidRDefault="00A1363E" w:rsidP="00B520E7">
            <w:pPr>
              <w:rPr>
                <w:rFonts w:ascii="Times New Roman" w:hAnsi="Times New Roman"/>
              </w:rPr>
            </w:pPr>
            <w:r w:rsidRPr="00C85550">
              <w:rPr>
                <w:rFonts w:ascii="Times New Roman" w:hAnsi="Times New Roman"/>
                <w:sz w:val="20"/>
              </w:rPr>
              <w:t>117.5(2)</w:t>
            </w:r>
          </w:p>
        </w:tc>
      </w:tr>
      <w:tr w:rsidR="00A1363E" w:rsidRPr="00C85550" w14:paraId="305DAD72" w14:textId="77777777" w:rsidTr="00B520E7">
        <w:trPr>
          <w:trHeight w:val="283"/>
        </w:trPr>
        <w:tc>
          <w:tcPr>
            <w:tcW w:w="1436" w:type="dxa"/>
            <w:vAlign w:val="center"/>
          </w:tcPr>
          <w:p w14:paraId="6DCB5077" w14:textId="77777777" w:rsidR="00A1363E" w:rsidRPr="00C85550" w:rsidRDefault="00A1363E" w:rsidP="00B520E7">
            <w:pPr>
              <w:rPr>
                <w:rFonts w:ascii="Times New Roman" w:hAnsi="Times New Roman"/>
              </w:rPr>
            </w:pPr>
            <w:r w:rsidRPr="00C85550">
              <w:rPr>
                <w:rFonts w:ascii="Times New Roman" w:hAnsi="Times New Roman"/>
                <w:sz w:val="20"/>
              </w:rPr>
              <w:t>N2–C2–C3</w:t>
            </w:r>
          </w:p>
        </w:tc>
        <w:tc>
          <w:tcPr>
            <w:tcW w:w="1438" w:type="dxa"/>
            <w:vAlign w:val="center"/>
          </w:tcPr>
          <w:p w14:paraId="2BDACAC3" w14:textId="77777777" w:rsidR="00A1363E" w:rsidRPr="00C85550" w:rsidRDefault="00A1363E" w:rsidP="00B520E7">
            <w:pPr>
              <w:rPr>
                <w:rFonts w:ascii="Times New Roman" w:hAnsi="Times New Roman"/>
              </w:rPr>
            </w:pPr>
            <w:r w:rsidRPr="00C85550">
              <w:rPr>
                <w:rFonts w:ascii="Times New Roman" w:hAnsi="Times New Roman"/>
                <w:sz w:val="20"/>
              </w:rPr>
              <w:t>114.4(3)</w:t>
            </w:r>
          </w:p>
        </w:tc>
        <w:tc>
          <w:tcPr>
            <w:tcW w:w="1437" w:type="dxa"/>
            <w:vAlign w:val="center"/>
          </w:tcPr>
          <w:p w14:paraId="03A1531D" w14:textId="77777777" w:rsidR="00A1363E" w:rsidRPr="00C85550" w:rsidRDefault="00A1363E" w:rsidP="00B520E7">
            <w:pPr>
              <w:rPr>
                <w:rFonts w:ascii="Times New Roman" w:hAnsi="Times New Roman"/>
              </w:rPr>
            </w:pPr>
            <w:r w:rsidRPr="00C85550">
              <w:rPr>
                <w:rFonts w:ascii="Times New Roman" w:hAnsi="Times New Roman"/>
                <w:sz w:val="20"/>
              </w:rPr>
              <w:t>N3–C8–C7</w:t>
            </w:r>
          </w:p>
        </w:tc>
        <w:tc>
          <w:tcPr>
            <w:tcW w:w="1438" w:type="dxa"/>
            <w:vAlign w:val="center"/>
          </w:tcPr>
          <w:p w14:paraId="5EFE42D2" w14:textId="77777777" w:rsidR="00A1363E" w:rsidRPr="00C85550" w:rsidRDefault="00A1363E" w:rsidP="00B520E7">
            <w:pPr>
              <w:rPr>
                <w:rFonts w:ascii="Times New Roman" w:hAnsi="Times New Roman"/>
              </w:rPr>
            </w:pPr>
            <w:r w:rsidRPr="00C85550">
              <w:rPr>
                <w:rFonts w:ascii="Times New Roman" w:hAnsi="Times New Roman"/>
                <w:sz w:val="20"/>
              </w:rPr>
              <w:t>119.9(3)</w:t>
            </w:r>
          </w:p>
        </w:tc>
        <w:tc>
          <w:tcPr>
            <w:tcW w:w="1437" w:type="dxa"/>
            <w:vAlign w:val="center"/>
          </w:tcPr>
          <w:p w14:paraId="5B565079" w14:textId="77777777" w:rsidR="00A1363E" w:rsidRPr="00C85550" w:rsidRDefault="00A1363E" w:rsidP="00B520E7">
            <w:pPr>
              <w:rPr>
                <w:rFonts w:ascii="Times New Roman" w:hAnsi="Times New Roman"/>
              </w:rPr>
            </w:pPr>
            <w:r w:rsidRPr="00C85550">
              <w:rPr>
                <w:rFonts w:ascii="Times New Roman" w:hAnsi="Times New Roman"/>
                <w:sz w:val="20"/>
              </w:rPr>
              <w:t>C2–N2–H2</w:t>
            </w:r>
          </w:p>
        </w:tc>
        <w:tc>
          <w:tcPr>
            <w:tcW w:w="1438" w:type="dxa"/>
            <w:vAlign w:val="center"/>
          </w:tcPr>
          <w:p w14:paraId="195A1829" w14:textId="77777777" w:rsidR="00A1363E" w:rsidRPr="00C85550" w:rsidRDefault="00A1363E" w:rsidP="00B520E7">
            <w:pPr>
              <w:rPr>
                <w:rFonts w:ascii="Times New Roman" w:hAnsi="Times New Roman"/>
              </w:rPr>
            </w:pPr>
            <w:r w:rsidRPr="00C85550">
              <w:rPr>
                <w:rFonts w:ascii="Times New Roman" w:hAnsi="Times New Roman"/>
                <w:sz w:val="20"/>
              </w:rPr>
              <w:t>121(3)</w:t>
            </w:r>
          </w:p>
        </w:tc>
      </w:tr>
      <w:tr w:rsidR="00A1363E" w:rsidRPr="00C85550" w14:paraId="5B722C1A" w14:textId="77777777" w:rsidTr="00B520E7">
        <w:trPr>
          <w:trHeight w:val="283"/>
        </w:trPr>
        <w:tc>
          <w:tcPr>
            <w:tcW w:w="1436" w:type="dxa"/>
            <w:vAlign w:val="center"/>
          </w:tcPr>
          <w:p w14:paraId="14D3AC02" w14:textId="77777777" w:rsidR="00A1363E" w:rsidRPr="00C85550" w:rsidRDefault="00A1363E" w:rsidP="00B520E7">
            <w:pPr>
              <w:rPr>
                <w:rFonts w:ascii="Times New Roman" w:hAnsi="Times New Roman"/>
              </w:rPr>
            </w:pPr>
            <w:r w:rsidRPr="00C85550">
              <w:rPr>
                <w:rFonts w:ascii="Times New Roman" w:hAnsi="Times New Roman"/>
                <w:sz w:val="20"/>
              </w:rPr>
              <w:t>O2–C2–C3</w:t>
            </w:r>
          </w:p>
        </w:tc>
        <w:tc>
          <w:tcPr>
            <w:tcW w:w="1438" w:type="dxa"/>
            <w:vAlign w:val="center"/>
          </w:tcPr>
          <w:p w14:paraId="177A880B" w14:textId="77777777" w:rsidR="00A1363E" w:rsidRPr="00C85550" w:rsidRDefault="00A1363E" w:rsidP="00B520E7">
            <w:pPr>
              <w:rPr>
                <w:rFonts w:ascii="Times New Roman" w:hAnsi="Times New Roman"/>
              </w:rPr>
            </w:pPr>
            <w:r w:rsidRPr="00C85550">
              <w:rPr>
                <w:rFonts w:ascii="Times New Roman" w:hAnsi="Times New Roman"/>
                <w:sz w:val="20"/>
              </w:rPr>
              <w:t>123.9(3)</w:t>
            </w:r>
          </w:p>
        </w:tc>
        <w:tc>
          <w:tcPr>
            <w:tcW w:w="1437" w:type="dxa"/>
            <w:vAlign w:val="center"/>
          </w:tcPr>
          <w:p w14:paraId="52C1D421" w14:textId="77777777" w:rsidR="00A1363E" w:rsidRPr="00C85550" w:rsidRDefault="00A1363E" w:rsidP="00B520E7">
            <w:pPr>
              <w:rPr>
                <w:rFonts w:ascii="Times New Roman" w:hAnsi="Times New Roman"/>
              </w:rPr>
            </w:pPr>
            <w:r w:rsidRPr="00C85550">
              <w:rPr>
                <w:rFonts w:ascii="Times New Roman" w:hAnsi="Times New Roman"/>
                <w:sz w:val="20"/>
              </w:rPr>
              <w:t>C1–C9–C10</w:t>
            </w:r>
          </w:p>
        </w:tc>
        <w:tc>
          <w:tcPr>
            <w:tcW w:w="1438" w:type="dxa"/>
            <w:vAlign w:val="center"/>
          </w:tcPr>
          <w:p w14:paraId="70F3D06D" w14:textId="77777777" w:rsidR="00A1363E" w:rsidRPr="00C85550" w:rsidRDefault="00A1363E" w:rsidP="00B520E7">
            <w:pPr>
              <w:rPr>
                <w:rFonts w:ascii="Times New Roman" w:hAnsi="Times New Roman"/>
              </w:rPr>
            </w:pPr>
            <w:r w:rsidRPr="00C85550">
              <w:rPr>
                <w:rFonts w:ascii="Times New Roman" w:hAnsi="Times New Roman"/>
                <w:sz w:val="20"/>
              </w:rPr>
              <w:t>118.6(3)</w:t>
            </w:r>
          </w:p>
        </w:tc>
        <w:tc>
          <w:tcPr>
            <w:tcW w:w="1437" w:type="dxa"/>
            <w:vAlign w:val="center"/>
          </w:tcPr>
          <w:p w14:paraId="548FC8A7" w14:textId="77777777" w:rsidR="00A1363E" w:rsidRPr="00C85550" w:rsidRDefault="00A1363E" w:rsidP="00B520E7">
            <w:pPr>
              <w:rPr>
                <w:rFonts w:ascii="Times New Roman" w:hAnsi="Times New Roman"/>
              </w:rPr>
            </w:pPr>
            <w:r w:rsidRPr="00C85550">
              <w:rPr>
                <w:rFonts w:ascii="Times New Roman" w:hAnsi="Times New Roman"/>
                <w:sz w:val="20"/>
              </w:rPr>
              <w:t>N1–N2–C2</w:t>
            </w:r>
          </w:p>
        </w:tc>
        <w:tc>
          <w:tcPr>
            <w:tcW w:w="1438" w:type="dxa"/>
            <w:vAlign w:val="center"/>
          </w:tcPr>
          <w:p w14:paraId="2B118D9B" w14:textId="77777777" w:rsidR="00A1363E" w:rsidRPr="00C85550" w:rsidRDefault="00A1363E" w:rsidP="00B520E7">
            <w:pPr>
              <w:rPr>
                <w:rFonts w:ascii="Times New Roman" w:hAnsi="Times New Roman"/>
              </w:rPr>
            </w:pPr>
            <w:r w:rsidRPr="00C85550">
              <w:rPr>
                <w:rFonts w:ascii="Times New Roman" w:hAnsi="Times New Roman"/>
                <w:sz w:val="20"/>
              </w:rPr>
              <w:t>119.4(2)</w:t>
            </w:r>
          </w:p>
        </w:tc>
      </w:tr>
      <w:tr w:rsidR="00A1363E" w:rsidRPr="00C85550" w14:paraId="7B1E586E" w14:textId="77777777" w:rsidTr="00B520E7">
        <w:trPr>
          <w:trHeight w:val="283"/>
        </w:trPr>
        <w:tc>
          <w:tcPr>
            <w:tcW w:w="1436" w:type="dxa"/>
            <w:vAlign w:val="center"/>
          </w:tcPr>
          <w:p w14:paraId="4612D582" w14:textId="77777777" w:rsidR="00A1363E" w:rsidRPr="00C85550" w:rsidRDefault="00A1363E" w:rsidP="00B520E7">
            <w:pPr>
              <w:rPr>
                <w:rFonts w:ascii="Times New Roman" w:hAnsi="Times New Roman"/>
              </w:rPr>
            </w:pPr>
            <w:r w:rsidRPr="00C85550">
              <w:rPr>
                <w:rFonts w:ascii="Times New Roman" w:hAnsi="Times New Roman"/>
                <w:sz w:val="20"/>
              </w:rPr>
              <w:t>O2–C2–N2</w:t>
            </w:r>
          </w:p>
        </w:tc>
        <w:tc>
          <w:tcPr>
            <w:tcW w:w="1438" w:type="dxa"/>
            <w:vAlign w:val="center"/>
          </w:tcPr>
          <w:p w14:paraId="5B95C3ED" w14:textId="77777777" w:rsidR="00A1363E" w:rsidRPr="00C85550" w:rsidRDefault="00A1363E" w:rsidP="00B520E7">
            <w:pPr>
              <w:rPr>
                <w:rFonts w:ascii="Times New Roman" w:hAnsi="Times New Roman"/>
              </w:rPr>
            </w:pPr>
            <w:r w:rsidRPr="00C85550">
              <w:rPr>
                <w:rFonts w:ascii="Times New Roman" w:hAnsi="Times New Roman"/>
                <w:sz w:val="20"/>
              </w:rPr>
              <w:t>121.7(3)</w:t>
            </w:r>
          </w:p>
        </w:tc>
        <w:tc>
          <w:tcPr>
            <w:tcW w:w="1437" w:type="dxa"/>
            <w:vAlign w:val="center"/>
          </w:tcPr>
          <w:p w14:paraId="1B8A43ED" w14:textId="77777777" w:rsidR="00A1363E" w:rsidRPr="00C85550" w:rsidRDefault="00A1363E" w:rsidP="00B520E7">
            <w:pPr>
              <w:rPr>
                <w:rFonts w:ascii="Times New Roman" w:hAnsi="Times New Roman"/>
              </w:rPr>
            </w:pPr>
            <w:r w:rsidRPr="00C85550">
              <w:rPr>
                <w:rFonts w:ascii="Times New Roman" w:hAnsi="Times New Roman"/>
                <w:sz w:val="20"/>
              </w:rPr>
              <w:t>C1–C9–C14</w:t>
            </w:r>
          </w:p>
        </w:tc>
        <w:tc>
          <w:tcPr>
            <w:tcW w:w="1438" w:type="dxa"/>
            <w:vAlign w:val="center"/>
          </w:tcPr>
          <w:p w14:paraId="225C92FF" w14:textId="77777777" w:rsidR="00A1363E" w:rsidRPr="00C85550" w:rsidRDefault="00A1363E" w:rsidP="00B520E7">
            <w:pPr>
              <w:rPr>
                <w:rFonts w:ascii="Times New Roman" w:hAnsi="Times New Roman"/>
              </w:rPr>
            </w:pPr>
            <w:r w:rsidRPr="00C85550">
              <w:rPr>
                <w:rFonts w:ascii="Times New Roman" w:hAnsi="Times New Roman"/>
                <w:sz w:val="20"/>
              </w:rPr>
              <w:t>122.5(3)</w:t>
            </w:r>
          </w:p>
        </w:tc>
        <w:tc>
          <w:tcPr>
            <w:tcW w:w="1437" w:type="dxa"/>
            <w:vAlign w:val="center"/>
          </w:tcPr>
          <w:p w14:paraId="54800771" w14:textId="77777777" w:rsidR="00A1363E" w:rsidRPr="00C85550" w:rsidRDefault="00A1363E" w:rsidP="00B520E7">
            <w:pPr>
              <w:rPr>
                <w:rFonts w:ascii="Times New Roman" w:hAnsi="Times New Roman"/>
              </w:rPr>
            </w:pPr>
            <w:r w:rsidRPr="00C85550">
              <w:rPr>
                <w:rFonts w:ascii="Times New Roman" w:hAnsi="Times New Roman"/>
                <w:sz w:val="20"/>
              </w:rPr>
              <w:t>N1–N2–H2</w:t>
            </w:r>
          </w:p>
        </w:tc>
        <w:tc>
          <w:tcPr>
            <w:tcW w:w="1438" w:type="dxa"/>
            <w:vAlign w:val="center"/>
          </w:tcPr>
          <w:p w14:paraId="4EAA6CD7" w14:textId="77777777" w:rsidR="00A1363E" w:rsidRPr="00C85550" w:rsidRDefault="00A1363E" w:rsidP="00B520E7">
            <w:pPr>
              <w:rPr>
                <w:rFonts w:ascii="Times New Roman" w:hAnsi="Times New Roman"/>
              </w:rPr>
            </w:pPr>
            <w:r w:rsidRPr="00C85550">
              <w:rPr>
                <w:rFonts w:ascii="Times New Roman" w:hAnsi="Times New Roman"/>
                <w:sz w:val="20"/>
              </w:rPr>
              <w:t>119(3)</w:t>
            </w:r>
          </w:p>
        </w:tc>
      </w:tr>
      <w:tr w:rsidR="00A1363E" w:rsidRPr="00C85550" w14:paraId="25D9574F" w14:textId="77777777" w:rsidTr="00B520E7">
        <w:trPr>
          <w:trHeight w:val="283"/>
        </w:trPr>
        <w:tc>
          <w:tcPr>
            <w:tcW w:w="1436" w:type="dxa"/>
            <w:vAlign w:val="center"/>
          </w:tcPr>
          <w:p w14:paraId="56337C7B" w14:textId="77777777" w:rsidR="00A1363E" w:rsidRPr="00C85550" w:rsidRDefault="00A1363E" w:rsidP="00B520E7">
            <w:pPr>
              <w:rPr>
                <w:rFonts w:ascii="Times New Roman" w:hAnsi="Times New Roman"/>
              </w:rPr>
            </w:pPr>
            <w:r w:rsidRPr="00C85550">
              <w:rPr>
                <w:rFonts w:ascii="Times New Roman" w:hAnsi="Times New Roman"/>
                <w:sz w:val="20"/>
              </w:rPr>
              <w:t>C2–C3–C4</w:t>
            </w:r>
          </w:p>
        </w:tc>
        <w:tc>
          <w:tcPr>
            <w:tcW w:w="1438" w:type="dxa"/>
            <w:vAlign w:val="center"/>
          </w:tcPr>
          <w:p w14:paraId="103B52BA" w14:textId="77777777" w:rsidR="00A1363E" w:rsidRPr="00C85550" w:rsidRDefault="00A1363E" w:rsidP="00B520E7">
            <w:pPr>
              <w:rPr>
                <w:rFonts w:ascii="Times New Roman" w:hAnsi="Times New Roman"/>
              </w:rPr>
            </w:pPr>
            <w:r w:rsidRPr="00C85550">
              <w:rPr>
                <w:rFonts w:ascii="Times New Roman" w:hAnsi="Times New Roman"/>
                <w:sz w:val="20"/>
              </w:rPr>
              <w:t>120.2(3)</w:t>
            </w:r>
          </w:p>
        </w:tc>
        <w:tc>
          <w:tcPr>
            <w:tcW w:w="1437" w:type="dxa"/>
            <w:vAlign w:val="center"/>
          </w:tcPr>
          <w:p w14:paraId="4EE16D74" w14:textId="77777777" w:rsidR="00A1363E" w:rsidRPr="00C85550" w:rsidRDefault="00A1363E" w:rsidP="00B520E7">
            <w:pPr>
              <w:rPr>
                <w:rFonts w:ascii="Times New Roman" w:hAnsi="Times New Roman"/>
              </w:rPr>
            </w:pPr>
            <w:r w:rsidRPr="00C85550">
              <w:rPr>
                <w:rFonts w:ascii="Times New Roman" w:hAnsi="Times New Roman"/>
                <w:sz w:val="20"/>
              </w:rPr>
              <w:t>C10–C9–C14</w:t>
            </w:r>
          </w:p>
        </w:tc>
        <w:tc>
          <w:tcPr>
            <w:tcW w:w="1438" w:type="dxa"/>
            <w:vAlign w:val="center"/>
          </w:tcPr>
          <w:p w14:paraId="3930EAB6" w14:textId="77777777" w:rsidR="00A1363E" w:rsidRPr="00C85550" w:rsidRDefault="00A1363E" w:rsidP="00B520E7">
            <w:pPr>
              <w:rPr>
                <w:rFonts w:ascii="Times New Roman" w:hAnsi="Times New Roman"/>
              </w:rPr>
            </w:pPr>
            <w:r w:rsidRPr="00C85550">
              <w:rPr>
                <w:rFonts w:ascii="Times New Roman" w:hAnsi="Times New Roman"/>
                <w:sz w:val="20"/>
              </w:rPr>
              <w:t>118.9(3)</w:t>
            </w:r>
          </w:p>
        </w:tc>
        <w:tc>
          <w:tcPr>
            <w:tcW w:w="1437" w:type="dxa"/>
            <w:vAlign w:val="center"/>
          </w:tcPr>
          <w:p w14:paraId="24A90D5A" w14:textId="77777777" w:rsidR="00A1363E" w:rsidRPr="00C85550" w:rsidRDefault="00A1363E" w:rsidP="00B520E7">
            <w:pPr>
              <w:rPr>
                <w:rFonts w:ascii="Times New Roman" w:hAnsi="Times New Roman"/>
              </w:rPr>
            </w:pPr>
            <w:r w:rsidRPr="00C85550">
              <w:rPr>
                <w:rFonts w:ascii="Times New Roman" w:hAnsi="Times New Roman"/>
                <w:sz w:val="20"/>
              </w:rPr>
              <w:t>C8–N3–H3A</w:t>
            </w:r>
          </w:p>
        </w:tc>
        <w:tc>
          <w:tcPr>
            <w:tcW w:w="1438" w:type="dxa"/>
            <w:vAlign w:val="center"/>
          </w:tcPr>
          <w:p w14:paraId="0472093F" w14:textId="77777777" w:rsidR="00A1363E" w:rsidRPr="00C85550" w:rsidRDefault="00A1363E" w:rsidP="00B520E7">
            <w:pPr>
              <w:rPr>
                <w:rFonts w:ascii="Times New Roman" w:hAnsi="Times New Roman"/>
              </w:rPr>
            </w:pPr>
            <w:r w:rsidRPr="00C85550">
              <w:rPr>
                <w:rFonts w:ascii="Times New Roman" w:hAnsi="Times New Roman"/>
                <w:sz w:val="20"/>
              </w:rPr>
              <w:t>120(2)</w:t>
            </w:r>
          </w:p>
        </w:tc>
      </w:tr>
      <w:tr w:rsidR="00A1363E" w:rsidRPr="00C85550" w14:paraId="7607BA90" w14:textId="77777777" w:rsidTr="00B520E7">
        <w:trPr>
          <w:trHeight w:val="283"/>
        </w:trPr>
        <w:tc>
          <w:tcPr>
            <w:tcW w:w="1436" w:type="dxa"/>
            <w:vAlign w:val="center"/>
          </w:tcPr>
          <w:p w14:paraId="1DF725A0" w14:textId="77777777" w:rsidR="00A1363E" w:rsidRPr="00C85550" w:rsidRDefault="00A1363E" w:rsidP="00B520E7">
            <w:pPr>
              <w:rPr>
                <w:rFonts w:ascii="Times New Roman" w:hAnsi="Times New Roman"/>
              </w:rPr>
            </w:pPr>
            <w:r w:rsidRPr="00C85550">
              <w:rPr>
                <w:rFonts w:ascii="Times New Roman" w:hAnsi="Times New Roman"/>
                <w:sz w:val="20"/>
              </w:rPr>
              <w:t>C2–C3–C8</w:t>
            </w:r>
          </w:p>
        </w:tc>
        <w:tc>
          <w:tcPr>
            <w:tcW w:w="1438" w:type="dxa"/>
            <w:vAlign w:val="center"/>
          </w:tcPr>
          <w:p w14:paraId="2D6B403F" w14:textId="77777777" w:rsidR="00A1363E" w:rsidRPr="00C85550" w:rsidRDefault="00A1363E" w:rsidP="00B520E7">
            <w:pPr>
              <w:rPr>
                <w:rFonts w:ascii="Times New Roman" w:hAnsi="Times New Roman"/>
              </w:rPr>
            </w:pPr>
            <w:r w:rsidRPr="00C85550">
              <w:rPr>
                <w:rFonts w:ascii="Times New Roman" w:hAnsi="Times New Roman"/>
                <w:sz w:val="20"/>
              </w:rPr>
              <w:t>120.4(3)</w:t>
            </w:r>
          </w:p>
        </w:tc>
        <w:tc>
          <w:tcPr>
            <w:tcW w:w="1437" w:type="dxa"/>
            <w:vAlign w:val="center"/>
          </w:tcPr>
          <w:p w14:paraId="068C718E" w14:textId="77777777" w:rsidR="00A1363E" w:rsidRPr="00C85550" w:rsidRDefault="00A1363E" w:rsidP="00B520E7">
            <w:pPr>
              <w:rPr>
                <w:rFonts w:ascii="Times New Roman" w:hAnsi="Times New Roman"/>
              </w:rPr>
            </w:pPr>
            <w:r w:rsidRPr="00C85550">
              <w:rPr>
                <w:rFonts w:ascii="Times New Roman" w:hAnsi="Times New Roman"/>
                <w:sz w:val="20"/>
              </w:rPr>
              <w:t>C9–C10–C11</w:t>
            </w:r>
          </w:p>
        </w:tc>
        <w:tc>
          <w:tcPr>
            <w:tcW w:w="1438" w:type="dxa"/>
            <w:vAlign w:val="center"/>
          </w:tcPr>
          <w:p w14:paraId="54ECFEB2" w14:textId="77777777" w:rsidR="00A1363E" w:rsidRPr="00C85550" w:rsidRDefault="00A1363E" w:rsidP="00B520E7">
            <w:pPr>
              <w:rPr>
                <w:rFonts w:ascii="Times New Roman" w:hAnsi="Times New Roman"/>
              </w:rPr>
            </w:pPr>
            <w:r w:rsidRPr="00C85550">
              <w:rPr>
                <w:rFonts w:ascii="Times New Roman" w:hAnsi="Times New Roman"/>
                <w:sz w:val="20"/>
              </w:rPr>
              <w:t>121.0(3)</w:t>
            </w:r>
          </w:p>
        </w:tc>
        <w:tc>
          <w:tcPr>
            <w:tcW w:w="1437" w:type="dxa"/>
            <w:vAlign w:val="center"/>
          </w:tcPr>
          <w:p w14:paraId="22F3CFA7" w14:textId="77777777" w:rsidR="00A1363E" w:rsidRPr="00C85550" w:rsidRDefault="00A1363E" w:rsidP="00B520E7">
            <w:pPr>
              <w:rPr>
                <w:rFonts w:ascii="Times New Roman" w:hAnsi="Times New Roman"/>
              </w:rPr>
            </w:pPr>
            <w:r w:rsidRPr="00C85550">
              <w:rPr>
                <w:rFonts w:ascii="Times New Roman" w:hAnsi="Times New Roman"/>
                <w:sz w:val="20"/>
              </w:rPr>
              <w:t>C8–N3–H3B</w:t>
            </w:r>
          </w:p>
        </w:tc>
        <w:tc>
          <w:tcPr>
            <w:tcW w:w="1438" w:type="dxa"/>
            <w:vAlign w:val="center"/>
          </w:tcPr>
          <w:p w14:paraId="7E71FD1A" w14:textId="77777777" w:rsidR="00A1363E" w:rsidRPr="00C85550" w:rsidRDefault="00A1363E" w:rsidP="00B520E7">
            <w:pPr>
              <w:rPr>
                <w:rFonts w:ascii="Times New Roman" w:hAnsi="Times New Roman"/>
              </w:rPr>
            </w:pPr>
            <w:r w:rsidRPr="00C85550">
              <w:rPr>
                <w:rFonts w:ascii="Times New Roman" w:hAnsi="Times New Roman"/>
                <w:sz w:val="20"/>
              </w:rPr>
              <w:t>114(2)</w:t>
            </w:r>
          </w:p>
        </w:tc>
      </w:tr>
      <w:tr w:rsidR="00A1363E" w:rsidRPr="00C85550" w14:paraId="096B56B2" w14:textId="77777777" w:rsidTr="00B520E7">
        <w:trPr>
          <w:trHeight w:val="283"/>
        </w:trPr>
        <w:tc>
          <w:tcPr>
            <w:tcW w:w="1436" w:type="dxa"/>
            <w:vAlign w:val="center"/>
          </w:tcPr>
          <w:p w14:paraId="218D2AB7" w14:textId="77777777" w:rsidR="00A1363E" w:rsidRPr="00C85550" w:rsidRDefault="00A1363E" w:rsidP="00B520E7">
            <w:pPr>
              <w:rPr>
                <w:rFonts w:ascii="Times New Roman" w:hAnsi="Times New Roman"/>
              </w:rPr>
            </w:pPr>
            <w:r w:rsidRPr="00C85550">
              <w:rPr>
                <w:rFonts w:ascii="Times New Roman" w:hAnsi="Times New Roman"/>
                <w:sz w:val="20"/>
              </w:rPr>
              <w:t>C4–C3–C8</w:t>
            </w:r>
          </w:p>
        </w:tc>
        <w:tc>
          <w:tcPr>
            <w:tcW w:w="1438" w:type="dxa"/>
            <w:vAlign w:val="center"/>
          </w:tcPr>
          <w:p w14:paraId="3FAC6075" w14:textId="77777777" w:rsidR="00A1363E" w:rsidRPr="00C85550" w:rsidRDefault="00A1363E" w:rsidP="00B520E7">
            <w:pPr>
              <w:rPr>
                <w:rFonts w:ascii="Times New Roman" w:hAnsi="Times New Roman"/>
              </w:rPr>
            </w:pPr>
            <w:r w:rsidRPr="00C85550">
              <w:rPr>
                <w:rFonts w:ascii="Times New Roman" w:hAnsi="Times New Roman"/>
                <w:sz w:val="20"/>
              </w:rPr>
              <w:t>119.2(3)</w:t>
            </w:r>
          </w:p>
        </w:tc>
        <w:tc>
          <w:tcPr>
            <w:tcW w:w="1437" w:type="dxa"/>
            <w:vAlign w:val="center"/>
          </w:tcPr>
          <w:p w14:paraId="52FD4843" w14:textId="77777777" w:rsidR="00A1363E" w:rsidRPr="00C85550" w:rsidRDefault="00A1363E" w:rsidP="00B520E7">
            <w:pPr>
              <w:rPr>
                <w:rFonts w:ascii="Times New Roman" w:hAnsi="Times New Roman"/>
              </w:rPr>
            </w:pPr>
            <w:r w:rsidRPr="00C85550">
              <w:rPr>
                <w:rFonts w:ascii="Times New Roman" w:hAnsi="Times New Roman"/>
                <w:sz w:val="20"/>
              </w:rPr>
              <w:t>C10–C11–C12</w:t>
            </w:r>
          </w:p>
        </w:tc>
        <w:tc>
          <w:tcPr>
            <w:tcW w:w="1438" w:type="dxa"/>
            <w:vAlign w:val="center"/>
          </w:tcPr>
          <w:p w14:paraId="59CA116C" w14:textId="77777777" w:rsidR="00A1363E" w:rsidRPr="00C85550" w:rsidRDefault="00A1363E" w:rsidP="00B520E7">
            <w:pPr>
              <w:rPr>
                <w:rFonts w:ascii="Times New Roman" w:hAnsi="Times New Roman"/>
              </w:rPr>
            </w:pPr>
            <w:r w:rsidRPr="00C85550">
              <w:rPr>
                <w:rFonts w:ascii="Times New Roman" w:hAnsi="Times New Roman"/>
                <w:sz w:val="20"/>
              </w:rPr>
              <w:t>120.0(3)</w:t>
            </w:r>
          </w:p>
        </w:tc>
        <w:tc>
          <w:tcPr>
            <w:tcW w:w="1437" w:type="dxa"/>
            <w:vAlign w:val="center"/>
          </w:tcPr>
          <w:p w14:paraId="380B4955" w14:textId="77777777" w:rsidR="00A1363E" w:rsidRPr="00C85550" w:rsidRDefault="00A1363E" w:rsidP="00B520E7">
            <w:pPr>
              <w:rPr>
                <w:rFonts w:ascii="Times New Roman" w:hAnsi="Times New Roman"/>
              </w:rPr>
            </w:pPr>
            <w:r w:rsidRPr="00C85550">
              <w:rPr>
                <w:rFonts w:ascii="Times New Roman" w:hAnsi="Times New Roman"/>
                <w:sz w:val="20"/>
              </w:rPr>
              <w:t>H3A–N3–H3B</w:t>
            </w:r>
          </w:p>
        </w:tc>
        <w:tc>
          <w:tcPr>
            <w:tcW w:w="1438" w:type="dxa"/>
            <w:vAlign w:val="center"/>
          </w:tcPr>
          <w:p w14:paraId="24090757" w14:textId="77777777" w:rsidR="00A1363E" w:rsidRPr="00C85550" w:rsidRDefault="00A1363E" w:rsidP="00B520E7">
            <w:pPr>
              <w:rPr>
                <w:rFonts w:ascii="Times New Roman" w:hAnsi="Times New Roman"/>
              </w:rPr>
            </w:pPr>
            <w:r w:rsidRPr="00C85550">
              <w:rPr>
                <w:rFonts w:ascii="Times New Roman" w:hAnsi="Times New Roman"/>
                <w:sz w:val="20"/>
              </w:rPr>
              <w:t>121(3)</w:t>
            </w:r>
          </w:p>
        </w:tc>
      </w:tr>
      <w:tr w:rsidR="00A1363E" w:rsidRPr="00C85550" w14:paraId="4F6C4A22" w14:textId="77777777" w:rsidTr="00B520E7">
        <w:trPr>
          <w:trHeight w:val="283"/>
        </w:trPr>
        <w:tc>
          <w:tcPr>
            <w:tcW w:w="1436" w:type="dxa"/>
            <w:vAlign w:val="center"/>
          </w:tcPr>
          <w:p w14:paraId="75E9A614" w14:textId="77777777" w:rsidR="00A1363E" w:rsidRPr="00C85550" w:rsidRDefault="00A1363E" w:rsidP="00B520E7">
            <w:pPr>
              <w:rPr>
                <w:rFonts w:ascii="Times New Roman" w:hAnsi="Times New Roman"/>
              </w:rPr>
            </w:pPr>
            <w:r w:rsidRPr="00C85550">
              <w:rPr>
                <w:rFonts w:ascii="Times New Roman" w:hAnsi="Times New Roman"/>
                <w:sz w:val="20"/>
              </w:rPr>
              <w:t>C3–C4–C5</w:t>
            </w:r>
          </w:p>
        </w:tc>
        <w:tc>
          <w:tcPr>
            <w:tcW w:w="1438" w:type="dxa"/>
            <w:vAlign w:val="center"/>
          </w:tcPr>
          <w:p w14:paraId="1F954F0B" w14:textId="77777777" w:rsidR="00A1363E" w:rsidRPr="00C85550" w:rsidRDefault="00A1363E" w:rsidP="00B520E7">
            <w:pPr>
              <w:rPr>
                <w:rFonts w:ascii="Times New Roman" w:hAnsi="Times New Roman"/>
              </w:rPr>
            </w:pPr>
            <w:r w:rsidRPr="00C85550">
              <w:rPr>
                <w:rFonts w:ascii="Times New Roman" w:hAnsi="Times New Roman"/>
                <w:sz w:val="20"/>
              </w:rPr>
              <w:t>121.3(3)</w:t>
            </w:r>
          </w:p>
        </w:tc>
        <w:tc>
          <w:tcPr>
            <w:tcW w:w="1437" w:type="dxa"/>
            <w:vAlign w:val="center"/>
          </w:tcPr>
          <w:p w14:paraId="3E06238D" w14:textId="77777777" w:rsidR="00A1363E" w:rsidRPr="00C85550" w:rsidRDefault="00A1363E" w:rsidP="00B520E7">
            <w:pPr>
              <w:rPr>
                <w:rFonts w:ascii="Times New Roman" w:hAnsi="Times New Roman"/>
              </w:rPr>
            </w:pPr>
            <w:r w:rsidRPr="00C85550">
              <w:rPr>
                <w:rFonts w:ascii="Times New Roman" w:hAnsi="Times New Roman"/>
                <w:sz w:val="20"/>
              </w:rPr>
              <w:t>O3–C11–C10</w:t>
            </w:r>
          </w:p>
        </w:tc>
        <w:tc>
          <w:tcPr>
            <w:tcW w:w="1438" w:type="dxa"/>
            <w:vAlign w:val="center"/>
          </w:tcPr>
          <w:p w14:paraId="0C8EA7CD" w14:textId="77777777" w:rsidR="00A1363E" w:rsidRPr="00C85550" w:rsidRDefault="00A1363E" w:rsidP="00B520E7">
            <w:pPr>
              <w:rPr>
                <w:rFonts w:ascii="Times New Roman" w:hAnsi="Times New Roman"/>
              </w:rPr>
            </w:pPr>
            <w:r w:rsidRPr="00C85550">
              <w:rPr>
                <w:rFonts w:ascii="Times New Roman" w:hAnsi="Times New Roman"/>
                <w:sz w:val="20"/>
              </w:rPr>
              <w:t>116.0(3)</w:t>
            </w:r>
          </w:p>
        </w:tc>
        <w:tc>
          <w:tcPr>
            <w:tcW w:w="1437" w:type="dxa"/>
            <w:vAlign w:val="center"/>
          </w:tcPr>
          <w:p w14:paraId="57C81333" w14:textId="77777777" w:rsidR="00A1363E" w:rsidRPr="00C85550" w:rsidRDefault="00A1363E" w:rsidP="00B520E7">
            <w:pPr>
              <w:rPr>
                <w:rFonts w:ascii="Times New Roman" w:hAnsi="Times New Roman"/>
              </w:rPr>
            </w:pPr>
            <w:r w:rsidRPr="00C85550">
              <w:rPr>
                <w:rFonts w:ascii="Times New Roman" w:hAnsi="Times New Roman"/>
                <w:sz w:val="20"/>
              </w:rPr>
              <w:t>C14–O1–H1</w:t>
            </w:r>
          </w:p>
        </w:tc>
        <w:tc>
          <w:tcPr>
            <w:tcW w:w="1438" w:type="dxa"/>
            <w:vAlign w:val="center"/>
          </w:tcPr>
          <w:p w14:paraId="3195806B" w14:textId="77777777" w:rsidR="00A1363E" w:rsidRPr="00C85550" w:rsidRDefault="00A1363E" w:rsidP="00B520E7">
            <w:pPr>
              <w:rPr>
                <w:rFonts w:ascii="Times New Roman" w:hAnsi="Times New Roman"/>
              </w:rPr>
            </w:pPr>
            <w:r w:rsidRPr="00C85550">
              <w:rPr>
                <w:rFonts w:ascii="Times New Roman" w:hAnsi="Times New Roman"/>
                <w:sz w:val="20"/>
              </w:rPr>
              <w:t>106(2)</w:t>
            </w:r>
          </w:p>
        </w:tc>
      </w:tr>
      <w:tr w:rsidR="00A1363E" w:rsidRPr="00C85550" w14:paraId="2534E18F" w14:textId="77777777" w:rsidTr="00B520E7">
        <w:trPr>
          <w:trHeight w:val="283"/>
        </w:trPr>
        <w:tc>
          <w:tcPr>
            <w:tcW w:w="1436" w:type="dxa"/>
            <w:vAlign w:val="center"/>
          </w:tcPr>
          <w:p w14:paraId="0864DC36" w14:textId="77777777" w:rsidR="00A1363E" w:rsidRPr="00C85550" w:rsidRDefault="00A1363E" w:rsidP="00B520E7">
            <w:pPr>
              <w:rPr>
                <w:rFonts w:ascii="Times New Roman" w:hAnsi="Times New Roman"/>
              </w:rPr>
            </w:pPr>
            <w:r w:rsidRPr="00C85550">
              <w:rPr>
                <w:rFonts w:ascii="Times New Roman" w:hAnsi="Times New Roman"/>
                <w:sz w:val="20"/>
              </w:rPr>
              <w:t>C4–C5–C6</w:t>
            </w:r>
          </w:p>
        </w:tc>
        <w:tc>
          <w:tcPr>
            <w:tcW w:w="1438" w:type="dxa"/>
            <w:vAlign w:val="center"/>
          </w:tcPr>
          <w:p w14:paraId="2060BFA3" w14:textId="77777777" w:rsidR="00A1363E" w:rsidRPr="00C85550" w:rsidRDefault="00A1363E" w:rsidP="00B520E7">
            <w:pPr>
              <w:rPr>
                <w:rFonts w:ascii="Times New Roman" w:hAnsi="Times New Roman"/>
              </w:rPr>
            </w:pPr>
            <w:r w:rsidRPr="00C85550">
              <w:rPr>
                <w:rFonts w:ascii="Times New Roman" w:hAnsi="Times New Roman"/>
                <w:sz w:val="20"/>
              </w:rPr>
              <w:t>119.3(3)</w:t>
            </w:r>
          </w:p>
        </w:tc>
        <w:tc>
          <w:tcPr>
            <w:tcW w:w="1437" w:type="dxa"/>
            <w:vAlign w:val="center"/>
          </w:tcPr>
          <w:p w14:paraId="3AA496A6" w14:textId="77777777" w:rsidR="00A1363E" w:rsidRPr="00C85550" w:rsidRDefault="00A1363E" w:rsidP="00B520E7">
            <w:pPr>
              <w:rPr>
                <w:rFonts w:ascii="Times New Roman" w:hAnsi="Times New Roman"/>
              </w:rPr>
            </w:pPr>
            <w:r w:rsidRPr="00C85550">
              <w:rPr>
                <w:rFonts w:ascii="Times New Roman" w:hAnsi="Times New Roman"/>
                <w:sz w:val="20"/>
              </w:rPr>
              <w:t>O3–C11–C12</w:t>
            </w:r>
          </w:p>
        </w:tc>
        <w:tc>
          <w:tcPr>
            <w:tcW w:w="1438" w:type="dxa"/>
            <w:vAlign w:val="center"/>
          </w:tcPr>
          <w:p w14:paraId="57342E41" w14:textId="77777777" w:rsidR="00A1363E" w:rsidRPr="00C85550" w:rsidRDefault="00A1363E" w:rsidP="00B520E7">
            <w:pPr>
              <w:rPr>
                <w:rFonts w:ascii="Times New Roman" w:hAnsi="Times New Roman"/>
              </w:rPr>
            </w:pPr>
            <w:r w:rsidRPr="00C85550">
              <w:rPr>
                <w:rFonts w:ascii="Times New Roman" w:hAnsi="Times New Roman"/>
                <w:sz w:val="20"/>
              </w:rPr>
              <w:t>124.0(3)</w:t>
            </w:r>
          </w:p>
        </w:tc>
        <w:tc>
          <w:tcPr>
            <w:tcW w:w="1437" w:type="dxa"/>
            <w:vAlign w:val="center"/>
          </w:tcPr>
          <w:p w14:paraId="07DF4630" w14:textId="77777777" w:rsidR="00A1363E" w:rsidRPr="00C85550" w:rsidRDefault="00A1363E" w:rsidP="00B520E7">
            <w:pPr>
              <w:rPr>
                <w:rFonts w:ascii="Times New Roman" w:hAnsi="Times New Roman"/>
              </w:rPr>
            </w:pPr>
            <w:r w:rsidRPr="00C85550">
              <w:rPr>
                <w:rFonts w:ascii="Times New Roman" w:hAnsi="Times New Roman"/>
                <w:sz w:val="20"/>
              </w:rPr>
              <w:t>C11–O3–C15</w:t>
            </w:r>
          </w:p>
        </w:tc>
        <w:tc>
          <w:tcPr>
            <w:tcW w:w="1438" w:type="dxa"/>
            <w:vAlign w:val="center"/>
          </w:tcPr>
          <w:p w14:paraId="1B94595C" w14:textId="77777777" w:rsidR="00A1363E" w:rsidRPr="00C85550" w:rsidRDefault="00A1363E" w:rsidP="00B520E7">
            <w:pPr>
              <w:rPr>
                <w:rFonts w:ascii="Times New Roman" w:hAnsi="Times New Roman"/>
              </w:rPr>
            </w:pPr>
            <w:r w:rsidRPr="00C85550">
              <w:rPr>
                <w:rFonts w:ascii="Times New Roman" w:hAnsi="Times New Roman"/>
                <w:sz w:val="20"/>
              </w:rPr>
              <w:t>117.5(3)</w:t>
            </w:r>
          </w:p>
        </w:tc>
      </w:tr>
      <w:tr w:rsidR="00A1363E" w:rsidRPr="00C85550" w14:paraId="52193AF0" w14:textId="77777777" w:rsidTr="00B520E7">
        <w:trPr>
          <w:trHeight w:val="283"/>
        </w:trPr>
        <w:tc>
          <w:tcPr>
            <w:tcW w:w="1436" w:type="dxa"/>
            <w:vAlign w:val="center"/>
          </w:tcPr>
          <w:p w14:paraId="78BDFB32" w14:textId="77777777" w:rsidR="00A1363E" w:rsidRPr="00C85550" w:rsidRDefault="00A1363E" w:rsidP="00B520E7">
            <w:pPr>
              <w:rPr>
                <w:rFonts w:ascii="Times New Roman" w:hAnsi="Times New Roman"/>
              </w:rPr>
            </w:pPr>
            <w:r w:rsidRPr="00C85550">
              <w:rPr>
                <w:rFonts w:ascii="Times New Roman" w:hAnsi="Times New Roman"/>
                <w:sz w:val="20"/>
              </w:rPr>
              <w:t>C5–C6–C7</w:t>
            </w:r>
          </w:p>
        </w:tc>
        <w:tc>
          <w:tcPr>
            <w:tcW w:w="1438" w:type="dxa"/>
            <w:vAlign w:val="center"/>
          </w:tcPr>
          <w:p w14:paraId="2B5A9B9C" w14:textId="77777777" w:rsidR="00A1363E" w:rsidRPr="00C85550" w:rsidRDefault="00A1363E" w:rsidP="00B520E7">
            <w:pPr>
              <w:rPr>
                <w:rFonts w:ascii="Times New Roman" w:hAnsi="Times New Roman"/>
              </w:rPr>
            </w:pPr>
            <w:r w:rsidRPr="00C85550">
              <w:rPr>
                <w:rFonts w:ascii="Times New Roman" w:hAnsi="Times New Roman"/>
                <w:sz w:val="20"/>
              </w:rPr>
              <w:t>120.6(3)</w:t>
            </w:r>
          </w:p>
        </w:tc>
        <w:tc>
          <w:tcPr>
            <w:tcW w:w="1437" w:type="dxa"/>
            <w:vAlign w:val="center"/>
          </w:tcPr>
          <w:p w14:paraId="4E107F9F" w14:textId="77777777" w:rsidR="00A1363E" w:rsidRPr="00C85550" w:rsidRDefault="00A1363E" w:rsidP="00B520E7">
            <w:pPr>
              <w:rPr>
                <w:rFonts w:ascii="Times New Roman" w:hAnsi="Times New Roman"/>
              </w:rPr>
            </w:pPr>
            <w:r w:rsidRPr="00C85550">
              <w:rPr>
                <w:rFonts w:ascii="Times New Roman" w:hAnsi="Times New Roman"/>
                <w:sz w:val="20"/>
              </w:rPr>
              <w:t>C11–C12–C13</w:t>
            </w:r>
          </w:p>
        </w:tc>
        <w:tc>
          <w:tcPr>
            <w:tcW w:w="1438" w:type="dxa"/>
            <w:vAlign w:val="center"/>
          </w:tcPr>
          <w:p w14:paraId="69FCC955" w14:textId="77777777" w:rsidR="00A1363E" w:rsidRPr="00C85550" w:rsidRDefault="00A1363E" w:rsidP="00B520E7">
            <w:pPr>
              <w:rPr>
                <w:rFonts w:ascii="Times New Roman" w:hAnsi="Times New Roman"/>
              </w:rPr>
            </w:pPr>
            <w:r w:rsidRPr="00C85550">
              <w:rPr>
                <w:rFonts w:ascii="Times New Roman" w:hAnsi="Times New Roman"/>
                <w:sz w:val="20"/>
              </w:rPr>
              <w:t>119.7(3)</w:t>
            </w:r>
          </w:p>
        </w:tc>
        <w:tc>
          <w:tcPr>
            <w:tcW w:w="1437" w:type="dxa"/>
            <w:vAlign w:val="center"/>
          </w:tcPr>
          <w:p w14:paraId="21C4A22A" w14:textId="77777777" w:rsidR="00A1363E" w:rsidRPr="00C85550" w:rsidRDefault="00A1363E" w:rsidP="00B520E7">
            <w:pPr>
              <w:rPr>
                <w:rFonts w:ascii="Times New Roman" w:hAnsi="Times New Roman"/>
              </w:rPr>
            </w:pPr>
          </w:p>
        </w:tc>
        <w:tc>
          <w:tcPr>
            <w:tcW w:w="1438" w:type="dxa"/>
            <w:vAlign w:val="center"/>
          </w:tcPr>
          <w:p w14:paraId="0F8DE866" w14:textId="77777777" w:rsidR="00A1363E" w:rsidRPr="00C85550" w:rsidRDefault="00A1363E" w:rsidP="00B520E7">
            <w:pPr>
              <w:rPr>
                <w:rFonts w:ascii="Times New Roman" w:hAnsi="Times New Roman"/>
              </w:rPr>
            </w:pPr>
          </w:p>
        </w:tc>
      </w:tr>
      <w:tr w:rsidR="00A1363E" w:rsidRPr="00C85550" w14:paraId="66524E67" w14:textId="77777777" w:rsidTr="00B520E7">
        <w:trPr>
          <w:trHeight w:val="283"/>
        </w:trPr>
        <w:tc>
          <w:tcPr>
            <w:tcW w:w="1436" w:type="dxa"/>
            <w:vAlign w:val="center"/>
          </w:tcPr>
          <w:p w14:paraId="2CF6F7A2" w14:textId="77777777" w:rsidR="00A1363E" w:rsidRPr="00C85550" w:rsidRDefault="00A1363E" w:rsidP="00B520E7">
            <w:pPr>
              <w:rPr>
                <w:rFonts w:ascii="Times New Roman" w:hAnsi="Times New Roman"/>
              </w:rPr>
            </w:pPr>
            <w:r w:rsidRPr="00C85550">
              <w:rPr>
                <w:rFonts w:ascii="Times New Roman" w:hAnsi="Times New Roman"/>
                <w:sz w:val="20"/>
              </w:rPr>
              <w:t>C6–C7–C8</w:t>
            </w:r>
          </w:p>
        </w:tc>
        <w:tc>
          <w:tcPr>
            <w:tcW w:w="1438" w:type="dxa"/>
            <w:vAlign w:val="center"/>
          </w:tcPr>
          <w:p w14:paraId="1986D1A7" w14:textId="77777777" w:rsidR="00A1363E" w:rsidRPr="00C85550" w:rsidRDefault="00A1363E" w:rsidP="00B520E7">
            <w:pPr>
              <w:rPr>
                <w:rFonts w:ascii="Times New Roman" w:hAnsi="Times New Roman"/>
              </w:rPr>
            </w:pPr>
            <w:r w:rsidRPr="00C85550">
              <w:rPr>
                <w:rFonts w:ascii="Times New Roman" w:hAnsi="Times New Roman"/>
                <w:sz w:val="20"/>
              </w:rPr>
              <w:t>121.1(4)</w:t>
            </w:r>
          </w:p>
        </w:tc>
        <w:tc>
          <w:tcPr>
            <w:tcW w:w="1437" w:type="dxa"/>
            <w:vAlign w:val="center"/>
          </w:tcPr>
          <w:p w14:paraId="6425B84D" w14:textId="77777777" w:rsidR="00A1363E" w:rsidRPr="00C85550" w:rsidRDefault="00A1363E" w:rsidP="00B520E7">
            <w:pPr>
              <w:rPr>
                <w:rFonts w:ascii="Times New Roman" w:hAnsi="Times New Roman"/>
              </w:rPr>
            </w:pPr>
            <w:r w:rsidRPr="00C85550">
              <w:rPr>
                <w:rFonts w:ascii="Times New Roman" w:hAnsi="Times New Roman"/>
                <w:sz w:val="20"/>
              </w:rPr>
              <w:t>C12–C13–C14</w:t>
            </w:r>
          </w:p>
        </w:tc>
        <w:tc>
          <w:tcPr>
            <w:tcW w:w="1438" w:type="dxa"/>
            <w:vAlign w:val="center"/>
          </w:tcPr>
          <w:p w14:paraId="161C4A80" w14:textId="77777777" w:rsidR="00A1363E" w:rsidRPr="00C85550" w:rsidRDefault="00A1363E" w:rsidP="00B520E7">
            <w:pPr>
              <w:rPr>
                <w:rFonts w:ascii="Times New Roman" w:hAnsi="Times New Roman"/>
              </w:rPr>
            </w:pPr>
            <w:r w:rsidRPr="00C85550">
              <w:rPr>
                <w:rFonts w:ascii="Times New Roman" w:hAnsi="Times New Roman"/>
                <w:sz w:val="20"/>
              </w:rPr>
              <w:t>121.0(3)</w:t>
            </w:r>
          </w:p>
        </w:tc>
        <w:tc>
          <w:tcPr>
            <w:tcW w:w="1437" w:type="dxa"/>
            <w:vAlign w:val="center"/>
          </w:tcPr>
          <w:p w14:paraId="5662D2E3" w14:textId="77777777" w:rsidR="00A1363E" w:rsidRPr="00C85550" w:rsidRDefault="00A1363E" w:rsidP="00B520E7">
            <w:pPr>
              <w:rPr>
                <w:rFonts w:ascii="Times New Roman" w:hAnsi="Times New Roman"/>
              </w:rPr>
            </w:pPr>
          </w:p>
        </w:tc>
        <w:tc>
          <w:tcPr>
            <w:tcW w:w="1438" w:type="dxa"/>
            <w:vAlign w:val="center"/>
          </w:tcPr>
          <w:p w14:paraId="284125C2" w14:textId="77777777" w:rsidR="00A1363E" w:rsidRPr="00C85550" w:rsidRDefault="00A1363E" w:rsidP="00B520E7">
            <w:pPr>
              <w:rPr>
                <w:rFonts w:ascii="Times New Roman" w:hAnsi="Times New Roman"/>
              </w:rPr>
            </w:pPr>
          </w:p>
        </w:tc>
      </w:tr>
      <w:tr w:rsidR="00A1363E" w:rsidRPr="00C85550" w14:paraId="025C674C" w14:textId="77777777" w:rsidTr="00B520E7">
        <w:trPr>
          <w:trHeight w:val="283"/>
        </w:trPr>
        <w:tc>
          <w:tcPr>
            <w:tcW w:w="1436" w:type="dxa"/>
            <w:vAlign w:val="center"/>
          </w:tcPr>
          <w:p w14:paraId="7E96B7D4" w14:textId="77777777" w:rsidR="00A1363E" w:rsidRPr="00C85550" w:rsidRDefault="00A1363E" w:rsidP="00B520E7">
            <w:pPr>
              <w:rPr>
                <w:rFonts w:ascii="Times New Roman" w:hAnsi="Times New Roman"/>
              </w:rPr>
            </w:pPr>
            <w:r w:rsidRPr="00C85550">
              <w:rPr>
                <w:rFonts w:ascii="Times New Roman" w:hAnsi="Times New Roman"/>
                <w:sz w:val="20"/>
              </w:rPr>
              <w:t>C3–C8–C7</w:t>
            </w:r>
          </w:p>
        </w:tc>
        <w:tc>
          <w:tcPr>
            <w:tcW w:w="1438" w:type="dxa"/>
            <w:vAlign w:val="center"/>
          </w:tcPr>
          <w:p w14:paraId="77174E3A" w14:textId="77777777" w:rsidR="00A1363E" w:rsidRPr="00C85550" w:rsidRDefault="00A1363E" w:rsidP="00B520E7">
            <w:pPr>
              <w:rPr>
                <w:rFonts w:ascii="Times New Roman" w:hAnsi="Times New Roman"/>
              </w:rPr>
            </w:pPr>
            <w:r w:rsidRPr="00C85550">
              <w:rPr>
                <w:rFonts w:ascii="Times New Roman" w:hAnsi="Times New Roman"/>
                <w:sz w:val="20"/>
              </w:rPr>
              <w:t>118.3(3)</w:t>
            </w:r>
          </w:p>
        </w:tc>
        <w:tc>
          <w:tcPr>
            <w:tcW w:w="1437" w:type="dxa"/>
            <w:vAlign w:val="center"/>
          </w:tcPr>
          <w:p w14:paraId="5420FDFB" w14:textId="77777777" w:rsidR="00A1363E" w:rsidRPr="00C85550" w:rsidRDefault="00A1363E" w:rsidP="00B520E7">
            <w:pPr>
              <w:rPr>
                <w:rFonts w:ascii="Times New Roman" w:hAnsi="Times New Roman"/>
              </w:rPr>
            </w:pPr>
            <w:r w:rsidRPr="00C85550">
              <w:rPr>
                <w:rFonts w:ascii="Times New Roman" w:hAnsi="Times New Roman"/>
                <w:sz w:val="20"/>
              </w:rPr>
              <w:t>O1–C14–C9</w:t>
            </w:r>
          </w:p>
        </w:tc>
        <w:tc>
          <w:tcPr>
            <w:tcW w:w="1438" w:type="dxa"/>
            <w:vAlign w:val="center"/>
          </w:tcPr>
          <w:p w14:paraId="10BC6A37" w14:textId="77777777" w:rsidR="00A1363E" w:rsidRPr="00C85550" w:rsidRDefault="00A1363E" w:rsidP="00B520E7">
            <w:pPr>
              <w:rPr>
                <w:rFonts w:ascii="Times New Roman" w:hAnsi="Times New Roman"/>
              </w:rPr>
            </w:pPr>
            <w:r w:rsidRPr="00C85550">
              <w:rPr>
                <w:rFonts w:ascii="Times New Roman" w:hAnsi="Times New Roman"/>
                <w:sz w:val="20"/>
              </w:rPr>
              <w:t>122.9(3)</w:t>
            </w:r>
          </w:p>
        </w:tc>
        <w:tc>
          <w:tcPr>
            <w:tcW w:w="1437" w:type="dxa"/>
            <w:vAlign w:val="center"/>
          </w:tcPr>
          <w:p w14:paraId="27438644" w14:textId="77777777" w:rsidR="00A1363E" w:rsidRPr="00C85550" w:rsidRDefault="00A1363E" w:rsidP="00B520E7">
            <w:pPr>
              <w:rPr>
                <w:rFonts w:ascii="Times New Roman" w:hAnsi="Times New Roman"/>
              </w:rPr>
            </w:pPr>
          </w:p>
        </w:tc>
        <w:tc>
          <w:tcPr>
            <w:tcW w:w="1438" w:type="dxa"/>
            <w:vAlign w:val="center"/>
          </w:tcPr>
          <w:p w14:paraId="6482A0B7" w14:textId="77777777" w:rsidR="00A1363E" w:rsidRPr="00C85550" w:rsidRDefault="00A1363E" w:rsidP="00B520E7">
            <w:pPr>
              <w:rPr>
                <w:rFonts w:ascii="Times New Roman" w:hAnsi="Times New Roman"/>
              </w:rPr>
            </w:pPr>
          </w:p>
        </w:tc>
      </w:tr>
      <w:tr w:rsidR="00A1363E" w:rsidRPr="00C85550" w14:paraId="72ACCDD6" w14:textId="77777777" w:rsidTr="00B520E7">
        <w:trPr>
          <w:trHeight w:val="283"/>
        </w:trPr>
        <w:tc>
          <w:tcPr>
            <w:tcW w:w="8624" w:type="dxa"/>
            <w:gridSpan w:val="6"/>
            <w:vAlign w:val="center"/>
          </w:tcPr>
          <w:p w14:paraId="2DF387C8" w14:textId="77777777" w:rsidR="00A1363E" w:rsidRPr="00C85550" w:rsidRDefault="00A1363E" w:rsidP="00B520E7">
            <w:pPr>
              <w:jc w:val="center"/>
              <w:rPr>
                <w:rFonts w:ascii="Times New Roman" w:hAnsi="Times New Roman"/>
                <w:b/>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p>
        </w:tc>
      </w:tr>
      <w:tr w:rsidR="00A1363E" w:rsidRPr="00C85550" w14:paraId="030ECC51" w14:textId="77777777" w:rsidTr="00B520E7">
        <w:trPr>
          <w:trHeight w:val="283"/>
        </w:trPr>
        <w:tc>
          <w:tcPr>
            <w:tcW w:w="1436" w:type="dxa"/>
            <w:vAlign w:val="center"/>
          </w:tcPr>
          <w:p w14:paraId="6A6174D7"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37CC3DBD"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c>
          <w:tcPr>
            <w:tcW w:w="1437" w:type="dxa"/>
            <w:vAlign w:val="center"/>
          </w:tcPr>
          <w:p w14:paraId="31694923"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2F279683"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c>
          <w:tcPr>
            <w:tcW w:w="1437" w:type="dxa"/>
            <w:vAlign w:val="center"/>
          </w:tcPr>
          <w:p w14:paraId="1CC5EE6B"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705835A4" w14:textId="77777777" w:rsidR="00A1363E" w:rsidRPr="00C85550" w:rsidRDefault="00A1363E" w:rsidP="00B520E7">
            <w:pPr>
              <w:rPr>
                <w:rFonts w:ascii="Times New Roman" w:hAnsi="Times New Roman"/>
              </w:rPr>
            </w:pPr>
            <w:r w:rsidRPr="00C85550">
              <w:rPr>
                <w:rFonts w:ascii="Times New Roman" w:hAnsi="Times New Roman"/>
                <w:sz w:val="20"/>
              </w:rPr>
              <w:t>Bond angle/°</w:t>
            </w:r>
          </w:p>
        </w:tc>
      </w:tr>
      <w:tr w:rsidR="00A1363E" w:rsidRPr="00C85550" w14:paraId="60F78BD5" w14:textId="77777777" w:rsidTr="00B520E7">
        <w:trPr>
          <w:trHeight w:val="283"/>
        </w:trPr>
        <w:tc>
          <w:tcPr>
            <w:tcW w:w="1436" w:type="dxa"/>
            <w:vAlign w:val="center"/>
          </w:tcPr>
          <w:p w14:paraId="69C0FD17" w14:textId="77777777" w:rsidR="00A1363E" w:rsidRPr="00C85550" w:rsidRDefault="00A1363E" w:rsidP="00B520E7">
            <w:pPr>
              <w:rPr>
                <w:rFonts w:ascii="Times New Roman" w:hAnsi="Times New Roman"/>
              </w:rPr>
            </w:pPr>
            <w:r w:rsidRPr="00C85550">
              <w:rPr>
                <w:rFonts w:ascii="Times New Roman" w:hAnsi="Times New Roman"/>
                <w:sz w:val="20"/>
              </w:rPr>
              <w:t>N1–C1–C9</w:t>
            </w:r>
          </w:p>
        </w:tc>
        <w:tc>
          <w:tcPr>
            <w:tcW w:w="1438" w:type="dxa"/>
            <w:vAlign w:val="center"/>
          </w:tcPr>
          <w:p w14:paraId="2BBA4801" w14:textId="77777777" w:rsidR="00A1363E" w:rsidRPr="00C85550" w:rsidRDefault="00A1363E" w:rsidP="00B520E7">
            <w:pPr>
              <w:rPr>
                <w:rFonts w:ascii="Times New Roman" w:hAnsi="Times New Roman"/>
              </w:rPr>
            </w:pPr>
            <w:r w:rsidRPr="00C85550">
              <w:rPr>
                <w:rFonts w:ascii="Times New Roman" w:hAnsi="Times New Roman"/>
                <w:sz w:val="20"/>
              </w:rPr>
              <w:t>120.61(16)</w:t>
            </w:r>
          </w:p>
        </w:tc>
        <w:tc>
          <w:tcPr>
            <w:tcW w:w="1437" w:type="dxa"/>
            <w:vAlign w:val="center"/>
          </w:tcPr>
          <w:p w14:paraId="24692761" w14:textId="77777777" w:rsidR="00A1363E" w:rsidRPr="00C85550" w:rsidRDefault="00A1363E" w:rsidP="00B520E7">
            <w:pPr>
              <w:rPr>
                <w:rFonts w:ascii="Times New Roman" w:hAnsi="Times New Roman"/>
              </w:rPr>
            </w:pPr>
            <w:r w:rsidRPr="00C85550">
              <w:rPr>
                <w:rFonts w:ascii="Times New Roman" w:hAnsi="Times New Roman"/>
                <w:sz w:val="20"/>
              </w:rPr>
              <w:t>O1–C14–C9</w:t>
            </w:r>
          </w:p>
        </w:tc>
        <w:tc>
          <w:tcPr>
            <w:tcW w:w="1438" w:type="dxa"/>
            <w:vAlign w:val="center"/>
          </w:tcPr>
          <w:p w14:paraId="711885FB" w14:textId="77777777" w:rsidR="00A1363E" w:rsidRPr="00C85550" w:rsidRDefault="00A1363E" w:rsidP="00B520E7">
            <w:pPr>
              <w:rPr>
                <w:rFonts w:ascii="Times New Roman" w:hAnsi="Times New Roman"/>
              </w:rPr>
            </w:pPr>
            <w:r w:rsidRPr="00C85550">
              <w:rPr>
                <w:rFonts w:ascii="Times New Roman" w:hAnsi="Times New Roman"/>
                <w:sz w:val="20"/>
              </w:rPr>
              <w:t>121.99(16)</w:t>
            </w:r>
          </w:p>
        </w:tc>
        <w:tc>
          <w:tcPr>
            <w:tcW w:w="1437" w:type="dxa"/>
            <w:vAlign w:val="center"/>
          </w:tcPr>
          <w:p w14:paraId="54D8F4E7" w14:textId="77777777" w:rsidR="00A1363E" w:rsidRPr="00C85550" w:rsidRDefault="00A1363E" w:rsidP="00B520E7">
            <w:pPr>
              <w:rPr>
                <w:rFonts w:ascii="Times New Roman" w:hAnsi="Times New Roman"/>
              </w:rPr>
            </w:pPr>
            <w:r w:rsidRPr="00C85550">
              <w:rPr>
                <w:rFonts w:ascii="Times New Roman" w:hAnsi="Times New Roman"/>
                <w:sz w:val="20"/>
              </w:rPr>
              <w:t>C27–C28–C29</w:t>
            </w:r>
          </w:p>
        </w:tc>
        <w:tc>
          <w:tcPr>
            <w:tcW w:w="1438" w:type="dxa"/>
            <w:vAlign w:val="center"/>
          </w:tcPr>
          <w:p w14:paraId="2238328A" w14:textId="77777777" w:rsidR="00A1363E" w:rsidRPr="00C85550" w:rsidRDefault="00A1363E" w:rsidP="00B520E7">
            <w:pPr>
              <w:rPr>
                <w:rFonts w:ascii="Times New Roman" w:hAnsi="Times New Roman"/>
              </w:rPr>
            </w:pPr>
            <w:r w:rsidRPr="00C85550">
              <w:rPr>
                <w:rFonts w:ascii="Times New Roman" w:hAnsi="Times New Roman"/>
                <w:sz w:val="20"/>
              </w:rPr>
              <w:t>121.25(18)</w:t>
            </w:r>
          </w:p>
        </w:tc>
      </w:tr>
      <w:tr w:rsidR="00A1363E" w:rsidRPr="00C85550" w14:paraId="5D82CBF8" w14:textId="77777777" w:rsidTr="00B520E7">
        <w:trPr>
          <w:trHeight w:val="283"/>
        </w:trPr>
        <w:tc>
          <w:tcPr>
            <w:tcW w:w="1436" w:type="dxa"/>
            <w:vAlign w:val="center"/>
          </w:tcPr>
          <w:p w14:paraId="13BC50F5" w14:textId="77777777" w:rsidR="00A1363E" w:rsidRPr="00C85550" w:rsidRDefault="00A1363E" w:rsidP="00B520E7">
            <w:pPr>
              <w:rPr>
                <w:rFonts w:ascii="Times New Roman" w:hAnsi="Times New Roman"/>
              </w:rPr>
            </w:pPr>
            <w:r w:rsidRPr="00C85550">
              <w:rPr>
                <w:rFonts w:ascii="Times New Roman" w:hAnsi="Times New Roman"/>
                <w:sz w:val="20"/>
              </w:rPr>
              <w:t>N2–C2–C3</w:t>
            </w:r>
          </w:p>
        </w:tc>
        <w:tc>
          <w:tcPr>
            <w:tcW w:w="1438" w:type="dxa"/>
            <w:vAlign w:val="center"/>
          </w:tcPr>
          <w:p w14:paraId="3A7A9408" w14:textId="77777777" w:rsidR="00A1363E" w:rsidRPr="00C85550" w:rsidRDefault="00A1363E" w:rsidP="00B520E7">
            <w:pPr>
              <w:rPr>
                <w:rFonts w:ascii="Times New Roman" w:hAnsi="Times New Roman"/>
              </w:rPr>
            </w:pPr>
            <w:r w:rsidRPr="00C85550">
              <w:rPr>
                <w:rFonts w:ascii="Times New Roman" w:hAnsi="Times New Roman"/>
                <w:sz w:val="20"/>
              </w:rPr>
              <w:t>117.03(16)</w:t>
            </w:r>
          </w:p>
        </w:tc>
        <w:tc>
          <w:tcPr>
            <w:tcW w:w="1437" w:type="dxa"/>
            <w:vAlign w:val="center"/>
          </w:tcPr>
          <w:p w14:paraId="0B8DC642" w14:textId="77777777" w:rsidR="00A1363E" w:rsidRPr="00C85550" w:rsidRDefault="00A1363E" w:rsidP="00B520E7">
            <w:pPr>
              <w:rPr>
                <w:rFonts w:ascii="Times New Roman" w:hAnsi="Times New Roman"/>
              </w:rPr>
            </w:pPr>
            <w:r w:rsidRPr="00C85550">
              <w:rPr>
                <w:rFonts w:ascii="Times New Roman" w:hAnsi="Times New Roman"/>
                <w:sz w:val="20"/>
              </w:rPr>
              <w:t>N4–C16–C24</w:t>
            </w:r>
          </w:p>
        </w:tc>
        <w:tc>
          <w:tcPr>
            <w:tcW w:w="1438" w:type="dxa"/>
            <w:vAlign w:val="center"/>
          </w:tcPr>
          <w:p w14:paraId="58FB932A" w14:textId="77777777" w:rsidR="00A1363E" w:rsidRPr="00C85550" w:rsidRDefault="00A1363E" w:rsidP="00B520E7">
            <w:pPr>
              <w:rPr>
                <w:rFonts w:ascii="Times New Roman" w:hAnsi="Times New Roman"/>
              </w:rPr>
            </w:pPr>
            <w:r w:rsidRPr="00C85550">
              <w:rPr>
                <w:rFonts w:ascii="Times New Roman" w:hAnsi="Times New Roman"/>
                <w:sz w:val="20"/>
              </w:rPr>
              <w:t>120.02(17)</w:t>
            </w:r>
          </w:p>
        </w:tc>
        <w:tc>
          <w:tcPr>
            <w:tcW w:w="1437" w:type="dxa"/>
            <w:vAlign w:val="center"/>
          </w:tcPr>
          <w:p w14:paraId="46498D25" w14:textId="77777777" w:rsidR="00A1363E" w:rsidRPr="00C85550" w:rsidRDefault="00A1363E" w:rsidP="00B520E7">
            <w:pPr>
              <w:rPr>
                <w:rFonts w:ascii="Times New Roman" w:hAnsi="Times New Roman"/>
              </w:rPr>
            </w:pPr>
            <w:r w:rsidRPr="00C85550">
              <w:rPr>
                <w:rFonts w:ascii="Times New Roman" w:hAnsi="Times New Roman"/>
                <w:sz w:val="20"/>
              </w:rPr>
              <w:t>O4–C29–C24</w:t>
            </w:r>
          </w:p>
        </w:tc>
        <w:tc>
          <w:tcPr>
            <w:tcW w:w="1438" w:type="dxa"/>
            <w:vAlign w:val="center"/>
          </w:tcPr>
          <w:p w14:paraId="0EB8AAF2" w14:textId="77777777" w:rsidR="00A1363E" w:rsidRPr="00C85550" w:rsidRDefault="00A1363E" w:rsidP="00B520E7">
            <w:pPr>
              <w:rPr>
                <w:rFonts w:ascii="Times New Roman" w:hAnsi="Times New Roman"/>
              </w:rPr>
            </w:pPr>
            <w:r w:rsidRPr="00C85550">
              <w:rPr>
                <w:rFonts w:ascii="Times New Roman" w:hAnsi="Times New Roman"/>
                <w:sz w:val="20"/>
              </w:rPr>
              <w:t>121.88(15)</w:t>
            </w:r>
          </w:p>
        </w:tc>
      </w:tr>
      <w:tr w:rsidR="00A1363E" w:rsidRPr="00C85550" w14:paraId="50AF9AE8" w14:textId="77777777" w:rsidTr="00B520E7">
        <w:trPr>
          <w:trHeight w:val="283"/>
        </w:trPr>
        <w:tc>
          <w:tcPr>
            <w:tcW w:w="1436" w:type="dxa"/>
            <w:vAlign w:val="center"/>
          </w:tcPr>
          <w:p w14:paraId="7DD7E2EC" w14:textId="77777777" w:rsidR="00A1363E" w:rsidRPr="00C85550" w:rsidRDefault="00A1363E" w:rsidP="00B520E7">
            <w:pPr>
              <w:rPr>
                <w:rFonts w:ascii="Times New Roman" w:hAnsi="Times New Roman"/>
              </w:rPr>
            </w:pPr>
            <w:r w:rsidRPr="00C85550">
              <w:rPr>
                <w:rFonts w:ascii="Times New Roman" w:hAnsi="Times New Roman"/>
                <w:sz w:val="20"/>
              </w:rPr>
              <w:t>O2–C2–C3</w:t>
            </w:r>
          </w:p>
        </w:tc>
        <w:tc>
          <w:tcPr>
            <w:tcW w:w="1438" w:type="dxa"/>
            <w:vAlign w:val="center"/>
          </w:tcPr>
          <w:p w14:paraId="5E298546" w14:textId="77777777" w:rsidR="00A1363E" w:rsidRPr="00C85550" w:rsidRDefault="00A1363E" w:rsidP="00B520E7">
            <w:pPr>
              <w:rPr>
                <w:rFonts w:ascii="Times New Roman" w:hAnsi="Times New Roman"/>
              </w:rPr>
            </w:pPr>
            <w:r w:rsidRPr="00C85550">
              <w:rPr>
                <w:rFonts w:ascii="Times New Roman" w:hAnsi="Times New Roman"/>
                <w:sz w:val="20"/>
              </w:rPr>
              <w:t>122.84(16)</w:t>
            </w:r>
          </w:p>
        </w:tc>
        <w:tc>
          <w:tcPr>
            <w:tcW w:w="1437" w:type="dxa"/>
            <w:vAlign w:val="center"/>
          </w:tcPr>
          <w:p w14:paraId="79EAACE9" w14:textId="77777777" w:rsidR="00A1363E" w:rsidRPr="00C85550" w:rsidRDefault="00A1363E" w:rsidP="00B520E7">
            <w:pPr>
              <w:rPr>
                <w:rFonts w:ascii="Times New Roman" w:hAnsi="Times New Roman"/>
              </w:rPr>
            </w:pPr>
            <w:r w:rsidRPr="00C85550">
              <w:rPr>
                <w:rFonts w:ascii="Times New Roman" w:hAnsi="Times New Roman"/>
                <w:sz w:val="20"/>
              </w:rPr>
              <w:t>N5–C17–C18</w:t>
            </w:r>
          </w:p>
        </w:tc>
        <w:tc>
          <w:tcPr>
            <w:tcW w:w="1438" w:type="dxa"/>
            <w:vAlign w:val="center"/>
          </w:tcPr>
          <w:p w14:paraId="3AF868B8" w14:textId="77777777" w:rsidR="00A1363E" w:rsidRPr="00C85550" w:rsidRDefault="00A1363E" w:rsidP="00B520E7">
            <w:pPr>
              <w:rPr>
                <w:rFonts w:ascii="Times New Roman" w:hAnsi="Times New Roman"/>
              </w:rPr>
            </w:pPr>
            <w:r w:rsidRPr="00C85550">
              <w:rPr>
                <w:rFonts w:ascii="Times New Roman" w:hAnsi="Times New Roman"/>
                <w:sz w:val="20"/>
              </w:rPr>
              <w:t>116.57(17)</w:t>
            </w:r>
          </w:p>
        </w:tc>
        <w:tc>
          <w:tcPr>
            <w:tcW w:w="1437" w:type="dxa"/>
            <w:vAlign w:val="center"/>
          </w:tcPr>
          <w:p w14:paraId="66D64145" w14:textId="77777777" w:rsidR="00A1363E" w:rsidRPr="00C85550" w:rsidRDefault="00A1363E" w:rsidP="00B520E7">
            <w:pPr>
              <w:rPr>
                <w:rFonts w:ascii="Times New Roman" w:hAnsi="Times New Roman"/>
              </w:rPr>
            </w:pPr>
            <w:r w:rsidRPr="00C85550">
              <w:rPr>
                <w:rFonts w:ascii="Times New Roman" w:hAnsi="Times New Roman"/>
                <w:sz w:val="20"/>
              </w:rPr>
              <w:t>N2–N1–C1</w:t>
            </w:r>
          </w:p>
        </w:tc>
        <w:tc>
          <w:tcPr>
            <w:tcW w:w="1438" w:type="dxa"/>
            <w:vAlign w:val="center"/>
          </w:tcPr>
          <w:p w14:paraId="4492D985" w14:textId="77777777" w:rsidR="00A1363E" w:rsidRPr="00C85550" w:rsidRDefault="00A1363E" w:rsidP="00B520E7">
            <w:pPr>
              <w:rPr>
                <w:rFonts w:ascii="Times New Roman" w:hAnsi="Times New Roman"/>
              </w:rPr>
            </w:pPr>
            <w:r w:rsidRPr="00C85550">
              <w:rPr>
                <w:rFonts w:ascii="Times New Roman" w:hAnsi="Times New Roman"/>
                <w:sz w:val="20"/>
              </w:rPr>
              <w:t>117.30(15)</w:t>
            </w:r>
          </w:p>
        </w:tc>
      </w:tr>
      <w:tr w:rsidR="00A1363E" w:rsidRPr="00C85550" w14:paraId="63EE4DA4" w14:textId="77777777" w:rsidTr="00B520E7">
        <w:trPr>
          <w:trHeight w:val="283"/>
        </w:trPr>
        <w:tc>
          <w:tcPr>
            <w:tcW w:w="1436" w:type="dxa"/>
            <w:vAlign w:val="center"/>
          </w:tcPr>
          <w:p w14:paraId="7BD69D14" w14:textId="77777777" w:rsidR="00A1363E" w:rsidRPr="00C85550" w:rsidRDefault="00A1363E" w:rsidP="00B520E7">
            <w:pPr>
              <w:rPr>
                <w:rFonts w:ascii="Times New Roman" w:hAnsi="Times New Roman"/>
              </w:rPr>
            </w:pPr>
            <w:r w:rsidRPr="00C85550">
              <w:rPr>
                <w:rFonts w:ascii="Times New Roman" w:hAnsi="Times New Roman"/>
                <w:sz w:val="20"/>
              </w:rPr>
              <w:t>O2–C2–N2</w:t>
            </w:r>
          </w:p>
        </w:tc>
        <w:tc>
          <w:tcPr>
            <w:tcW w:w="1438" w:type="dxa"/>
            <w:vAlign w:val="center"/>
          </w:tcPr>
          <w:p w14:paraId="7355108F" w14:textId="77777777" w:rsidR="00A1363E" w:rsidRPr="00C85550" w:rsidRDefault="00A1363E" w:rsidP="00B520E7">
            <w:pPr>
              <w:rPr>
                <w:rFonts w:ascii="Times New Roman" w:hAnsi="Times New Roman"/>
              </w:rPr>
            </w:pPr>
            <w:r w:rsidRPr="00C85550">
              <w:rPr>
                <w:rFonts w:ascii="Times New Roman" w:hAnsi="Times New Roman"/>
                <w:sz w:val="20"/>
              </w:rPr>
              <w:t>120.10(16)</w:t>
            </w:r>
          </w:p>
        </w:tc>
        <w:tc>
          <w:tcPr>
            <w:tcW w:w="1437" w:type="dxa"/>
            <w:vAlign w:val="center"/>
          </w:tcPr>
          <w:p w14:paraId="21692760" w14:textId="77777777" w:rsidR="00A1363E" w:rsidRPr="00C85550" w:rsidRDefault="00A1363E" w:rsidP="00B520E7">
            <w:pPr>
              <w:rPr>
                <w:rFonts w:ascii="Times New Roman" w:hAnsi="Times New Roman"/>
              </w:rPr>
            </w:pPr>
            <w:r w:rsidRPr="00C85550">
              <w:rPr>
                <w:rFonts w:ascii="Times New Roman" w:hAnsi="Times New Roman"/>
                <w:sz w:val="20"/>
              </w:rPr>
              <w:t>O5–C17–C18</w:t>
            </w:r>
          </w:p>
        </w:tc>
        <w:tc>
          <w:tcPr>
            <w:tcW w:w="1438" w:type="dxa"/>
            <w:vAlign w:val="center"/>
          </w:tcPr>
          <w:p w14:paraId="5A18573B" w14:textId="77777777" w:rsidR="00A1363E" w:rsidRPr="00C85550" w:rsidRDefault="00A1363E" w:rsidP="00B520E7">
            <w:pPr>
              <w:rPr>
                <w:rFonts w:ascii="Times New Roman" w:hAnsi="Times New Roman"/>
              </w:rPr>
            </w:pPr>
            <w:r w:rsidRPr="00C85550">
              <w:rPr>
                <w:rFonts w:ascii="Times New Roman" w:hAnsi="Times New Roman"/>
                <w:sz w:val="20"/>
              </w:rPr>
              <w:t>123.06(16)</w:t>
            </w:r>
          </w:p>
        </w:tc>
        <w:tc>
          <w:tcPr>
            <w:tcW w:w="1437" w:type="dxa"/>
            <w:vAlign w:val="center"/>
          </w:tcPr>
          <w:p w14:paraId="72D7459A" w14:textId="77777777" w:rsidR="00A1363E" w:rsidRPr="00C85550" w:rsidRDefault="00A1363E" w:rsidP="00B520E7">
            <w:pPr>
              <w:rPr>
                <w:rFonts w:ascii="Times New Roman" w:hAnsi="Times New Roman"/>
              </w:rPr>
            </w:pPr>
            <w:r w:rsidRPr="00C85550">
              <w:rPr>
                <w:rFonts w:ascii="Times New Roman" w:hAnsi="Times New Roman"/>
                <w:sz w:val="20"/>
              </w:rPr>
              <w:t>C2–N2–H2</w:t>
            </w:r>
          </w:p>
        </w:tc>
        <w:tc>
          <w:tcPr>
            <w:tcW w:w="1438" w:type="dxa"/>
            <w:vAlign w:val="center"/>
          </w:tcPr>
          <w:p w14:paraId="4796169D" w14:textId="77777777" w:rsidR="00A1363E" w:rsidRPr="00C85550" w:rsidRDefault="00A1363E" w:rsidP="00B520E7">
            <w:pPr>
              <w:rPr>
                <w:rFonts w:ascii="Times New Roman" w:hAnsi="Times New Roman"/>
              </w:rPr>
            </w:pPr>
            <w:r w:rsidRPr="00C85550">
              <w:rPr>
                <w:rFonts w:ascii="Times New Roman" w:hAnsi="Times New Roman"/>
                <w:sz w:val="20"/>
              </w:rPr>
              <w:t>122.8(13)</w:t>
            </w:r>
          </w:p>
        </w:tc>
      </w:tr>
      <w:tr w:rsidR="00A1363E" w:rsidRPr="00C85550" w14:paraId="7BAFB977" w14:textId="77777777" w:rsidTr="00B520E7">
        <w:trPr>
          <w:trHeight w:val="283"/>
        </w:trPr>
        <w:tc>
          <w:tcPr>
            <w:tcW w:w="1436" w:type="dxa"/>
            <w:vAlign w:val="center"/>
          </w:tcPr>
          <w:p w14:paraId="482566CB" w14:textId="77777777" w:rsidR="00A1363E" w:rsidRPr="00C85550" w:rsidRDefault="00A1363E" w:rsidP="00B520E7">
            <w:pPr>
              <w:rPr>
                <w:rFonts w:ascii="Times New Roman" w:hAnsi="Times New Roman"/>
              </w:rPr>
            </w:pPr>
            <w:r w:rsidRPr="00C85550">
              <w:rPr>
                <w:rFonts w:ascii="Times New Roman" w:hAnsi="Times New Roman"/>
                <w:sz w:val="20"/>
              </w:rPr>
              <w:t>C2–C3–C4</w:t>
            </w:r>
          </w:p>
        </w:tc>
        <w:tc>
          <w:tcPr>
            <w:tcW w:w="1438" w:type="dxa"/>
            <w:vAlign w:val="center"/>
          </w:tcPr>
          <w:p w14:paraId="5DE547E5" w14:textId="77777777" w:rsidR="00A1363E" w:rsidRPr="00C85550" w:rsidRDefault="00A1363E" w:rsidP="00B520E7">
            <w:pPr>
              <w:rPr>
                <w:rFonts w:ascii="Times New Roman" w:hAnsi="Times New Roman"/>
              </w:rPr>
            </w:pPr>
            <w:r w:rsidRPr="00C85550">
              <w:rPr>
                <w:rFonts w:ascii="Times New Roman" w:hAnsi="Times New Roman"/>
                <w:sz w:val="20"/>
              </w:rPr>
              <w:t>124.96(16)</w:t>
            </w:r>
          </w:p>
        </w:tc>
        <w:tc>
          <w:tcPr>
            <w:tcW w:w="1437" w:type="dxa"/>
            <w:vAlign w:val="center"/>
          </w:tcPr>
          <w:p w14:paraId="40040757" w14:textId="77777777" w:rsidR="00A1363E" w:rsidRPr="00C85550" w:rsidRDefault="00A1363E" w:rsidP="00B520E7">
            <w:pPr>
              <w:rPr>
                <w:rFonts w:ascii="Times New Roman" w:hAnsi="Times New Roman"/>
              </w:rPr>
            </w:pPr>
            <w:r w:rsidRPr="00C85550">
              <w:rPr>
                <w:rFonts w:ascii="Times New Roman" w:hAnsi="Times New Roman"/>
                <w:sz w:val="20"/>
              </w:rPr>
              <w:t>O5–C17–N5</w:t>
            </w:r>
          </w:p>
        </w:tc>
        <w:tc>
          <w:tcPr>
            <w:tcW w:w="1438" w:type="dxa"/>
            <w:vAlign w:val="center"/>
          </w:tcPr>
          <w:p w14:paraId="759A64B3" w14:textId="77777777" w:rsidR="00A1363E" w:rsidRPr="00C85550" w:rsidRDefault="00A1363E" w:rsidP="00B520E7">
            <w:pPr>
              <w:rPr>
                <w:rFonts w:ascii="Times New Roman" w:hAnsi="Times New Roman"/>
              </w:rPr>
            </w:pPr>
            <w:r w:rsidRPr="00C85550">
              <w:rPr>
                <w:rFonts w:ascii="Times New Roman" w:hAnsi="Times New Roman"/>
                <w:sz w:val="20"/>
              </w:rPr>
              <w:t>120.37(16)</w:t>
            </w:r>
          </w:p>
        </w:tc>
        <w:tc>
          <w:tcPr>
            <w:tcW w:w="1437" w:type="dxa"/>
            <w:vAlign w:val="center"/>
          </w:tcPr>
          <w:p w14:paraId="3F162DE6" w14:textId="77777777" w:rsidR="00A1363E" w:rsidRPr="00C85550" w:rsidRDefault="00A1363E" w:rsidP="00B520E7">
            <w:pPr>
              <w:rPr>
                <w:rFonts w:ascii="Times New Roman" w:hAnsi="Times New Roman"/>
              </w:rPr>
            </w:pPr>
            <w:r w:rsidRPr="00C85550">
              <w:rPr>
                <w:rFonts w:ascii="Times New Roman" w:hAnsi="Times New Roman"/>
                <w:sz w:val="20"/>
              </w:rPr>
              <w:t>N1–N2–C2</w:t>
            </w:r>
          </w:p>
        </w:tc>
        <w:tc>
          <w:tcPr>
            <w:tcW w:w="1438" w:type="dxa"/>
            <w:vAlign w:val="center"/>
          </w:tcPr>
          <w:p w14:paraId="50EBA898" w14:textId="77777777" w:rsidR="00A1363E" w:rsidRPr="00C85550" w:rsidRDefault="00A1363E" w:rsidP="00B520E7">
            <w:pPr>
              <w:rPr>
                <w:rFonts w:ascii="Times New Roman" w:hAnsi="Times New Roman"/>
              </w:rPr>
            </w:pPr>
            <w:r w:rsidRPr="00C85550">
              <w:rPr>
                <w:rFonts w:ascii="Times New Roman" w:hAnsi="Times New Roman"/>
                <w:sz w:val="20"/>
              </w:rPr>
              <w:t>117.91(15)</w:t>
            </w:r>
          </w:p>
        </w:tc>
      </w:tr>
      <w:tr w:rsidR="00A1363E" w:rsidRPr="00C85550" w14:paraId="21D99D72" w14:textId="77777777" w:rsidTr="00B520E7">
        <w:trPr>
          <w:trHeight w:val="283"/>
        </w:trPr>
        <w:tc>
          <w:tcPr>
            <w:tcW w:w="1436" w:type="dxa"/>
            <w:vAlign w:val="center"/>
          </w:tcPr>
          <w:p w14:paraId="1F6AF9CD" w14:textId="77777777" w:rsidR="00A1363E" w:rsidRPr="00C85550" w:rsidRDefault="00A1363E" w:rsidP="00B520E7">
            <w:pPr>
              <w:rPr>
                <w:rFonts w:ascii="Times New Roman" w:hAnsi="Times New Roman"/>
              </w:rPr>
            </w:pPr>
            <w:r w:rsidRPr="00C85550">
              <w:rPr>
                <w:rFonts w:ascii="Times New Roman" w:hAnsi="Times New Roman"/>
                <w:sz w:val="20"/>
              </w:rPr>
              <w:t>C2–C3–C8</w:t>
            </w:r>
          </w:p>
        </w:tc>
        <w:tc>
          <w:tcPr>
            <w:tcW w:w="1438" w:type="dxa"/>
            <w:vAlign w:val="center"/>
          </w:tcPr>
          <w:p w14:paraId="65FDF2C8" w14:textId="77777777" w:rsidR="00A1363E" w:rsidRPr="00C85550" w:rsidRDefault="00A1363E" w:rsidP="00B520E7">
            <w:pPr>
              <w:rPr>
                <w:rFonts w:ascii="Times New Roman" w:hAnsi="Times New Roman"/>
              </w:rPr>
            </w:pPr>
            <w:r w:rsidRPr="00C85550">
              <w:rPr>
                <w:rFonts w:ascii="Times New Roman" w:hAnsi="Times New Roman"/>
                <w:sz w:val="20"/>
              </w:rPr>
              <w:t>117.16(16)</w:t>
            </w:r>
          </w:p>
        </w:tc>
        <w:tc>
          <w:tcPr>
            <w:tcW w:w="1437" w:type="dxa"/>
            <w:vAlign w:val="center"/>
          </w:tcPr>
          <w:p w14:paraId="5A57BD2B" w14:textId="77777777" w:rsidR="00A1363E" w:rsidRPr="00C85550" w:rsidRDefault="00A1363E" w:rsidP="00B520E7">
            <w:pPr>
              <w:rPr>
                <w:rFonts w:ascii="Times New Roman" w:hAnsi="Times New Roman"/>
              </w:rPr>
            </w:pPr>
            <w:r w:rsidRPr="00C85550">
              <w:rPr>
                <w:rFonts w:ascii="Times New Roman" w:hAnsi="Times New Roman"/>
                <w:sz w:val="20"/>
              </w:rPr>
              <w:t>C17–C18–C19</w:t>
            </w:r>
          </w:p>
        </w:tc>
        <w:tc>
          <w:tcPr>
            <w:tcW w:w="1438" w:type="dxa"/>
            <w:vAlign w:val="center"/>
          </w:tcPr>
          <w:p w14:paraId="730104A4" w14:textId="77777777" w:rsidR="00A1363E" w:rsidRPr="00C85550" w:rsidRDefault="00A1363E" w:rsidP="00B520E7">
            <w:pPr>
              <w:rPr>
                <w:rFonts w:ascii="Times New Roman" w:hAnsi="Times New Roman"/>
              </w:rPr>
            </w:pPr>
            <w:r w:rsidRPr="00C85550">
              <w:rPr>
                <w:rFonts w:ascii="Times New Roman" w:hAnsi="Times New Roman"/>
                <w:sz w:val="20"/>
              </w:rPr>
              <w:t>125.24(16)</w:t>
            </w:r>
          </w:p>
        </w:tc>
        <w:tc>
          <w:tcPr>
            <w:tcW w:w="1437" w:type="dxa"/>
            <w:vAlign w:val="center"/>
          </w:tcPr>
          <w:p w14:paraId="091C089C" w14:textId="77777777" w:rsidR="00A1363E" w:rsidRPr="00C85550" w:rsidRDefault="00A1363E" w:rsidP="00B520E7">
            <w:pPr>
              <w:rPr>
                <w:rFonts w:ascii="Times New Roman" w:hAnsi="Times New Roman"/>
              </w:rPr>
            </w:pPr>
            <w:r w:rsidRPr="00C85550">
              <w:rPr>
                <w:rFonts w:ascii="Times New Roman" w:hAnsi="Times New Roman"/>
                <w:sz w:val="20"/>
              </w:rPr>
              <w:t>N1–N2–H2</w:t>
            </w:r>
          </w:p>
        </w:tc>
        <w:tc>
          <w:tcPr>
            <w:tcW w:w="1438" w:type="dxa"/>
            <w:vAlign w:val="center"/>
          </w:tcPr>
          <w:p w14:paraId="1382F40F" w14:textId="77777777" w:rsidR="00A1363E" w:rsidRPr="00C85550" w:rsidRDefault="00A1363E" w:rsidP="00B520E7">
            <w:pPr>
              <w:rPr>
                <w:rFonts w:ascii="Times New Roman" w:hAnsi="Times New Roman"/>
              </w:rPr>
            </w:pPr>
            <w:r w:rsidRPr="00C85550">
              <w:rPr>
                <w:rFonts w:ascii="Times New Roman" w:hAnsi="Times New Roman"/>
                <w:sz w:val="20"/>
              </w:rPr>
              <w:t>118.7(13)</w:t>
            </w:r>
          </w:p>
        </w:tc>
      </w:tr>
      <w:tr w:rsidR="00A1363E" w:rsidRPr="00C85550" w14:paraId="34307629" w14:textId="77777777" w:rsidTr="00B520E7">
        <w:trPr>
          <w:trHeight w:val="283"/>
        </w:trPr>
        <w:tc>
          <w:tcPr>
            <w:tcW w:w="1436" w:type="dxa"/>
            <w:vAlign w:val="center"/>
          </w:tcPr>
          <w:p w14:paraId="3479E885" w14:textId="77777777" w:rsidR="00A1363E" w:rsidRPr="00C85550" w:rsidRDefault="00A1363E" w:rsidP="00B520E7">
            <w:pPr>
              <w:rPr>
                <w:rFonts w:ascii="Times New Roman" w:hAnsi="Times New Roman"/>
              </w:rPr>
            </w:pPr>
            <w:r w:rsidRPr="00C85550">
              <w:rPr>
                <w:rFonts w:ascii="Times New Roman" w:hAnsi="Times New Roman"/>
                <w:sz w:val="20"/>
              </w:rPr>
              <w:t>C4–C3–C8</w:t>
            </w:r>
          </w:p>
        </w:tc>
        <w:tc>
          <w:tcPr>
            <w:tcW w:w="1438" w:type="dxa"/>
            <w:vAlign w:val="center"/>
          </w:tcPr>
          <w:p w14:paraId="43DA0272" w14:textId="77777777" w:rsidR="00A1363E" w:rsidRPr="00C85550" w:rsidRDefault="00A1363E" w:rsidP="00B520E7">
            <w:pPr>
              <w:rPr>
                <w:rFonts w:ascii="Times New Roman" w:hAnsi="Times New Roman"/>
              </w:rPr>
            </w:pPr>
            <w:r w:rsidRPr="00C85550">
              <w:rPr>
                <w:rFonts w:ascii="Times New Roman" w:hAnsi="Times New Roman"/>
                <w:sz w:val="20"/>
              </w:rPr>
              <w:t>117.85(16)</w:t>
            </w:r>
          </w:p>
        </w:tc>
        <w:tc>
          <w:tcPr>
            <w:tcW w:w="1437" w:type="dxa"/>
            <w:vAlign w:val="center"/>
          </w:tcPr>
          <w:p w14:paraId="1D9C97DF" w14:textId="77777777" w:rsidR="00A1363E" w:rsidRPr="00C85550" w:rsidRDefault="00A1363E" w:rsidP="00B520E7">
            <w:pPr>
              <w:rPr>
                <w:rFonts w:ascii="Times New Roman" w:hAnsi="Times New Roman"/>
              </w:rPr>
            </w:pPr>
            <w:r w:rsidRPr="00C85550">
              <w:rPr>
                <w:rFonts w:ascii="Times New Roman" w:hAnsi="Times New Roman"/>
                <w:sz w:val="20"/>
              </w:rPr>
              <w:t>C17–C18–C23</w:t>
            </w:r>
          </w:p>
        </w:tc>
        <w:tc>
          <w:tcPr>
            <w:tcW w:w="1438" w:type="dxa"/>
            <w:vAlign w:val="center"/>
          </w:tcPr>
          <w:p w14:paraId="1B7B124B" w14:textId="77777777" w:rsidR="00A1363E" w:rsidRPr="00C85550" w:rsidRDefault="00A1363E" w:rsidP="00B520E7">
            <w:pPr>
              <w:rPr>
                <w:rFonts w:ascii="Times New Roman" w:hAnsi="Times New Roman"/>
              </w:rPr>
            </w:pPr>
            <w:r w:rsidRPr="00C85550">
              <w:rPr>
                <w:rFonts w:ascii="Times New Roman" w:hAnsi="Times New Roman"/>
                <w:sz w:val="20"/>
              </w:rPr>
              <w:t>117.18(17)</w:t>
            </w:r>
          </w:p>
        </w:tc>
        <w:tc>
          <w:tcPr>
            <w:tcW w:w="1437" w:type="dxa"/>
            <w:vAlign w:val="center"/>
          </w:tcPr>
          <w:p w14:paraId="5B797746" w14:textId="77777777" w:rsidR="00A1363E" w:rsidRPr="00C85550" w:rsidRDefault="00A1363E" w:rsidP="00B520E7">
            <w:pPr>
              <w:rPr>
                <w:rFonts w:ascii="Times New Roman" w:hAnsi="Times New Roman"/>
              </w:rPr>
            </w:pPr>
            <w:r w:rsidRPr="00C85550">
              <w:rPr>
                <w:rFonts w:ascii="Times New Roman" w:hAnsi="Times New Roman"/>
                <w:sz w:val="20"/>
              </w:rPr>
              <w:t>C6–N3–H3A</w:t>
            </w:r>
          </w:p>
        </w:tc>
        <w:tc>
          <w:tcPr>
            <w:tcW w:w="1438" w:type="dxa"/>
            <w:vAlign w:val="center"/>
          </w:tcPr>
          <w:p w14:paraId="5DE1A2D4" w14:textId="77777777" w:rsidR="00A1363E" w:rsidRPr="00C85550" w:rsidRDefault="00A1363E" w:rsidP="00B520E7">
            <w:pPr>
              <w:rPr>
                <w:rFonts w:ascii="Times New Roman" w:hAnsi="Times New Roman"/>
              </w:rPr>
            </w:pPr>
            <w:r w:rsidRPr="00C85550">
              <w:rPr>
                <w:rFonts w:ascii="Times New Roman" w:hAnsi="Times New Roman"/>
                <w:sz w:val="20"/>
              </w:rPr>
              <w:t>115.7(13)</w:t>
            </w:r>
          </w:p>
        </w:tc>
      </w:tr>
      <w:tr w:rsidR="00A1363E" w:rsidRPr="00C85550" w14:paraId="09815B25" w14:textId="77777777" w:rsidTr="00B520E7">
        <w:trPr>
          <w:trHeight w:val="283"/>
        </w:trPr>
        <w:tc>
          <w:tcPr>
            <w:tcW w:w="1436" w:type="dxa"/>
            <w:vAlign w:val="center"/>
          </w:tcPr>
          <w:p w14:paraId="4231BFE3" w14:textId="77777777" w:rsidR="00A1363E" w:rsidRPr="00C85550" w:rsidRDefault="00A1363E" w:rsidP="00B520E7">
            <w:pPr>
              <w:rPr>
                <w:rFonts w:ascii="Times New Roman" w:hAnsi="Times New Roman"/>
              </w:rPr>
            </w:pPr>
            <w:r w:rsidRPr="00C85550">
              <w:rPr>
                <w:rFonts w:ascii="Times New Roman" w:hAnsi="Times New Roman"/>
                <w:sz w:val="20"/>
              </w:rPr>
              <w:t>C3–C4–C5</w:t>
            </w:r>
          </w:p>
        </w:tc>
        <w:tc>
          <w:tcPr>
            <w:tcW w:w="1438" w:type="dxa"/>
            <w:vAlign w:val="center"/>
          </w:tcPr>
          <w:p w14:paraId="099B3BC3" w14:textId="77777777" w:rsidR="00A1363E" w:rsidRPr="00C85550" w:rsidRDefault="00A1363E" w:rsidP="00B520E7">
            <w:pPr>
              <w:rPr>
                <w:rFonts w:ascii="Times New Roman" w:hAnsi="Times New Roman"/>
              </w:rPr>
            </w:pPr>
            <w:r w:rsidRPr="00C85550">
              <w:rPr>
                <w:rFonts w:ascii="Times New Roman" w:hAnsi="Times New Roman"/>
                <w:sz w:val="20"/>
              </w:rPr>
              <w:t>121.17(17)</w:t>
            </w:r>
          </w:p>
        </w:tc>
        <w:tc>
          <w:tcPr>
            <w:tcW w:w="1437" w:type="dxa"/>
            <w:vAlign w:val="center"/>
          </w:tcPr>
          <w:p w14:paraId="23506894" w14:textId="77777777" w:rsidR="00A1363E" w:rsidRPr="00C85550" w:rsidRDefault="00A1363E" w:rsidP="00B520E7">
            <w:pPr>
              <w:rPr>
                <w:rFonts w:ascii="Times New Roman" w:hAnsi="Times New Roman"/>
              </w:rPr>
            </w:pPr>
            <w:r w:rsidRPr="00C85550">
              <w:rPr>
                <w:rFonts w:ascii="Times New Roman" w:hAnsi="Times New Roman"/>
                <w:sz w:val="20"/>
              </w:rPr>
              <w:t>C19–C18–C23</w:t>
            </w:r>
          </w:p>
        </w:tc>
        <w:tc>
          <w:tcPr>
            <w:tcW w:w="1438" w:type="dxa"/>
            <w:vAlign w:val="center"/>
          </w:tcPr>
          <w:p w14:paraId="5EC8CD35" w14:textId="77777777" w:rsidR="00A1363E" w:rsidRPr="00C85550" w:rsidRDefault="00A1363E" w:rsidP="00B520E7">
            <w:pPr>
              <w:rPr>
                <w:rFonts w:ascii="Times New Roman" w:hAnsi="Times New Roman"/>
              </w:rPr>
            </w:pPr>
            <w:r w:rsidRPr="00C85550">
              <w:rPr>
                <w:rFonts w:ascii="Times New Roman" w:hAnsi="Times New Roman"/>
                <w:sz w:val="20"/>
              </w:rPr>
              <w:t>117.58(16)</w:t>
            </w:r>
          </w:p>
        </w:tc>
        <w:tc>
          <w:tcPr>
            <w:tcW w:w="1437" w:type="dxa"/>
            <w:vAlign w:val="center"/>
          </w:tcPr>
          <w:p w14:paraId="5875431E" w14:textId="77777777" w:rsidR="00A1363E" w:rsidRPr="00C85550" w:rsidRDefault="00A1363E" w:rsidP="00B520E7">
            <w:pPr>
              <w:rPr>
                <w:rFonts w:ascii="Times New Roman" w:hAnsi="Times New Roman"/>
              </w:rPr>
            </w:pPr>
            <w:r w:rsidRPr="00C85550">
              <w:rPr>
                <w:rFonts w:ascii="Times New Roman" w:hAnsi="Times New Roman"/>
                <w:sz w:val="20"/>
              </w:rPr>
              <w:t>C6–N3–H3B</w:t>
            </w:r>
          </w:p>
        </w:tc>
        <w:tc>
          <w:tcPr>
            <w:tcW w:w="1438" w:type="dxa"/>
            <w:vAlign w:val="center"/>
          </w:tcPr>
          <w:p w14:paraId="259CC013" w14:textId="77777777" w:rsidR="00A1363E" w:rsidRPr="00C85550" w:rsidRDefault="00A1363E" w:rsidP="00B520E7">
            <w:pPr>
              <w:rPr>
                <w:rFonts w:ascii="Times New Roman" w:hAnsi="Times New Roman"/>
              </w:rPr>
            </w:pPr>
            <w:r w:rsidRPr="00C85550">
              <w:rPr>
                <w:rFonts w:ascii="Times New Roman" w:hAnsi="Times New Roman"/>
                <w:sz w:val="20"/>
              </w:rPr>
              <w:t>116.0(14)</w:t>
            </w:r>
          </w:p>
        </w:tc>
      </w:tr>
      <w:tr w:rsidR="00A1363E" w:rsidRPr="00C85550" w14:paraId="07F9C26C" w14:textId="77777777" w:rsidTr="00B520E7">
        <w:trPr>
          <w:trHeight w:val="283"/>
        </w:trPr>
        <w:tc>
          <w:tcPr>
            <w:tcW w:w="1436" w:type="dxa"/>
            <w:vAlign w:val="center"/>
          </w:tcPr>
          <w:p w14:paraId="42923D6F" w14:textId="77777777" w:rsidR="00A1363E" w:rsidRPr="00C85550" w:rsidRDefault="00A1363E" w:rsidP="00B520E7">
            <w:pPr>
              <w:rPr>
                <w:rFonts w:ascii="Times New Roman" w:hAnsi="Times New Roman"/>
              </w:rPr>
            </w:pPr>
            <w:r w:rsidRPr="00C85550">
              <w:rPr>
                <w:rFonts w:ascii="Times New Roman" w:hAnsi="Times New Roman"/>
                <w:sz w:val="20"/>
              </w:rPr>
              <w:t>C4–C5–C6</w:t>
            </w:r>
          </w:p>
        </w:tc>
        <w:tc>
          <w:tcPr>
            <w:tcW w:w="1438" w:type="dxa"/>
            <w:vAlign w:val="center"/>
          </w:tcPr>
          <w:p w14:paraId="7F4B9E7E" w14:textId="77777777" w:rsidR="00A1363E" w:rsidRPr="00C85550" w:rsidRDefault="00A1363E" w:rsidP="00B520E7">
            <w:pPr>
              <w:rPr>
                <w:rFonts w:ascii="Times New Roman" w:hAnsi="Times New Roman"/>
              </w:rPr>
            </w:pPr>
            <w:r w:rsidRPr="00C85550">
              <w:rPr>
                <w:rFonts w:ascii="Times New Roman" w:hAnsi="Times New Roman"/>
                <w:sz w:val="20"/>
              </w:rPr>
              <w:t>120.65(17)</w:t>
            </w:r>
          </w:p>
        </w:tc>
        <w:tc>
          <w:tcPr>
            <w:tcW w:w="1437" w:type="dxa"/>
            <w:vAlign w:val="center"/>
          </w:tcPr>
          <w:p w14:paraId="130C3971" w14:textId="77777777" w:rsidR="00A1363E" w:rsidRPr="00C85550" w:rsidRDefault="00A1363E" w:rsidP="00B520E7">
            <w:pPr>
              <w:rPr>
                <w:rFonts w:ascii="Times New Roman" w:hAnsi="Times New Roman"/>
              </w:rPr>
            </w:pPr>
            <w:r w:rsidRPr="00C85550">
              <w:rPr>
                <w:rFonts w:ascii="Times New Roman" w:hAnsi="Times New Roman"/>
                <w:sz w:val="20"/>
              </w:rPr>
              <w:t>C18–C19–C20</w:t>
            </w:r>
          </w:p>
        </w:tc>
        <w:tc>
          <w:tcPr>
            <w:tcW w:w="1438" w:type="dxa"/>
            <w:vAlign w:val="center"/>
          </w:tcPr>
          <w:p w14:paraId="57046CA8" w14:textId="77777777" w:rsidR="00A1363E" w:rsidRPr="00C85550" w:rsidRDefault="00A1363E" w:rsidP="00B520E7">
            <w:pPr>
              <w:rPr>
                <w:rFonts w:ascii="Times New Roman" w:hAnsi="Times New Roman"/>
              </w:rPr>
            </w:pPr>
            <w:r w:rsidRPr="00C85550">
              <w:rPr>
                <w:rFonts w:ascii="Times New Roman" w:hAnsi="Times New Roman"/>
                <w:sz w:val="20"/>
              </w:rPr>
              <w:t>121.09(17)</w:t>
            </w:r>
          </w:p>
        </w:tc>
        <w:tc>
          <w:tcPr>
            <w:tcW w:w="1437" w:type="dxa"/>
            <w:vAlign w:val="center"/>
          </w:tcPr>
          <w:p w14:paraId="5FC9433E" w14:textId="77777777" w:rsidR="00A1363E" w:rsidRPr="00C85550" w:rsidRDefault="00A1363E" w:rsidP="00B520E7">
            <w:pPr>
              <w:rPr>
                <w:rFonts w:ascii="Times New Roman" w:hAnsi="Times New Roman"/>
              </w:rPr>
            </w:pPr>
            <w:r w:rsidRPr="00C85550">
              <w:rPr>
                <w:rFonts w:ascii="Times New Roman" w:hAnsi="Times New Roman"/>
                <w:sz w:val="20"/>
              </w:rPr>
              <w:t>H3A–N3–H3B</w:t>
            </w:r>
          </w:p>
        </w:tc>
        <w:tc>
          <w:tcPr>
            <w:tcW w:w="1438" w:type="dxa"/>
            <w:vAlign w:val="center"/>
          </w:tcPr>
          <w:p w14:paraId="47259609" w14:textId="77777777" w:rsidR="00A1363E" w:rsidRPr="00C85550" w:rsidRDefault="00A1363E" w:rsidP="00B520E7">
            <w:pPr>
              <w:rPr>
                <w:rFonts w:ascii="Times New Roman" w:hAnsi="Times New Roman"/>
              </w:rPr>
            </w:pPr>
            <w:r w:rsidRPr="00C85550">
              <w:rPr>
                <w:rFonts w:ascii="Times New Roman" w:hAnsi="Times New Roman"/>
                <w:sz w:val="20"/>
              </w:rPr>
              <w:t>120.5(19)</w:t>
            </w:r>
          </w:p>
        </w:tc>
      </w:tr>
      <w:tr w:rsidR="00A1363E" w:rsidRPr="00C85550" w14:paraId="543861F0" w14:textId="77777777" w:rsidTr="00B520E7">
        <w:trPr>
          <w:trHeight w:val="283"/>
        </w:trPr>
        <w:tc>
          <w:tcPr>
            <w:tcW w:w="1436" w:type="dxa"/>
            <w:vAlign w:val="center"/>
          </w:tcPr>
          <w:p w14:paraId="13A452F9" w14:textId="77777777" w:rsidR="00A1363E" w:rsidRPr="00C85550" w:rsidRDefault="00A1363E" w:rsidP="00B520E7">
            <w:pPr>
              <w:rPr>
                <w:rFonts w:ascii="Times New Roman" w:hAnsi="Times New Roman"/>
              </w:rPr>
            </w:pPr>
            <w:r w:rsidRPr="00C85550">
              <w:rPr>
                <w:rFonts w:ascii="Times New Roman" w:hAnsi="Times New Roman"/>
                <w:sz w:val="20"/>
              </w:rPr>
              <w:t>C5–C6–C7</w:t>
            </w:r>
          </w:p>
        </w:tc>
        <w:tc>
          <w:tcPr>
            <w:tcW w:w="1438" w:type="dxa"/>
            <w:vAlign w:val="center"/>
          </w:tcPr>
          <w:p w14:paraId="220FD49B" w14:textId="77777777" w:rsidR="00A1363E" w:rsidRPr="00C85550" w:rsidRDefault="00A1363E" w:rsidP="00B520E7">
            <w:pPr>
              <w:rPr>
                <w:rFonts w:ascii="Times New Roman" w:hAnsi="Times New Roman"/>
              </w:rPr>
            </w:pPr>
            <w:r w:rsidRPr="00C85550">
              <w:rPr>
                <w:rFonts w:ascii="Times New Roman" w:hAnsi="Times New Roman"/>
                <w:sz w:val="20"/>
              </w:rPr>
              <w:t>118.61(16)</w:t>
            </w:r>
          </w:p>
        </w:tc>
        <w:tc>
          <w:tcPr>
            <w:tcW w:w="1437" w:type="dxa"/>
            <w:vAlign w:val="center"/>
          </w:tcPr>
          <w:p w14:paraId="545BEFFC" w14:textId="77777777" w:rsidR="00A1363E" w:rsidRPr="00C85550" w:rsidRDefault="00A1363E" w:rsidP="00B520E7">
            <w:pPr>
              <w:rPr>
                <w:rFonts w:ascii="Times New Roman" w:hAnsi="Times New Roman"/>
              </w:rPr>
            </w:pPr>
            <w:r w:rsidRPr="00C85550">
              <w:rPr>
                <w:rFonts w:ascii="Times New Roman" w:hAnsi="Times New Roman"/>
                <w:sz w:val="20"/>
              </w:rPr>
              <w:t>C19–C20–C21</w:t>
            </w:r>
          </w:p>
        </w:tc>
        <w:tc>
          <w:tcPr>
            <w:tcW w:w="1438" w:type="dxa"/>
            <w:vAlign w:val="center"/>
          </w:tcPr>
          <w:p w14:paraId="661280CB" w14:textId="77777777" w:rsidR="00A1363E" w:rsidRPr="00C85550" w:rsidRDefault="00A1363E" w:rsidP="00B520E7">
            <w:pPr>
              <w:rPr>
                <w:rFonts w:ascii="Times New Roman" w:hAnsi="Times New Roman"/>
              </w:rPr>
            </w:pPr>
            <w:r w:rsidRPr="00C85550">
              <w:rPr>
                <w:rFonts w:ascii="Times New Roman" w:hAnsi="Times New Roman"/>
                <w:sz w:val="20"/>
              </w:rPr>
              <w:t>120.93(18)</w:t>
            </w:r>
          </w:p>
        </w:tc>
        <w:tc>
          <w:tcPr>
            <w:tcW w:w="1437" w:type="dxa"/>
            <w:vAlign w:val="center"/>
          </w:tcPr>
          <w:p w14:paraId="6EE3DB50" w14:textId="77777777" w:rsidR="00A1363E" w:rsidRPr="00C85550" w:rsidRDefault="00A1363E" w:rsidP="00B520E7">
            <w:pPr>
              <w:rPr>
                <w:rFonts w:ascii="Times New Roman" w:hAnsi="Times New Roman"/>
              </w:rPr>
            </w:pPr>
            <w:r w:rsidRPr="00C85550">
              <w:rPr>
                <w:rFonts w:ascii="Times New Roman" w:hAnsi="Times New Roman"/>
                <w:sz w:val="20"/>
              </w:rPr>
              <w:t>N5–N4–C16</w:t>
            </w:r>
          </w:p>
        </w:tc>
        <w:tc>
          <w:tcPr>
            <w:tcW w:w="1438" w:type="dxa"/>
            <w:vAlign w:val="center"/>
          </w:tcPr>
          <w:p w14:paraId="366177A9" w14:textId="77777777" w:rsidR="00A1363E" w:rsidRPr="00C85550" w:rsidRDefault="00A1363E" w:rsidP="00B520E7">
            <w:pPr>
              <w:rPr>
                <w:rFonts w:ascii="Times New Roman" w:hAnsi="Times New Roman"/>
              </w:rPr>
            </w:pPr>
            <w:r w:rsidRPr="00C85550">
              <w:rPr>
                <w:rFonts w:ascii="Times New Roman" w:hAnsi="Times New Roman"/>
                <w:sz w:val="20"/>
              </w:rPr>
              <w:t>118.08(16)</w:t>
            </w:r>
          </w:p>
        </w:tc>
      </w:tr>
      <w:tr w:rsidR="00A1363E" w:rsidRPr="00C85550" w14:paraId="439680CA" w14:textId="77777777" w:rsidTr="00B520E7">
        <w:trPr>
          <w:trHeight w:val="283"/>
        </w:trPr>
        <w:tc>
          <w:tcPr>
            <w:tcW w:w="1436" w:type="dxa"/>
            <w:vAlign w:val="center"/>
          </w:tcPr>
          <w:p w14:paraId="12122256" w14:textId="77777777" w:rsidR="00A1363E" w:rsidRPr="00C85550" w:rsidRDefault="00A1363E" w:rsidP="00B520E7">
            <w:pPr>
              <w:rPr>
                <w:rFonts w:ascii="Times New Roman" w:hAnsi="Times New Roman"/>
              </w:rPr>
            </w:pPr>
            <w:r w:rsidRPr="00C85550">
              <w:rPr>
                <w:rFonts w:ascii="Times New Roman" w:hAnsi="Times New Roman"/>
                <w:sz w:val="20"/>
              </w:rPr>
              <w:t>N3–C6–C5</w:t>
            </w:r>
          </w:p>
        </w:tc>
        <w:tc>
          <w:tcPr>
            <w:tcW w:w="1438" w:type="dxa"/>
            <w:vAlign w:val="center"/>
          </w:tcPr>
          <w:p w14:paraId="5CBBF12B" w14:textId="77777777" w:rsidR="00A1363E" w:rsidRPr="00C85550" w:rsidRDefault="00A1363E" w:rsidP="00B520E7">
            <w:pPr>
              <w:rPr>
                <w:rFonts w:ascii="Times New Roman" w:hAnsi="Times New Roman"/>
              </w:rPr>
            </w:pPr>
            <w:r w:rsidRPr="00C85550">
              <w:rPr>
                <w:rFonts w:ascii="Times New Roman" w:hAnsi="Times New Roman"/>
                <w:sz w:val="20"/>
              </w:rPr>
              <w:t>121.34(17)</w:t>
            </w:r>
          </w:p>
        </w:tc>
        <w:tc>
          <w:tcPr>
            <w:tcW w:w="1437" w:type="dxa"/>
            <w:vAlign w:val="center"/>
          </w:tcPr>
          <w:p w14:paraId="311FD3BE" w14:textId="77777777" w:rsidR="00A1363E" w:rsidRPr="00C85550" w:rsidRDefault="00A1363E" w:rsidP="00B520E7">
            <w:pPr>
              <w:rPr>
                <w:rFonts w:ascii="Times New Roman" w:hAnsi="Times New Roman"/>
              </w:rPr>
            </w:pPr>
            <w:r w:rsidRPr="00C85550">
              <w:rPr>
                <w:rFonts w:ascii="Times New Roman" w:hAnsi="Times New Roman"/>
                <w:sz w:val="20"/>
              </w:rPr>
              <w:t>C20–C21–C22</w:t>
            </w:r>
          </w:p>
        </w:tc>
        <w:tc>
          <w:tcPr>
            <w:tcW w:w="1438" w:type="dxa"/>
            <w:vAlign w:val="center"/>
          </w:tcPr>
          <w:p w14:paraId="2D0AE0B0" w14:textId="77777777" w:rsidR="00A1363E" w:rsidRPr="00C85550" w:rsidRDefault="00A1363E" w:rsidP="00B520E7">
            <w:pPr>
              <w:rPr>
                <w:rFonts w:ascii="Times New Roman" w:hAnsi="Times New Roman"/>
              </w:rPr>
            </w:pPr>
            <w:r w:rsidRPr="00C85550">
              <w:rPr>
                <w:rFonts w:ascii="Times New Roman" w:hAnsi="Times New Roman"/>
                <w:sz w:val="20"/>
              </w:rPr>
              <w:t>118.18(17)</w:t>
            </w:r>
          </w:p>
        </w:tc>
        <w:tc>
          <w:tcPr>
            <w:tcW w:w="1437" w:type="dxa"/>
            <w:vAlign w:val="center"/>
          </w:tcPr>
          <w:p w14:paraId="155A906A" w14:textId="77777777" w:rsidR="00A1363E" w:rsidRPr="00C85550" w:rsidRDefault="00A1363E" w:rsidP="00B520E7">
            <w:pPr>
              <w:rPr>
                <w:rFonts w:ascii="Times New Roman" w:hAnsi="Times New Roman"/>
              </w:rPr>
            </w:pPr>
            <w:r w:rsidRPr="00C85550">
              <w:rPr>
                <w:rFonts w:ascii="Times New Roman" w:hAnsi="Times New Roman"/>
                <w:sz w:val="20"/>
              </w:rPr>
              <w:t>C17–N5–H5</w:t>
            </w:r>
          </w:p>
        </w:tc>
        <w:tc>
          <w:tcPr>
            <w:tcW w:w="1438" w:type="dxa"/>
            <w:vAlign w:val="center"/>
          </w:tcPr>
          <w:p w14:paraId="4E62E921" w14:textId="77777777" w:rsidR="00A1363E" w:rsidRPr="00C85550" w:rsidRDefault="00A1363E" w:rsidP="00B520E7">
            <w:pPr>
              <w:rPr>
                <w:rFonts w:ascii="Times New Roman" w:hAnsi="Times New Roman"/>
              </w:rPr>
            </w:pPr>
            <w:r w:rsidRPr="00C85550">
              <w:rPr>
                <w:rFonts w:ascii="Times New Roman" w:hAnsi="Times New Roman"/>
                <w:sz w:val="20"/>
              </w:rPr>
              <w:t>124.7(15)</w:t>
            </w:r>
          </w:p>
        </w:tc>
      </w:tr>
      <w:tr w:rsidR="00A1363E" w:rsidRPr="00C85550" w14:paraId="31656A28" w14:textId="77777777" w:rsidTr="00B520E7">
        <w:trPr>
          <w:trHeight w:val="283"/>
        </w:trPr>
        <w:tc>
          <w:tcPr>
            <w:tcW w:w="1436" w:type="dxa"/>
            <w:vAlign w:val="center"/>
          </w:tcPr>
          <w:p w14:paraId="7FD78B23" w14:textId="77777777" w:rsidR="00A1363E" w:rsidRPr="00C85550" w:rsidRDefault="00A1363E" w:rsidP="00B520E7">
            <w:pPr>
              <w:rPr>
                <w:rFonts w:ascii="Times New Roman" w:hAnsi="Times New Roman"/>
              </w:rPr>
            </w:pPr>
            <w:r w:rsidRPr="00C85550">
              <w:rPr>
                <w:rFonts w:ascii="Times New Roman" w:hAnsi="Times New Roman"/>
                <w:sz w:val="20"/>
              </w:rPr>
              <w:t>N3–C6–C7</w:t>
            </w:r>
          </w:p>
        </w:tc>
        <w:tc>
          <w:tcPr>
            <w:tcW w:w="1438" w:type="dxa"/>
            <w:vAlign w:val="center"/>
          </w:tcPr>
          <w:p w14:paraId="0B01C20B" w14:textId="77777777" w:rsidR="00A1363E" w:rsidRPr="00C85550" w:rsidRDefault="00A1363E" w:rsidP="00B520E7">
            <w:pPr>
              <w:rPr>
                <w:rFonts w:ascii="Times New Roman" w:hAnsi="Times New Roman"/>
              </w:rPr>
            </w:pPr>
            <w:r w:rsidRPr="00C85550">
              <w:rPr>
                <w:rFonts w:ascii="Times New Roman" w:hAnsi="Times New Roman"/>
                <w:sz w:val="20"/>
              </w:rPr>
              <w:t>120.02(16)</w:t>
            </w:r>
          </w:p>
        </w:tc>
        <w:tc>
          <w:tcPr>
            <w:tcW w:w="1437" w:type="dxa"/>
            <w:vAlign w:val="center"/>
          </w:tcPr>
          <w:p w14:paraId="5D7DCB14" w14:textId="77777777" w:rsidR="00A1363E" w:rsidRPr="00C85550" w:rsidRDefault="00A1363E" w:rsidP="00B520E7">
            <w:pPr>
              <w:rPr>
                <w:rFonts w:ascii="Times New Roman" w:hAnsi="Times New Roman"/>
              </w:rPr>
            </w:pPr>
            <w:r w:rsidRPr="00C85550">
              <w:rPr>
                <w:rFonts w:ascii="Times New Roman" w:hAnsi="Times New Roman"/>
                <w:sz w:val="20"/>
              </w:rPr>
              <w:t>N6–C21–C20</w:t>
            </w:r>
          </w:p>
        </w:tc>
        <w:tc>
          <w:tcPr>
            <w:tcW w:w="1438" w:type="dxa"/>
            <w:vAlign w:val="center"/>
          </w:tcPr>
          <w:p w14:paraId="3DE4A91D" w14:textId="77777777" w:rsidR="00A1363E" w:rsidRPr="00C85550" w:rsidRDefault="00A1363E" w:rsidP="00B520E7">
            <w:pPr>
              <w:rPr>
                <w:rFonts w:ascii="Times New Roman" w:hAnsi="Times New Roman"/>
              </w:rPr>
            </w:pPr>
            <w:r w:rsidRPr="00C85550">
              <w:rPr>
                <w:rFonts w:ascii="Times New Roman" w:hAnsi="Times New Roman"/>
                <w:sz w:val="20"/>
              </w:rPr>
              <w:t>121.51(18)</w:t>
            </w:r>
          </w:p>
        </w:tc>
        <w:tc>
          <w:tcPr>
            <w:tcW w:w="1437" w:type="dxa"/>
            <w:vAlign w:val="center"/>
          </w:tcPr>
          <w:p w14:paraId="08389821" w14:textId="77777777" w:rsidR="00A1363E" w:rsidRPr="00C85550" w:rsidRDefault="00A1363E" w:rsidP="00B520E7">
            <w:pPr>
              <w:rPr>
                <w:rFonts w:ascii="Times New Roman" w:hAnsi="Times New Roman"/>
              </w:rPr>
            </w:pPr>
            <w:r w:rsidRPr="00C85550">
              <w:rPr>
                <w:rFonts w:ascii="Times New Roman" w:hAnsi="Times New Roman"/>
                <w:sz w:val="20"/>
              </w:rPr>
              <w:t>N4–N5–C17</w:t>
            </w:r>
          </w:p>
        </w:tc>
        <w:tc>
          <w:tcPr>
            <w:tcW w:w="1438" w:type="dxa"/>
            <w:vAlign w:val="center"/>
          </w:tcPr>
          <w:p w14:paraId="7E30CE40" w14:textId="77777777" w:rsidR="00A1363E" w:rsidRPr="00C85550" w:rsidRDefault="00A1363E" w:rsidP="00B520E7">
            <w:pPr>
              <w:rPr>
                <w:rFonts w:ascii="Times New Roman" w:hAnsi="Times New Roman"/>
              </w:rPr>
            </w:pPr>
            <w:r w:rsidRPr="00C85550">
              <w:rPr>
                <w:rFonts w:ascii="Times New Roman" w:hAnsi="Times New Roman"/>
                <w:sz w:val="20"/>
              </w:rPr>
              <w:t>118.30(16)</w:t>
            </w:r>
          </w:p>
        </w:tc>
      </w:tr>
      <w:tr w:rsidR="00A1363E" w:rsidRPr="00C85550" w14:paraId="19B84BAB" w14:textId="77777777" w:rsidTr="00B520E7">
        <w:trPr>
          <w:trHeight w:val="283"/>
        </w:trPr>
        <w:tc>
          <w:tcPr>
            <w:tcW w:w="1436" w:type="dxa"/>
            <w:vAlign w:val="center"/>
          </w:tcPr>
          <w:p w14:paraId="1AA65295" w14:textId="77777777" w:rsidR="00A1363E" w:rsidRPr="00C85550" w:rsidRDefault="00A1363E" w:rsidP="00B520E7">
            <w:pPr>
              <w:rPr>
                <w:rFonts w:ascii="Times New Roman" w:hAnsi="Times New Roman"/>
              </w:rPr>
            </w:pPr>
            <w:r w:rsidRPr="00C85550">
              <w:rPr>
                <w:rFonts w:ascii="Times New Roman" w:hAnsi="Times New Roman"/>
                <w:sz w:val="20"/>
              </w:rPr>
              <w:t>C6–C7–C8</w:t>
            </w:r>
          </w:p>
        </w:tc>
        <w:tc>
          <w:tcPr>
            <w:tcW w:w="1438" w:type="dxa"/>
            <w:vAlign w:val="center"/>
          </w:tcPr>
          <w:p w14:paraId="79BACDA1" w14:textId="77777777" w:rsidR="00A1363E" w:rsidRPr="00C85550" w:rsidRDefault="00A1363E" w:rsidP="00B520E7">
            <w:pPr>
              <w:rPr>
                <w:rFonts w:ascii="Times New Roman" w:hAnsi="Times New Roman"/>
              </w:rPr>
            </w:pPr>
            <w:r w:rsidRPr="00C85550">
              <w:rPr>
                <w:rFonts w:ascii="Times New Roman" w:hAnsi="Times New Roman"/>
                <w:sz w:val="20"/>
              </w:rPr>
              <w:t>120.51(16)</w:t>
            </w:r>
          </w:p>
        </w:tc>
        <w:tc>
          <w:tcPr>
            <w:tcW w:w="1437" w:type="dxa"/>
            <w:vAlign w:val="center"/>
          </w:tcPr>
          <w:p w14:paraId="0E6F9FD7" w14:textId="77777777" w:rsidR="00A1363E" w:rsidRPr="00C85550" w:rsidRDefault="00A1363E" w:rsidP="00B520E7">
            <w:pPr>
              <w:rPr>
                <w:rFonts w:ascii="Times New Roman" w:hAnsi="Times New Roman"/>
              </w:rPr>
            </w:pPr>
            <w:r w:rsidRPr="00C85550">
              <w:rPr>
                <w:rFonts w:ascii="Times New Roman" w:hAnsi="Times New Roman"/>
                <w:sz w:val="20"/>
              </w:rPr>
              <w:t>N6–C21–C22</w:t>
            </w:r>
          </w:p>
        </w:tc>
        <w:tc>
          <w:tcPr>
            <w:tcW w:w="1438" w:type="dxa"/>
            <w:vAlign w:val="center"/>
          </w:tcPr>
          <w:p w14:paraId="6B53A271" w14:textId="77777777" w:rsidR="00A1363E" w:rsidRPr="00C85550" w:rsidRDefault="00A1363E" w:rsidP="00B520E7">
            <w:pPr>
              <w:rPr>
                <w:rFonts w:ascii="Times New Roman" w:hAnsi="Times New Roman"/>
              </w:rPr>
            </w:pPr>
            <w:r w:rsidRPr="00C85550">
              <w:rPr>
                <w:rFonts w:ascii="Times New Roman" w:hAnsi="Times New Roman"/>
                <w:sz w:val="20"/>
              </w:rPr>
              <w:t>120.30(18)</w:t>
            </w:r>
          </w:p>
        </w:tc>
        <w:tc>
          <w:tcPr>
            <w:tcW w:w="1437" w:type="dxa"/>
            <w:vAlign w:val="center"/>
          </w:tcPr>
          <w:p w14:paraId="028BB0C1" w14:textId="77777777" w:rsidR="00A1363E" w:rsidRPr="00C85550" w:rsidRDefault="00A1363E" w:rsidP="00B520E7">
            <w:pPr>
              <w:rPr>
                <w:rFonts w:ascii="Times New Roman" w:hAnsi="Times New Roman"/>
              </w:rPr>
            </w:pPr>
            <w:r w:rsidRPr="00C85550">
              <w:rPr>
                <w:rFonts w:ascii="Times New Roman" w:hAnsi="Times New Roman"/>
                <w:sz w:val="20"/>
              </w:rPr>
              <w:t>N4–N5–H5</w:t>
            </w:r>
          </w:p>
        </w:tc>
        <w:tc>
          <w:tcPr>
            <w:tcW w:w="1438" w:type="dxa"/>
            <w:vAlign w:val="center"/>
          </w:tcPr>
          <w:p w14:paraId="44089E93" w14:textId="77777777" w:rsidR="00A1363E" w:rsidRPr="00C85550" w:rsidRDefault="00A1363E" w:rsidP="00B520E7">
            <w:pPr>
              <w:rPr>
                <w:rFonts w:ascii="Times New Roman" w:hAnsi="Times New Roman"/>
              </w:rPr>
            </w:pPr>
            <w:r w:rsidRPr="00C85550">
              <w:rPr>
                <w:rFonts w:ascii="Times New Roman" w:hAnsi="Times New Roman"/>
                <w:sz w:val="20"/>
              </w:rPr>
              <w:t>117.0(15)</w:t>
            </w:r>
          </w:p>
        </w:tc>
      </w:tr>
      <w:tr w:rsidR="00A1363E" w:rsidRPr="00C85550" w14:paraId="35CFDB44" w14:textId="77777777" w:rsidTr="00B520E7">
        <w:trPr>
          <w:trHeight w:val="283"/>
        </w:trPr>
        <w:tc>
          <w:tcPr>
            <w:tcW w:w="1436" w:type="dxa"/>
            <w:vAlign w:val="center"/>
          </w:tcPr>
          <w:p w14:paraId="4E3B9691" w14:textId="77777777" w:rsidR="00A1363E" w:rsidRPr="00C85550" w:rsidRDefault="00A1363E" w:rsidP="00B520E7">
            <w:pPr>
              <w:rPr>
                <w:rFonts w:ascii="Times New Roman" w:hAnsi="Times New Roman"/>
              </w:rPr>
            </w:pPr>
            <w:r w:rsidRPr="00C85550">
              <w:rPr>
                <w:rFonts w:ascii="Times New Roman" w:hAnsi="Times New Roman"/>
                <w:sz w:val="20"/>
              </w:rPr>
              <w:t>C3–C8–C7</w:t>
            </w:r>
          </w:p>
        </w:tc>
        <w:tc>
          <w:tcPr>
            <w:tcW w:w="1438" w:type="dxa"/>
            <w:vAlign w:val="center"/>
          </w:tcPr>
          <w:p w14:paraId="5F0C2266" w14:textId="77777777" w:rsidR="00A1363E" w:rsidRPr="00C85550" w:rsidRDefault="00A1363E" w:rsidP="00B520E7">
            <w:pPr>
              <w:rPr>
                <w:rFonts w:ascii="Times New Roman" w:hAnsi="Times New Roman"/>
              </w:rPr>
            </w:pPr>
            <w:r w:rsidRPr="00C85550">
              <w:rPr>
                <w:rFonts w:ascii="Times New Roman" w:hAnsi="Times New Roman"/>
                <w:sz w:val="20"/>
              </w:rPr>
              <w:t>121.21(17)</w:t>
            </w:r>
          </w:p>
        </w:tc>
        <w:tc>
          <w:tcPr>
            <w:tcW w:w="1437" w:type="dxa"/>
            <w:vAlign w:val="center"/>
          </w:tcPr>
          <w:p w14:paraId="6F908835" w14:textId="77777777" w:rsidR="00A1363E" w:rsidRPr="00C85550" w:rsidRDefault="00A1363E" w:rsidP="00B520E7">
            <w:pPr>
              <w:rPr>
                <w:rFonts w:ascii="Times New Roman" w:hAnsi="Times New Roman"/>
              </w:rPr>
            </w:pPr>
            <w:r w:rsidRPr="00C85550">
              <w:rPr>
                <w:rFonts w:ascii="Times New Roman" w:hAnsi="Times New Roman"/>
                <w:sz w:val="20"/>
              </w:rPr>
              <w:t>C21–C22–C23</w:t>
            </w:r>
          </w:p>
        </w:tc>
        <w:tc>
          <w:tcPr>
            <w:tcW w:w="1438" w:type="dxa"/>
            <w:vAlign w:val="center"/>
          </w:tcPr>
          <w:p w14:paraId="16C63B56" w14:textId="77777777" w:rsidR="00A1363E" w:rsidRPr="00C85550" w:rsidRDefault="00A1363E" w:rsidP="00B520E7">
            <w:pPr>
              <w:rPr>
                <w:rFonts w:ascii="Times New Roman" w:hAnsi="Times New Roman"/>
              </w:rPr>
            </w:pPr>
            <w:r w:rsidRPr="00C85550">
              <w:rPr>
                <w:rFonts w:ascii="Times New Roman" w:hAnsi="Times New Roman"/>
                <w:sz w:val="20"/>
              </w:rPr>
              <w:t>120.81(17)</w:t>
            </w:r>
          </w:p>
        </w:tc>
        <w:tc>
          <w:tcPr>
            <w:tcW w:w="1437" w:type="dxa"/>
            <w:vAlign w:val="center"/>
          </w:tcPr>
          <w:p w14:paraId="4DDF233D" w14:textId="77777777" w:rsidR="00A1363E" w:rsidRPr="00C85550" w:rsidRDefault="00A1363E" w:rsidP="00B520E7">
            <w:pPr>
              <w:rPr>
                <w:rFonts w:ascii="Times New Roman" w:hAnsi="Times New Roman"/>
              </w:rPr>
            </w:pPr>
            <w:r w:rsidRPr="00C85550">
              <w:rPr>
                <w:rFonts w:ascii="Times New Roman" w:hAnsi="Times New Roman"/>
                <w:sz w:val="20"/>
              </w:rPr>
              <w:t>C21–N6–H6A</w:t>
            </w:r>
          </w:p>
        </w:tc>
        <w:tc>
          <w:tcPr>
            <w:tcW w:w="1438" w:type="dxa"/>
            <w:vAlign w:val="center"/>
          </w:tcPr>
          <w:p w14:paraId="0457C291" w14:textId="77777777" w:rsidR="00A1363E" w:rsidRPr="00C85550" w:rsidRDefault="00A1363E" w:rsidP="00B520E7">
            <w:pPr>
              <w:rPr>
                <w:rFonts w:ascii="Times New Roman" w:hAnsi="Times New Roman"/>
              </w:rPr>
            </w:pPr>
            <w:r w:rsidRPr="00C85550">
              <w:rPr>
                <w:rFonts w:ascii="Times New Roman" w:hAnsi="Times New Roman"/>
                <w:sz w:val="20"/>
              </w:rPr>
              <w:t>118.0(13)</w:t>
            </w:r>
          </w:p>
        </w:tc>
      </w:tr>
      <w:tr w:rsidR="00A1363E" w:rsidRPr="00C85550" w14:paraId="486AA849" w14:textId="77777777" w:rsidTr="00B520E7">
        <w:trPr>
          <w:trHeight w:val="283"/>
        </w:trPr>
        <w:tc>
          <w:tcPr>
            <w:tcW w:w="1436" w:type="dxa"/>
            <w:vAlign w:val="center"/>
          </w:tcPr>
          <w:p w14:paraId="021B8817" w14:textId="77777777" w:rsidR="00A1363E" w:rsidRPr="00C85550" w:rsidRDefault="00A1363E" w:rsidP="00B520E7">
            <w:pPr>
              <w:rPr>
                <w:rFonts w:ascii="Times New Roman" w:hAnsi="Times New Roman"/>
              </w:rPr>
            </w:pPr>
            <w:r w:rsidRPr="00C85550">
              <w:rPr>
                <w:rFonts w:ascii="Times New Roman" w:hAnsi="Times New Roman"/>
                <w:sz w:val="20"/>
              </w:rPr>
              <w:t>C1–C9–C10</w:t>
            </w:r>
          </w:p>
        </w:tc>
        <w:tc>
          <w:tcPr>
            <w:tcW w:w="1438" w:type="dxa"/>
            <w:vAlign w:val="center"/>
          </w:tcPr>
          <w:p w14:paraId="7540794C" w14:textId="77777777" w:rsidR="00A1363E" w:rsidRPr="00C85550" w:rsidRDefault="00A1363E" w:rsidP="00B520E7">
            <w:pPr>
              <w:rPr>
                <w:rFonts w:ascii="Times New Roman" w:hAnsi="Times New Roman"/>
              </w:rPr>
            </w:pPr>
            <w:r w:rsidRPr="00C85550">
              <w:rPr>
                <w:rFonts w:ascii="Times New Roman" w:hAnsi="Times New Roman"/>
                <w:sz w:val="20"/>
              </w:rPr>
              <w:t>118.40(16)</w:t>
            </w:r>
          </w:p>
        </w:tc>
        <w:tc>
          <w:tcPr>
            <w:tcW w:w="1437" w:type="dxa"/>
            <w:vAlign w:val="center"/>
          </w:tcPr>
          <w:p w14:paraId="457A597D" w14:textId="77777777" w:rsidR="00A1363E" w:rsidRPr="00C85550" w:rsidRDefault="00A1363E" w:rsidP="00B520E7">
            <w:pPr>
              <w:rPr>
                <w:rFonts w:ascii="Times New Roman" w:hAnsi="Times New Roman"/>
              </w:rPr>
            </w:pPr>
            <w:r w:rsidRPr="00C85550">
              <w:rPr>
                <w:rFonts w:ascii="Times New Roman" w:hAnsi="Times New Roman"/>
                <w:sz w:val="20"/>
              </w:rPr>
              <w:t>C18–C23–C22</w:t>
            </w:r>
          </w:p>
        </w:tc>
        <w:tc>
          <w:tcPr>
            <w:tcW w:w="1438" w:type="dxa"/>
            <w:vAlign w:val="center"/>
          </w:tcPr>
          <w:p w14:paraId="01C7EB27" w14:textId="77777777" w:rsidR="00A1363E" w:rsidRPr="00C85550" w:rsidRDefault="00A1363E" w:rsidP="00B520E7">
            <w:pPr>
              <w:rPr>
                <w:rFonts w:ascii="Times New Roman" w:hAnsi="Times New Roman"/>
              </w:rPr>
            </w:pPr>
            <w:r w:rsidRPr="00C85550">
              <w:rPr>
                <w:rFonts w:ascii="Times New Roman" w:hAnsi="Times New Roman"/>
                <w:sz w:val="20"/>
              </w:rPr>
              <w:t>121.41(18)</w:t>
            </w:r>
          </w:p>
        </w:tc>
        <w:tc>
          <w:tcPr>
            <w:tcW w:w="1437" w:type="dxa"/>
            <w:vAlign w:val="center"/>
          </w:tcPr>
          <w:p w14:paraId="6D94E95E" w14:textId="77777777" w:rsidR="00A1363E" w:rsidRPr="00C85550" w:rsidRDefault="00A1363E" w:rsidP="00B520E7">
            <w:pPr>
              <w:rPr>
                <w:rFonts w:ascii="Times New Roman" w:hAnsi="Times New Roman"/>
              </w:rPr>
            </w:pPr>
            <w:r w:rsidRPr="00C85550">
              <w:rPr>
                <w:rFonts w:ascii="Times New Roman" w:hAnsi="Times New Roman"/>
                <w:sz w:val="20"/>
              </w:rPr>
              <w:t>C21–N6–H6B</w:t>
            </w:r>
          </w:p>
        </w:tc>
        <w:tc>
          <w:tcPr>
            <w:tcW w:w="1438" w:type="dxa"/>
            <w:vAlign w:val="center"/>
          </w:tcPr>
          <w:p w14:paraId="04C9AFD1" w14:textId="77777777" w:rsidR="00A1363E" w:rsidRPr="00C85550" w:rsidRDefault="00A1363E" w:rsidP="00B520E7">
            <w:pPr>
              <w:rPr>
                <w:rFonts w:ascii="Times New Roman" w:hAnsi="Times New Roman"/>
              </w:rPr>
            </w:pPr>
            <w:r w:rsidRPr="00C85550">
              <w:rPr>
                <w:rFonts w:ascii="Times New Roman" w:hAnsi="Times New Roman"/>
                <w:sz w:val="20"/>
              </w:rPr>
              <w:t>120.7(14)</w:t>
            </w:r>
          </w:p>
        </w:tc>
      </w:tr>
      <w:tr w:rsidR="00A1363E" w:rsidRPr="00C85550" w14:paraId="0B31AA8E" w14:textId="77777777" w:rsidTr="00B520E7">
        <w:trPr>
          <w:trHeight w:val="283"/>
        </w:trPr>
        <w:tc>
          <w:tcPr>
            <w:tcW w:w="1436" w:type="dxa"/>
            <w:vAlign w:val="center"/>
          </w:tcPr>
          <w:p w14:paraId="3EC6DDAC" w14:textId="77777777" w:rsidR="00A1363E" w:rsidRPr="00C85550" w:rsidRDefault="00A1363E" w:rsidP="00B520E7">
            <w:pPr>
              <w:rPr>
                <w:rFonts w:ascii="Times New Roman" w:hAnsi="Times New Roman"/>
              </w:rPr>
            </w:pPr>
            <w:r w:rsidRPr="00C85550">
              <w:rPr>
                <w:rFonts w:ascii="Times New Roman" w:hAnsi="Times New Roman"/>
                <w:sz w:val="20"/>
              </w:rPr>
              <w:t>C1–C9–C14</w:t>
            </w:r>
          </w:p>
        </w:tc>
        <w:tc>
          <w:tcPr>
            <w:tcW w:w="1438" w:type="dxa"/>
            <w:vAlign w:val="center"/>
          </w:tcPr>
          <w:p w14:paraId="6E32F190" w14:textId="77777777" w:rsidR="00A1363E" w:rsidRPr="00C85550" w:rsidRDefault="00A1363E" w:rsidP="00B520E7">
            <w:pPr>
              <w:rPr>
                <w:rFonts w:ascii="Times New Roman" w:hAnsi="Times New Roman"/>
              </w:rPr>
            </w:pPr>
            <w:r w:rsidRPr="00C85550">
              <w:rPr>
                <w:rFonts w:ascii="Times New Roman" w:hAnsi="Times New Roman"/>
                <w:sz w:val="20"/>
              </w:rPr>
              <w:t>122.64(15)</w:t>
            </w:r>
          </w:p>
        </w:tc>
        <w:tc>
          <w:tcPr>
            <w:tcW w:w="1437" w:type="dxa"/>
            <w:vAlign w:val="center"/>
          </w:tcPr>
          <w:p w14:paraId="336A1899" w14:textId="77777777" w:rsidR="00A1363E" w:rsidRPr="00C85550" w:rsidRDefault="00A1363E" w:rsidP="00B520E7">
            <w:pPr>
              <w:rPr>
                <w:rFonts w:ascii="Times New Roman" w:hAnsi="Times New Roman"/>
              </w:rPr>
            </w:pPr>
            <w:r w:rsidRPr="00C85550">
              <w:rPr>
                <w:rFonts w:ascii="Times New Roman" w:hAnsi="Times New Roman"/>
                <w:sz w:val="20"/>
              </w:rPr>
              <w:t>C16–C24–C25</w:t>
            </w:r>
          </w:p>
        </w:tc>
        <w:tc>
          <w:tcPr>
            <w:tcW w:w="1438" w:type="dxa"/>
            <w:vAlign w:val="center"/>
          </w:tcPr>
          <w:p w14:paraId="083E8605" w14:textId="77777777" w:rsidR="00A1363E" w:rsidRPr="00C85550" w:rsidRDefault="00A1363E" w:rsidP="00B520E7">
            <w:pPr>
              <w:rPr>
                <w:rFonts w:ascii="Times New Roman" w:hAnsi="Times New Roman"/>
              </w:rPr>
            </w:pPr>
            <w:r w:rsidRPr="00C85550">
              <w:rPr>
                <w:rFonts w:ascii="Times New Roman" w:hAnsi="Times New Roman"/>
                <w:sz w:val="20"/>
              </w:rPr>
              <w:t>119.18(17)</w:t>
            </w:r>
          </w:p>
        </w:tc>
        <w:tc>
          <w:tcPr>
            <w:tcW w:w="1437" w:type="dxa"/>
            <w:vAlign w:val="center"/>
          </w:tcPr>
          <w:p w14:paraId="61A81886" w14:textId="77777777" w:rsidR="00A1363E" w:rsidRPr="00C85550" w:rsidRDefault="00A1363E" w:rsidP="00B520E7">
            <w:pPr>
              <w:rPr>
                <w:rFonts w:ascii="Times New Roman" w:hAnsi="Times New Roman"/>
              </w:rPr>
            </w:pPr>
            <w:r w:rsidRPr="00C85550">
              <w:rPr>
                <w:rFonts w:ascii="Times New Roman" w:hAnsi="Times New Roman"/>
                <w:sz w:val="20"/>
              </w:rPr>
              <w:t>H6A–N6–H6B</w:t>
            </w:r>
          </w:p>
        </w:tc>
        <w:tc>
          <w:tcPr>
            <w:tcW w:w="1438" w:type="dxa"/>
            <w:vAlign w:val="center"/>
          </w:tcPr>
          <w:p w14:paraId="08C1BB0E" w14:textId="77777777" w:rsidR="00A1363E" w:rsidRPr="00C85550" w:rsidRDefault="00A1363E" w:rsidP="00B520E7">
            <w:pPr>
              <w:rPr>
                <w:rFonts w:ascii="Times New Roman" w:hAnsi="Times New Roman"/>
              </w:rPr>
            </w:pPr>
            <w:r w:rsidRPr="00C85550">
              <w:rPr>
                <w:rFonts w:ascii="Times New Roman" w:hAnsi="Times New Roman"/>
                <w:sz w:val="20"/>
              </w:rPr>
              <w:t>121.3(19)</w:t>
            </w:r>
          </w:p>
        </w:tc>
      </w:tr>
      <w:tr w:rsidR="00A1363E" w:rsidRPr="00C85550" w14:paraId="66FFAAAC" w14:textId="77777777" w:rsidTr="00B520E7">
        <w:trPr>
          <w:trHeight w:val="283"/>
        </w:trPr>
        <w:tc>
          <w:tcPr>
            <w:tcW w:w="1436" w:type="dxa"/>
            <w:vAlign w:val="center"/>
          </w:tcPr>
          <w:p w14:paraId="0B68D258" w14:textId="77777777" w:rsidR="00A1363E" w:rsidRPr="00C85550" w:rsidRDefault="00A1363E" w:rsidP="00B520E7">
            <w:pPr>
              <w:rPr>
                <w:rFonts w:ascii="Times New Roman" w:hAnsi="Times New Roman"/>
              </w:rPr>
            </w:pPr>
            <w:r w:rsidRPr="00C85550">
              <w:rPr>
                <w:rFonts w:ascii="Times New Roman" w:hAnsi="Times New Roman"/>
                <w:sz w:val="20"/>
              </w:rPr>
              <w:t>C10–C9–C14</w:t>
            </w:r>
          </w:p>
        </w:tc>
        <w:tc>
          <w:tcPr>
            <w:tcW w:w="1438" w:type="dxa"/>
            <w:vAlign w:val="center"/>
          </w:tcPr>
          <w:p w14:paraId="4F5A3BC1" w14:textId="77777777" w:rsidR="00A1363E" w:rsidRPr="00C85550" w:rsidRDefault="00A1363E" w:rsidP="00B520E7">
            <w:pPr>
              <w:rPr>
                <w:rFonts w:ascii="Times New Roman" w:hAnsi="Times New Roman"/>
              </w:rPr>
            </w:pPr>
            <w:r w:rsidRPr="00C85550">
              <w:rPr>
                <w:rFonts w:ascii="Times New Roman" w:hAnsi="Times New Roman"/>
                <w:sz w:val="20"/>
              </w:rPr>
              <w:t>118.92(16)</w:t>
            </w:r>
          </w:p>
        </w:tc>
        <w:tc>
          <w:tcPr>
            <w:tcW w:w="1437" w:type="dxa"/>
            <w:vAlign w:val="center"/>
          </w:tcPr>
          <w:p w14:paraId="53B34762" w14:textId="77777777" w:rsidR="00A1363E" w:rsidRPr="00C85550" w:rsidRDefault="00A1363E" w:rsidP="00B520E7">
            <w:pPr>
              <w:rPr>
                <w:rFonts w:ascii="Times New Roman" w:hAnsi="Times New Roman"/>
              </w:rPr>
            </w:pPr>
            <w:r w:rsidRPr="00C85550">
              <w:rPr>
                <w:rFonts w:ascii="Times New Roman" w:hAnsi="Times New Roman"/>
                <w:sz w:val="20"/>
              </w:rPr>
              <w:t>C16–C24–C29</w:t>
            </w:r>
          </w:p>
        </w:tc>
        <w:tc>
          <w:tcPr>
            <w:tcW w:w="1438" w:type="dxa"/>
            <w:vAlign w:val="center"/>
          </w:tcPr>
          <w:p w14:paraId="1FC66680" w14:textId="77777777" w:rsidR="00A1363E" w:rsidRPr="00C85550" w:rsidRDefault="00A1363E" w:rsidP="00B520E7">
            <w:pPr>
              <w:rPr>
                <w:rFonts w:ascii="Times New Roman" w:hAnsi="Times New Roman"/>
              </w:rPr>
            </w:pPr>
            <w:r w:rsidRPr="00C85550">
              <w:rPr>
                <w:rFonts w:ascii="Times New Roman" w:hAnsi="Times New Roman"/>
                <w:sz w:val="20"/>
              </w:rPr>
              <w:t>121.90(16)</w:t>
            </w:r>
          </w:p>
        </w:tc>
        <w:tc>
          <w:tcPr>
            <w:tcW w:w="1437" w:type="dxa"/>
            <w:vAlign w:val="center"/>
          </w:tcPr>
          <w:p w14:paraId="1957058F" w14:textId="77777777" w:rsidR="00A1363E" w:rsidRPr="00C85550" w:rsidRDefault="00A1363E" w:rsidP="00B520E7">
            <w:pPr>
              <w:rPr>
                <w:rFonts w:ascii="Times New Roman" w:hAnsi="Times New Roman"/>
              </w:rPr>
            </w:pPr>
            <w:r w:rsidRPr="00C85550">
              <w:rPr>
                <w:rFonts w:ascii="Times New Roman" w:hAnsi="Times New Roman"/>
                <w:sz w:val="20"/>
              </w:rPr>
              <w:t>C14–O1–H1</w:t>
            </w:r>
          </w:p>
        </w:tc>
        <w:tc>
          <w:tcPr>
            <w:tcW w:w="1438" w:type="dxa"/>
            <w:vAlign w:val="center"/>
          </w:tcPr>
          <w:p w14:paraId="3A7CF63F" w14:textId="77777777" w:rsidR="00A1363E" w:rsidRPr="00C85550" w:rsidRDefault="00A1363E" w:rsidP="00B520E7">
            <w:pPr>
              <w:rPr>
                <w:rFonts w:ascii="Times New Roman" w:hAnsi="Times New Roman"/>
              </w:rPr>
            </w:pPr>
            <w:r w:rsidRPr="00C85550">
              <w:rPr>
                <w:rFonts w:ascii="Times New Roman" w:hAnsi="Times New Roman"/>
                <w:sz w:val="20"/>
              </w:rPr>
              <w:t>108.2(13)</w:t>
            </w:r>
          </w:p>
        </w:tc>
      </w:tr>
      <w:tr w:rsidR="00A1363E" w:rsidRPr="00C85550" w14:paraId="7F32D208" w14:textId="77777777" w:rsidTr="00B520E7">
        <w:trPr>
          <w:trHeight w:val="283"/>
        </w:trPr>
        <w:tc>
          <w:tcPr>
            <w:tcW w:w="1436" w:type="dxa"/>
            <w:vAlign w:val="center"/>
          </w:tcPr>
          <w:p w14:paraId="794375E0" w14:textId="77777777" w:rsidR="00A1363E" w:rsidRPr="00C85550" w:rsidRDefault="00A1363E" w:rsidP="00B520E7">
            <w:pPr>
              <w:rPr>
                <w:rFonts w:ascii="Times New Roman" w:hAnsi="Times New Roman"/>
              </w:rPr>
            </w:pPr>
            <w:r w:rsidRPr="00C85550">
              <w:rPr>
                <w:rFonts w:ascii="Times New Roman" w:hAnsi="Times New Roman"/>
                <w:sz w:val="20"/>
              </w:rPr>
              <w:t>C9–C10–C11</w:t>
            </w:r>
          </w:p>
        </w:tc>
        <w:tc>
          <w:tcPr>
            <w:tcW w:w="1438" w:type="dxa"/>
            <w:vAlign w:val="center"/>
          </w:tcPr>
          <w:p w14:paraId="2C0E1A12" w14:textId="77777777" w:rsidR="00A1363E" w:rsidRPr="00C85550" w:rsidRDefault="00A1363E" w:rsidP="00B520E7">
            <w:pPr>
              <w:rPr>
                <w:rFonts w:ascii="Times New Roman" w:hAnsi="Times New Roman"/>
              </w:rPr>
            </w:pPr>
            <w:r w:rsidRPr="00C85550">
              <w:rPr>
                <w:rFonts w:ascii="Times New Roman" w:hAnsi="Times New Roman"/>
                <w:sz w:val="20"/>
              </w:rPr>
              <w:t>121.13(17)</w:t>
            </w:r>
          </w:p>
        </w:tc>
        <w:tc>
          <w:tcPr>
            <w:tcW w:w="1437" w:type="dxa"/>
            <w:vAlign w:val="center"/>
          </w:tcPr>
          <w:p w14:paraId="340AFC95" w14:textId="77777777" w:rsidR="00A1363E" w:rsidRPr="00C85550" w:rsidRDefault="00A1363E" w:rsidP="00B520E7">
            <w:pPr>
              <w:rPr>
                <w:rFonts w:ascii="Times New Roman" w:hAnsi="Times New Roman"/>
              </w:rPr>
            </w:pPr>
            <w:r w:rsidRPr="00C85550">
              <w:rPr>
                <w:rFonts w:ascii="Times New Roman" w:hAnsi="Times New Roman"/>
                <w:sz w:val="20"/>
              </w:rPr>
              <w:t>C25–C24–C29</w:t>
            </w:r>
          </w:p>
        </w:tc>
        <w:tc>
          <w:tcPr>
            <w:tcW w:w="1438" w:type="dxa"/>
            <w:vAlign w:val="center"/>
          </w:tcPr>
          <w:p w14:paraId="2488A404" w14:textId="77777777" w:rsidR="00A1363E" w:rsidRPr="00C85550" w:rsidRDefault="00A1363E" w:rsidP="00B520E7">
            <w:pPr>
              <w:rPr>
                <w:rFonts w:ascii="Times New Roman" w:hAnsi="Times New Roman"/>
              </w:rPr>
            </w:pPr>
            <w:r w:rsidRPr="00C85550">
              <w:rPr>
                <w:rFonts w:ascii="Times New Roman" w:hAnsi="Times New Roman"/>
                <w:sz w:val="20"/>
              </w:rPr>
              <w:t>118.92(16)</w:t>
            </w:r>
          </w:p>
        </w:tc>
        <w:tc>
          <w:tcPr>
            <w:tcW w:w="1437" w:type="dxa"/>
            <w:vAlign w:val="center"/>
          </w:tcPr>
          <w:p w14:paraId="2908F6A9" w14:textId="77777777" w:rsidR="00A1363E" w:rsidRPr="00C85550" w:rsidRDefault="00A1363E" w:rsidP="00B520E7">
            <w:pPr>
              <w:rPr>
                <w:rFonts w:ascii="Times New Roman" w:hAnsi="Times New Roman"/>
              </w:rPr>
            </w:pPr>
            <w:r w:rsidRPr="00C85550">
              <w:rPr>
                <w:rFonts w:ascii="Times New Roman" w:hAnsi="Times New Roman"/>
                <w:sz w:val="20"/>
              </w:rPr>
              <w:t>C11–O3–C15</w:t>
            </w:r>
          </w:p>
        </w:tc>
        <w:tc>
          <w:tcPr>
            <w:tcW w:w="1438" w:type="dxa"/>
            <w:vAlign w:val="center"/>
          </w:tcPr>
          <w:p w14:paraId="57EB76A1" w14:textId="77777777" w:rsidR="00A1363E" w:rsidRPr="00C85550" w:rsidRDefault="00A1363E" w:rsidP="00B520E7">
            <w:pPr>
              <w:rPr>
                <w:rFonts w:ascii="Times New Roman" w:hAnsi="Times New Roman"/>
              </w:rPr>
            </w:pPr>
            <w:r w:rsidRPr="00C85550">
              <w:rPr>
                <w:rFonts w:ascii="Times New Roman" w:hAnsi="Times New Roman"/>
                <w:sz w:val="20"/>
              </w:rPr>
              <w:t>118.37(15)</w:t>
            </w:r>
          </w:p>
        </w:tc>
      </w:tr>
      <w:tr w:rsidR="00A1363E" w:rsidRPr="00C85550" w14:paraId="0785A093" w14:textId="77777777" w:rsidTr="00B520E7">
        <w:trPr>
          <w:trHeight w:val="283"/>
        </w:trPr>
        <w:tc>
          <w:tcPr>
            <w:tcW w:w="1436" w:type="dxa"/>
            <w:vAlign w:val="center"/>
          </w:tcPr>
          <w:p w14:paraId="5BB06B0D" w14:textId="77777777" w:rsidR="00A1363E" w:rsidRPr="00C85550" w:rsidRDefault="00A1363E" w:rsidP="00B520E7">
            <w:pPr>
              <w:rPr>
                <w:rFonts w:ascii="Times New Roman" w:hAnsi="Times New Roman"/>
              </w:rPr>
            </w:pPr>
            <w:r w:rsidRPr="00C85550">
              <w:rPr>
                <w:rFonts w:ascii="Times New Roman" w:hAnsi="Times New Roman"/>
                <w:sz w:val="20"/>
              </w:rPr>
              <w:t>C10–C11–C12</w:t>
            </w:r>
          </w:p>
        </w:tc>
        <w:tc>
          <w:tcPr>
            <w:tcW w:w="1438" w:type="dxa"/>
            <w:vAlign w:val="center"/>
          </w:tcPr>
          <w:p w14:paraId="1A07AC2A" w14:textId="77777777" w:rsidR="00A1363E" w:rsidRPr="00C85550" w:rsidRDefault="00A1363E" w:rsidP="00B520E7">
            <w:pPr>
              <w:rPr>
                <w:rFonts w:ascii="Times New Roman" w:hAnsi="Times New Roman"/>
              </w:rPr>
            </w:pPr>
            <w:r w:rsidRPr="00C85550">
              <w:rPr>
                <w:rFonts w:ascii="Times New Roman" w:hAnsi="Times New Roman"/>
                <w:sz w:val="20"/>
              </w:rPr>
              <w:t>119.73(16)</w:t>
            </w:r>
          </w:p>
        </w:tc>
        <w:tc>
          <w:tcPr>
            <w:tcW w:w="1437" w:type="dxa"/>
            <w:vAlign w:val="center"/>
          </w:tcPr>
          <w:p w14:paraId="336483F3" w14:textId="77777777" w:rsidR="00A1363E" w:rsidRPr="00C85550" w:rsidRDefault="00A1363E" w:rsidP="00B520E7">
            <w:pPr>
              <w:rPr>
                <w:rFonts w:ascii="Times New Roman" w:hAnsi="Times New Roman"/>
              </w:rPr>
            </w:pPr>
            <w:r w:rsidRPr="00C85550">
              <w:rPr>
                <w:rFonts w:ascii="Times New Roman" w:hAnsi="Times New Roman"/>
                <w:sz w:val="20"/>
              </w:rPr>
              <w:t>C24–C25–C26</w:t>
            </w:r>
          </w:p>
        </w:tc>
        <w:tc>
          <w:tcPr>
            <w:tcW w:w="1438" w:type="dxa"/>
            <w:vAlign w:val="center"/>
          </w:tcPr>
          <w:p w14:paraId="3226E010" w14:textId="77777777" w:rsidR="00A1363E" w:rsidRPr="00C85550" w:rsidRDefault="00A1363E" w:rsidP="00B520E7">
            <w:pPr>
              <w:rPr>
                <w:rFonts w:ascii="Times New Roman" w:hAnsi="Times New Roman"/>
              </w:rPr>
            </w:pPr>
            <w:r w:rsidRPr="00C85550">
              <w:rPr>
                <w:rFonts w:ascii="Times New Roman" w:hAnsi="Times New Roman"/>
                <w:sz w:val="20"/>
              </w:rPr>
              <w:t>121.32(17)</w:t>
            </w:r>
          </w:p>
        </w:tc>
        <w:tc>
          <w:tcPr>
            <w:tcW w:w="1437" w:type="dxa"/>
            <w:vAlign w:val="center"/>
          </w:tcPr>
          <w:p w14:paraId="186E970A" w14:textId="77777777" w:rsidR="00A1363E" w:rsidRPr="00C85550" w:rsidRDefault="00A1363E" w:rsidP="00B520E7">
            <w:pPr>
              <w:rPr>
                <w:rFonts w:ascii="Times New Roman" w:hAnsi="Times New Roman"/>
              </w:rPr>
            </w:pPr>
            <w:r w:rsidRPr="00C85550">
              <w:rPr>
                <w:rFonts w:ascii="Times New Roman" w:hAnsi="Times New Roman"/>
                <w:sz w:val="20"/>
              </w:rPr>
              <w:t>C29–O4–H4</w:t>
            </w:r>
          </w:p>
        </w:tc>
        <w:tc>
          <w:tcPr>
            <w:tcW w:w="1438" w:type="dxa"/>
            <w:vAlign w:val="center"/>
          </w:tcPr>
          <w:p w14:paraId="65A50A36" w14:textId="77777777" w:rsidR="00A1363E" w:rsidRPr="00C85550" w:rsidRDefault="00A1363E" w:rsidP="00B520E7">
            <w:pPr>
              <w:rPr>
                <w:rFonts w:ascii="Times New Roman" w:hAnsi="Times New Roman"/>
              </w:rPr>
            </w:pPr>
            <w:r w:rsidRPr="00C85550">
              <w:rPr>
                <w:rFonts w:ascii="Times New Roman" w:hAnsi="Times New Roman"/>
                <w:sz w:val="20"/>
              </w:rPr>
              <w:t>106.4(13)</w:t>
            </w:r>
          </w:p>
        </w:tc>
      </w:tr>
      <w:tr w:rsidR="00A1363E" w:rsidRPr="00C85550" w14:paraId="779D968B" w14:textId="77777777" w:rsidTr="00B520E7">
        <w:trPr>
          <w:trHeight w:val="283"/>
        </w:trPr>
        <w:tc>
          <w:tcPr>
            <w:tcW w:w="1436" w:type="dxa"/>
            <w:vAlign w:val="center"/>
          </w:tcPr>
          <w:p w14:paraId="2C6DCA8C" w14:textId="77777777" w:rsidR="00A1363E" w:rsidRPr="00C85550" w:rsidRDefault="00A1363E" w:rsidP="00B520E7">
            <w:pPr>
              <w:rPr>
                <w:rFonts w:ascii="Times New Roman" w:hAnsi="Times New Roman"/>
              </w:rPr>
            </w:pPr>
            <w:r w:rsidRPr="00C85550">
              <w:rPr>
                <w:rFonts w:ascii="Times New Roman" w:hAnsi="Times New Roman"/>
                <w:sz w:val="20"/>
              </w:rPr>
              <w:t>O3–C11–C10</w:t>
            </w:r>
          </w:p>
        </w:tc>
        <w:tc>
          <w:tcPr>
            <w:tcW w:w="1438" w:type="dxa"/>
            <w:vAlign w:val="center"/>
          </w:tcPr>
          <w:p w14:paraId="0B00179B" w14:textId="77777777" w:rsidR="00A1363E" w:rsidRPr="00C85550" w:rsidRDefault="00A1363E" w:rsidP="00B520E7">
            <w:pPr>
              <w:rPr>
                <w:rFonts w:ascii="Times New Roman" w:hAnsi="Times New Roman"/>
              </w:rPr>
            </w:pPr>
            <w:r w:rsidRPr="00C85550">
              <w:rPr>
                <w:rFonts w:ascii="Times New Roman" w:hAnsi="Times New Roman"/>
                <w:sz w:val="20"/>
              </w:rPr>
              <w:t>115.64(16)</w:t>
            </w:r>
          </w:p>
        </w:tc>
        <w:tc>
          <w:tcPr>
            <w:tcW w:w="1437" w:type="dxa"/>
            <w:vAlign w:val="center"/>
          </w:tcPr>
          <w:p w14:paraId="1D96585F" w14:textId="77777777" w:rsidR="00A1363E" w:rsidRPr="00C85550" w:rsidRDefault="00A1363E" w:rsidP="00B520E7">
            <w:pPr>
              <w:rPr>
                <w:rFonts w:ascii="Times New Roman" w:hAnsi="Times New Roman"/>
              </w:rPr>
            </w:pPr>
            <w:r w:rsidRPr="00C85550">
              <w:rPr>
                <w:rFonts w:ascii="Times New Roman" w:hAnsi="Times New Roman"/>
                <w:sz w:val="20"/>
              </w:rPr>
              <w:t>C25–C26–C27</w:t>
            </w:r>
          </w:p>
        </w:tc>
        <w:tc>
          <w:tcPr>
            <w:tcW w:w="1438" w:type="dxa"/>
            <w:vAlign w:val="center"/>
          </w:tcPr>
          <w:p w14:paraId="2BC8FDCB" w14:textId="77777777" w:rsidR="00A1363E" w:rsidRPr="00C85550" w:rsidRDefault="00A1363E" w:rsidP="00B520E7">
            <w:pPr>
              <w:rPr>
                <w:rFonts w:ascii="Times New Roman" w:hAnsi="Times New Roman"/>
              </w:rPr>
            </w:pPr>
            <w:r w:rsidRPr="00C85550">
              <w:rPr>
                <w:rFonts w:ascii="Times New Roman" w:hAnsi="Times New Roman"/>
                <w:sz w:val="20"/>
              </w:rPr>
              <w:t>119.42(17)</w:t>
            </w:r>
          </w:p>
        </w:tc>
        <w:tc>
          <w:tcPr>
            <w:tcW w:w="1437" w:type="dxa"/>
            <w:vAlign w:val="center"/>
          </w:tcPr>
          <w:p w14:paraId="58BD20F2" w14:textId="77777777" w:rsidR="00A1363E" w:rsidRPr="00C85550" w:rsidRDefault="00A1363E" w:rsidP="00B520E7">
            <w:pPr>
              <w:rPr>
                <w:rFonts w:ascii="Times New Roman" w:hAnsi="Times New Roman"/>
              </w:rPr>
            </w:pPr>
            <w:r w:rsidRPr="00C85550">
              <w:rPr>
                <w:rFonts w:ascii="Times New Roman" w:hAnsi="Times New Roman"/>
                <w:sz w:val="20"/>
              </w:rPr>
              <w:t>C26–O6–C30</w:t>
            </w:r>
          </w:p>
        </w:tc>
        <w:tc>
          <w:tcPr>
            <w:tcW w:w="1438" w:type="dxa"/>
            <w:vAlign w:val="center"/>
          </w:tcPr>
          <w:p w14:paraId="6AA5D9B3" w14:textId="77777777" w:rsidR="00A1363E" w:rsidRPr="00C85550" w:rsidRDefault="00A1363E" w:rsidP="00B520E7">
            <w:pPr>
              <w:rPr>
                <w:rFonts w:ascii="Times New Roman" w:hAnsi="Times New Roman"/>
              </w:rPr>
            </w:pPr>
            <w:r w:rsidRPr="00C85550">
              <w:rPr>
                <w:rFonts w:ascii="Times New Roman" w:hAnsi="Times New Roman"/>
                <w:sz w:val="20"/>
              </w:rPr>
              <w:t>117.01(15)</w:t>
            </w:r>
          </w:p>
        </w:tc>
      </w:tr>
      <w:tr w:rsidR="00A1363E" w:rsidRPr="00C85550" w14:paraId="46432293" w14:textId="77777777" w:rsidTr="00B520E7">
        <w:trPr>
          <w:trHeight w:val="283"/>
        </w:trPr>
        <w:tc>
          <w:tcPr>
            <w:tcW w:w="1436" w:type="dxa"/>
            <w:vAlign w:val="center"/>
          </w:tcPr>
          <w:p w14:paraId="73A54FA0" w14:textId="77777777" w:rsidR="00A1363E" w:rsidRPr="00C85550" w:rsidRDefault="00A1363E" w:rsidP="00B520E7">
            <w:pPr>
              <w:rPr>
                <w:rFonts w:ascii="Times New Roman" w:hAnsi="Times New Roman"/>
              </w:rPr>
            </w:pPr>
            <w:r w:rsidRPr="00C85550">
              <w:rPr>
                <w:rFonts w:ascii="Times New Roman" w:hAnsi="Times New Roman"/>
                <w:sz w:val="20"/>
              </w:rPr>
              <w:t>O3–C11–C12</w:t>
            </w:r>
          </w:p>
        </w:tc>
        <w:tc>
          <w:tcPr>
            <w:tcW w:w="1438" w:type="dxa"/>
            <w:vAlign w:val="center"/>
          </w:tcPr>
          <w:p w14:paraId="27EC9427" w14:textId="77777777" w:rsidR="00A1363E" w:rsidRPr="00C85550" w:rsidRDefault="00A1363E" w:rsidP="00B520E7">
            <w:pPr>
              <w:rPr>
                <w:rFonts w:ascii="Times New Roman" w:hAnsi="Times New Roman"/>
              </w:rPr>
            </w:pPr>
            <w:r w:rsidRPr="00C85550">
              <w:rPr>
                <w:rFonts w:ascii="Times New Roman" w:hAnsi="Times New Roman"/>
                <w:sz w:val="20"/>
              </w:rPr>
              <w:t>124.62(16)</w:t>
            </w:r>
          </w:p>
        </w:tc>
        <w:tc>
          <w:tcPr>
            <w:tcW w:w="1437" w:type="dxa"/>
            <w:vAlign w:val="center"/>
          </w:tcPr>
          <w:p w14:paraId="39FC6CB7" w14:textId="77777777" w:rsidR="00A1363E" w:rsidRPr="00C85550" w:rsidRDefault="00A1363E" w:rsidP="00B520E7">
            <w:pPr>
              <w:rPr>
                <w:rFonts w:ascii="Times New Roman" w:hAnsi="Times New Roman"/>
              </w:rPr>
            </w:pPr>
            <w:r w:rsidRPr="00C85550">
              <w:rPr>
                <w:rFonts w:ascii="Times New Roman" w:hAnsi="Times New Roman"/>
                <w:sz w:val="20"/>
              </w:rPr>
              <w:t>O6–C26–C25</w:t>
            </w:r>
          </w:p>
        </w:tc>
        <w:tc>
          <w:tcPr>
            <w:tcW w:w="1438" w:type="dxa"/>
            <w:vAlign w:val="center"/>
          </w:tcPr>
          <w:p w14:paraId="23E38C70" w14:textId="77777777" w:rsidR="00A1363E" w:rsidRPr="00C85550" w:rsidRDefault="00A1363E" w:rsidP="00B520E7">
            <w:pPr>
              <w:rPr>
                <w:rFonts w:ascii="Times New Roman" w:hAnsi="Times New Roman"/>
              </w:rPr>
            </w:pPr>
            <w:r w:rsidRPr="00C85550">
              <w:rPr>
                <w:rFonts w:ascii="Times New Roman" w:hAnsi="Times New Roman"/>
                <w:sz w:val="20"/>
              </w:rPr>
              <w:t>115.71(17)</w:t>
            </w:r>
          </w:p>
        </w:tc>
        <w:tc>
          <w:tcPr>
            <w:tcW w:w="1437" w:type="dxa"/>
            <w:vAlign w:val="center"/>
          </w:tcPr>
          <w:p w14:paraId="6B8F6400" w14:textId="77777777" w:rsidR="00A1363E" w:rsidRPr="00C85550" w:rsidRDefault="00A1363E" w:rsidP="00B520E7">
            <w:pPr>
              <w:rPr>
                <w:rFonts w:ascii="Times New Roman" w:hAnsi="Times New Roman"/>
              </w:rPr>
            </w:pPr>
          </w:p>
        </w:tc>
        <w:tc>
          <w:tcPr>
            <w:tcW w:w="1438" w:type="dxa"/>
            <w:vAlign w:val="center"/>
          </w:tcPr>
          <w:p w14:paraId="76FC407E" w14:textId="77777777" w:rsidR="00A1363E" w:rsidRPr="00C85550" w:rsidRDefault="00A1363E" w:rsidP="00B520E7">
            <w:pPr>
              <w:rPr>
                <w:rFonts w:ascii="Times New Roman" w:hAnsi="Times New Roman"/>
              </w:rPr>
            </w:pPr>
          </w:p>
        </w:tc>
      </w:tr>
    </w:tbl>
    <w:p w14:paraId="18924489" w14:textId="77777777" w:rsidR="00A1363E" w:rsidRPr="00C85550" w:rsidRDefault="00A1363E" w:rsidP="00A1363E">
      <w:pPr>
        <w:rPr>
          <w:rFonts w:ascii="Times New Roman" w:hAnsi="Times New Roman"/>
        </w:rPr>
      </w:pPr>
      <w:r w:rsidRPr="00C85550">
        <w:rPr>
          <w:rFonts w:ascii="Times New Roman" w:hAnsi="Times New Roman"/>
        </w:rPr>
        <w:br w:type="page"/>
      </w:r>
    </w:p>
    <w:p w14:paraId="3E5BFB29" w14:textId="01D02D94" w:rsidR="00A1363E" w:rsidRPr="00C85550" w:rsidRDefault="00A1363E" w:rsidP="00A1363E">
      <w:pPr>
        <w:rPr>
          <w:rFonts w:ascii="Times New Roman" w:hAnsi="Times New Roman"/>
        </w:rPr>
      </w:pPr>
      <w:bookmarkStart w:id="4" w:name="_Hlk152250945"/>
      <w:r w:rsidRPr="00C85550">
        <w:rPr>
          <w:rFonts w:ascii="Times New Roman" w:hAnsi="Times New Roman"/>
          <w:b/>
        </w:rPr>
        <w:lastRenderedPageBreak/>
        <w:t>Table S4.</w:t>
      </w:r>
      <w:r w:rsidRPr="00C85550">
        <w:rPr>
          <w:rFonts w:ascii="Times New Roman" w:hAnsi="Times New Roman"/>
        </w:rPr>
        <w:t xml:space="preserve"> Hydrogen bond parameters </w:t>
      </w:r>
      <w:bookmarkEnd w:id="4"/>
      <w:r w:rsidRPr="00C85550">
        <w:rPr>
          <w:rFonts w:ascii="Times New Roman" w:hAnsi="Times New Roman"/>
        </w:rPr>
        <w:t xml:space="preserve">in the crystal structure </w:t>
      </w:r>
      <w:r w:rsidRPr="00D84A64">
        <w:rPr>
          <w:rFonts w:ascii="Times New Roman" w:hAnsi="Times New Roman"/>
        </w:rPr>
        <w:t xml:space="preserve">of </w:t>
      </w:r>
      <w:r w:rsidR="00D84A64" w:rsidRPr="00D84A64">
        <w:rPr>
          <w:rFonts w:ascii="Times New Roman" w:hAnsi="Times New Roman"/>
          <w:b/>
        </w:rPr>
        <w:t>H</w:t>
      </w:r>
      <w:r w:rsidR="00D84A64" w:rsidRPr="00D84A64">
        <w:rPr>
          <w:rFonts w:ascii="Times New Roman" w:hAnsi="Times New Roman"/>
          <w:b/>
          <w:vertAlign w:val="subscript"/>
        </w:rPr>
        <w:t>2</w:t>
      </w:r>
      <w:r w:rsidR="00D84A64" w:rsidRPr="00D84A64">
        <w:rPr>
          <w:rFonts w:ascii="Times New Roman" w:hAnsi="Times New Roman"/>
          <w:b/>
        </w:rPr>
        <w:t>L</w:t>
      </w:r>
      <w:r w:rsidR="00D84A64" w:rsidRPr="00D84A64">
        <w:rPr>
          <w:rFonts w:ascii="Times New Roman" w:hAnsi="Times New Roman"/>
          <w:b/>
          <w:vertAlign w:val="superscript"/>
        </w:rPr>
        <w:t xml:space="preserve">3 </w:t>
      </w:r>
      <w:r w:rsidR="00D84A64" w:rsidRPr="00D84A64">
        <w:rPr>
          <w:rFonts w:ascii="Times New Roman" w:hAnsi="Times New Roman"/>
        </w:rPr>
        <w:t>and</w:t>
      </w:r>
      <w:r w:rsidR="00D84A64" w:rsidRPr="00D84A64">
        <w:rPr>
          <w:rFonts w:ascii="Times New Roman" w:hAnsi="Times New Roman"/>
          <w:b/>
        </w:rPr>
        <w:t xml:space="preserve"> H</w:t>
      </w:r>
      <w:r w:rsidR="00D84A64" w:rsidRPr="00D84A64">
        <w:rPr>
          <w:rFonts w:ascii="Times New Roman" w:hAnsi="Times New Roman"/>
          <w:b/>
          <w:vertAlign w:val="subscript"/>
        </w:rPr>
        <w:t>2</w:t>
      </w:r>
      <w:r w:rsidR="00D84A64" w:rsidRPr="00D84A64">
        <w:rPr>
          <w:rFonts w:ascii="Times New Roman" w:hAnsi="Times New Roman"/>
          <w:b/>
        </w:rPr>
        <w:t>L</w:t>
      </w:r>
      <w:r w:rsidR="00D84A64" w:rsidRPr="00D84A64">
        <w:rPr>
          <w:rFonts w:ascii="Times New Roman" w:hAnsi="Times New Roman"/>
          <w:b/>
          <w:vertAlign w:val="superscript"/>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79"/>
        <w:gridCol w:w="1231"/>
        <w:gridCol w:w="1276"/>
        <w:gridCol w:w="1134"/>
        <w:gridCol w:w="2108"/>
      </w:tblGrid>
      <w:tr w:rsidR="00A1363E" w:rsidRPr="00C85550" w14:paraId="6461ACF4" w14:textId="77777777" w:rsidTr="00B520E7">
        <w:tc>
          <w:tcPr>
            <w:tcW w:w="8624" w:type="dxa"/>
            <w:gridSpan w:val="6"/>
            <w:vAlign w:val="center"/>
          </w:tcPr>
          <w:p w14:paraId="69BF20FE" w14:textId="77777777" w:rsidR="00A1363E" w:rsidRPr="00C85550" w:rsidRDefault="00A1363E" w:rsidP="00B520E7">
            <w:pPr>
              <w:jc w:val="center"/>
              <w:rPr>
                <w:rFonts w:ascii="Times New Roman" w:hAnsi="Times New Roman"/>
                <w:sz w:val="20"/>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3</w:t>
            </w:r>
          </w:p>
        </w:tc>
      </w:tr>
      <w:tr w:rsidR="00A1363E" w:rsidRPr="00C85550" w14:paraId="3A888E07" w14:textId="77777777" w:rsidTr="00B520E7">
        <w:tc>
          <w:tcPr>
            <w:tcW w:w="1696" w:type="dxa"/>
            <w:vAlign w:val="center"/>
          </w:tcPr>
          <w:p w14:paraId="1234F013"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79" w:type="dxa"/>
            <w:vAlign w:val="center"/>
          </w:tcPr>
          <w:p w14:paraId="13EABDCE"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231" w:type="dxa"/>
            <w:vAlign w:val="center"/>
          </w:tcPr>
          <w:p w14:paraId="2F804474"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276" w:type="dxa"/>
            <w:vAlign w:val="center"/>
          </w:tcPr>
          <w:p w14:paraId="66CEEDF4"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134" w:type="dxa"/>
            <w:vAlign w:val="center"/>
          </w:tcPr>
          <w:p w14:paraId="2B8BA559"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08" w:type="dxa"/>
            <w:vAlign w:val="center"/>
          </w:tcPr>
          <w:p w14:paraId="27531CE7"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3CEC96B2" w14:textId="77777777" w:rsidTr="00B520E7">
        <w:trPr>
          <w:trHeight w:val="283"/>
        </w:trPr>
        <w:tc>
          <w:tcPr>
            <w:tcW w:w="1696" w:type="dxa"/>
            <w:vAlign w:val="center"/>
          </w:tcPr>
          <w:p w14:paraId="23BD80A8" w14:textId="77777777" w:rsidR="00A1363E" w:rsidRPr="00C85550" w:rsidRDefault="00A1363E" w:rsidP="00B520E7">
            <w:pPr>
              <w:rPr>
                <w:rFonts w:ascii="Times New Roman" w:hAnsi="Times New Roman"/>
              </w:rPr>
            </w:pPr>
            <w:r w:rsidRPr="00C85550">
              <w:rPr>
                <w:rFonts w:ascii="Times New Roman" w:hAnsi="Times New Roman"/>
                <w:sz w:val="20"/>
              </w:rPr>
              <w:t>N2–H2···O1</w:t>
            </w:r>
          </w:p>
        </w:tc>
        <w:tc>
          <w:tcPr>
            <w:tcW w:w="1179" w:type="dxa"/>
            <w:vAlign w:val="center"/>
          </w:tcPr>
          <w:p w14:paraId="37FD65E7" w14:textId="77777777" w:rsidR="00A1363E" w:rsidRPr="00C85550" w:rsidRDefault="00A1363E" w:rsidP="00B520E7">
            <w:pPr>
              <w:rPr>
                <w:rFonts w:ascii="Times New Roman" w:hAnsi="Times New Roman"/>
              </w:rPr>
            </w:pPr>
            <w:r w:rsidRPr="00C85550">
              <w:rPr>
                <w:rFonts w:ascii="Times New Roman" w:hAnsi="Times New Roman"/>
                <w:sz w:val="20"/>
              </w:rPr>
              <w:t>0.88(2)</w:t>
            </w:r>
          </w:p>
        </w:tc>
        <w:tc>
          <w:tcPr>
            <w:tcW w:w="1231" w:type="dxa"/>
            <w:vAlign w:val="center"/>
          </w:tcPr>
          <w:p w14:paraId="0F3B2397" w14:textId="77777777" w:rsidR="00A1363E" w:rsidRPr="00C85550" w:rsidRDefault="00A1363E" w:rsidP="00B520E7">
            <w:pPr>
              <w:rPr>
                <w:rFonts w:ascii="Times New Roman" w:hAnsi="Times New Roman"/>
              </w:rPr>
            </w:pPr>
            <w:r w:rsidRPr="00C85550">
              <w:rPr>
                <w:rFonts w:ascii="Times New Roman" w:hAnsi="Times New Roman"/>
                <w:sz w:val="20"/>
              </w:rPr>
              <w:t>2.19(2)</w:t>
            </w:r>
          </w:p>
        </w:tc>
        <w:tc>
          <w:tcPr>
            <w:tcW w:w="1276" w:type="dxa"/>
            <w:vAlign w:val="center"/>
          </w:tcPr>
          <w:p w14:paraId="6AD11512" w14:textId="77777777" w:rsidR="00A1363E" w:rsidRPr="00C85550" w:rsidRDefault="00A1363E" w:rsidP="00B520E7">
            <w:pPr>
              <w:rPr>
                <w:rFonts w:ascii="Times New Roman" w:hAnsi="Times New Roman"/>
              </w:rPr>
            </w:pPr>
            <w:r w:rsidRPr="00C85550">
              <w:rPr>
                <w:rFonts w:ascii="Times New Roman" w:hAnsi="Times New Roman"/>
                <w:sz w:val="20"/>
              </w:rPr>
              <w:t>3.069(3)</w:t>
            </w:r>
          </w:p>
        </w:tc>
        <w:tc>
          <w:tcPr>
            <w:tcW w:w="1134" w:type="dxa"/>
            <w:vAlign w:val="center"/>
          </w:tcPr>
          <w:p w14:paraId="72223CBC" w14:textId="77777777" w:rsidR="00A1363E" w:rsidRPr="00C85550" w:rsidRDefault="00A1363E" w:rsidP="00B520E7">
            <w:pPr>
              <w:rPr>
                <w:rFonts w:ascii="Times New Roman" w:hAnsi="Times New Roman"/>
              </w:rPr>
            </w:pPr>
            <w:r w:rsidRPr="00C85550">
              <w:rPr>
                <w:rFonts w:ascii="Times New Roman" w:hAnsi="Times New Roman"/>
                <w:sz w:val="20"/>
              </w:rPr>
              <w:t>174(4)</w:t>
            </w:r>
          </w:p>
        </w:tc>
        <w:tc>
          <w:tcPr>
            <w:tcW w:w="2108" w:type="dxa"/>
            <w:vAlign w:val="center"/>
          </w:tcPr>
          <w:p w14:paraId="2680F966" w14:textId="77777777" w:rsidR="00A1363E" w:rsidRPr="00C85550" w:rsidRDefault="00A1363E" w:rsidP="00B520E7">
            <w:pPr>
              <w:rPr>
                <w:rFonts w:ascii="Times New Roman" w:hAnsi="Times New Roman"/>
              </w:rPr>
            </w:pPr>
            <w:r w:rsidRPr="00C85550">
              <w:rPr>
                <w:rFonts w:ascii="Times New Roman" w:hAnsi="Times New Roman"/>
                <w:sz w:val="20"/>
              </w:rPr>
              <w:t>–3/2–</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4ABD7F6C" w14:textId="77777777" w:rsidTr="00B520E7">
        <w:trPr>
          <w:trHeight w:val="283"/>
        </w:trPr>
        <w:tc>
          <w:tcPr>
            <w:tcW w:w="1696" w:type="dxa"/>
            <w:vAlign w:val="center"/>
          </w:tcPr>
          <w:p w14:paraId="5B5DFFEE" w14:textId="77777777" w:rsidR="00A1363E" w:rsidRPr="00C85550" w:rsidRDefault="00A1363E" w:rsidP="00B520E7">
            <w:pPr>
              <w:rPr>
                <w:rFonts w:ascii="Times New Roman" w:hAnsi="Times New Roman"/>
              </w:rPr>
            </w:pPr>
            <w:r w:rsidRPr="00C85550">
              <w:rPr>
                <w:rFonts w:ascii="Times New Roman" w:hAnsi="Times New Roman"/>
                <w:sz w:val="20"/>
              </w:rPr>
              <w:t>C10–H10···O2</w:t>
            </w:r>
          </w:p>
        </w:tc>
        <w:tc>
          <w:tcPr>
            <w:tcW w:w="1179" w:type="dxa"/>
            <w:vAlign w:val="center"/>
          </w:tcPr>
          <w:p w14:paraId="4030426D"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231" w:type="dxa"/>
            <w:vAlign w:val="center"/>
          </w:tcPr>
          <w:p w14:paraId="167117D5" w14:textId="77777777" w:rsidR="00A1363E" w:rsidRPr="00C85550" w:rsidRDefault="00A1363E" w:rsidP="00B520E7">
            <w:pPr>
              <w:rPr>
                <w:rFonts w:ascii="Times New Roman" w:hAnsi="Times New Roman"/>
              </w:rPr>
            </w:pPr>
            <w:r w:rsidRPr="00C85550">
              <w:rPr>
                <w:rFonts w:ascii="Times New Roman" w:hAnsi="Times New Roman"/>
                <w:sz w:val="20"/>
              </w:rPr>
              <w:t>2.47</w:t>
            </w:r>
          </w:p>
        </w:tc>
        <w:tc>
          <w:tcPr>
            <w:tcW w:w="1276" w:type="dxa"/>
            <w:vAlign w:val="center"/>
          </w:tcPr>
          <w:p w14:paraId="0BABFDC1" w14:textId="77777777" w:rsidR="00A1363E" w:rsidRPr="00C85550" w:rsidRDefault="00A1363E" w:rsidP="00B520E7">
            <w:pPr>
              <w:rPr>
                <w:rFonts w:ascii="Times New Roman" w:hAnsi="Times New Roman"/>
              </w:rPr>
            </w:pPr>
            <w:r w:rsidRPr="00C85550">
              <w:rPr>
                <w:rFonts w:ascii="Times New Roman" w:hAnsi="Times New Roman"/>
                <w:sz w:val="20"/>
              </w:rPr>
              <w:t>3.404(4)</w:t>
            </w:r>
          </w:p>
        </w:tc>
        <w:tc>
          <w:tcPr>
            <w:tcW w:w="1134" w:type="dxa"/>
            <w:vAlign w:val="center"/>
          </w:tcPr>
          <w:p w14:paraId="60329181" w14:textId="77777777" w:rsidR="00A1363E" w:rsidRPr="00C85550" w:rsidRDefault="00A1363E" w:rsidP="00B520E7">
            <w:pPr>
              <w:rPr>
                <w:rFonts w:ascii="Times New Roman" w:hAnsi="Times New Roman"/>
              </w:rPr>
            </w:pPr>
            <w:r w:rsidRPr="00C85550">
              <w:rPr>
                <w:rFonts w:ascii="Times New Roman" w:hAnsi="Times New Roman"/>
                <w:sz w:val="20"/>
              </w:rPr>
              <w:t>167</w:t>
            </w:r>
          </w:p>
        </w:tc>
        <w:tc>
          <w:tcPr>
            <w:tcW w:w="2108" w:type="dxa"/>
            <w:vAlign w:val="center"/>
          </w:tcPr>
          <w:p w14:paraId="0F04EB24" w14:textId="77777777" w:rsidR="00A1363E" w:rsidRPr="00C85550" w:rsidRDefault="00A1363E" w:rsidP="00B520E7">
            <w:pPr>
              <w:rPr>
                <w:rFonts w:ascii="Times New Roman" w:hAnsi="Times New Roman"/>
              </w:rPr>
            </w:pPr>
            <w:r w:rsidRPr="00C85550">
              <w:rPr>
                <w:rFonts w:ascii="Times New Roman" w:hAnsi="Times New Roman"/>
                <w:sz w:val="20"/>
              </w:rPr>
              <w:t>–3/2–</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19AEAFE3" w14:textId="77777777" w:rsidTr="00B520E7">
        <w:trPr>
          <w:trHeight w:val="283"/>
        </w:trPr>
        <w:tc>
          <w:tcPr>
            <w:tcW w:w="8624" w:type="dxa"/>
            <w:gridSpan w:val="6"/>
            <w:vAlign w:val="center"/>
          </w:tcPr>
          <w:p w14:paraId="62CE26AD" w14:textId="77777777" w:rsidR="00A1363E" w:rsidRPr="00C85550" w:rsidRDefault="00A1363E" w:rsidP="00B520E7">
            <w:pPr>
              <w:jc w:val="center"/>
              <w:rPr>
                <w:rFonts w:ascii="Times New Roman" w:hAnsi="Times New Roman"/>
                <w:sz w:val="20"/>
              </w:rPr>
            </w:pPr>
            <w:r w:rsidRPr="00C85550">
              <w:rPr>
                <w:rFonts w:ascii="Times New Roman" w:hAnsi="Times New Roman"/>
                <w:b/>
              </w:rPr>
              <w:t>H</w:t>
            </w:r>
            <w:r w:rsidRPr="00C85550">
              <w:rPr>
                <w:rFonts w:ascii="Times New Roman" w:hAnsi="Times New Roman"/>
                <w:b/>
                <w:vertAlign w:val="subscript"/>
              </w:rPr>
              <w:t>2</w:t>
            </w:r>
            <w:r w:rsidRPr="00C85550">
              <w:rPr>
                <w:rFonts w:ascii="Times New Roman" w:hAnsi="Times New Roman"/>
                <w:b/>
              </w:rPr>
              <w:t>L</w:t>
            </w:r>
            <w:r w:rsidRPr="00C85550">
              <w:rPr>
                <w:rFonts w:ascii="Times New Roman" w:hAnsi="Times New Roman"/>
                <w:b/>
                <w:vertAlign w:val="superscript"/>
              </w:rPr>
              <w:t>4</w:t>
            </w:r>
          </w:p>
        </w:tc>
      </w:tr>
      <w:tr w:rsidR="00A1363E" w:rsidRPr="00C85550" w14:paraId="4C5EE2EE" w14:textId="77777777" w:rsidTr="00B520E7">
        <w:trPr>
          <w:trHeight w:val="283"/>
        </w:trPr>
        <w:tc>
          <w:tcPr>
            <w:tcW w:w="1696" w:type="dxa"/>
            <w:vAlign w:val="center"/>
          </w:tcPr>
          <w:p w14:paraId="5D9E66AA"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79" w:type="dxa"/>
            <w:vAlign w:val="center"/>
          </w:tcPr>
          <w:p w14:paraId="20D56160"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231" w:type="dxa"/>
            <w:vAlign w:val="center"/>
          </w:tcPr>
          <w:p w14:paraId="35055CA5"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276" w:type="dxa"/>
            <w:vAlign w:val="center"/>
          </w:tcPr>
          <w:p w14:paraId="29BFE555"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134" w:type="dxa"/>
            <w:vAlign w:val="center"/>
          </w:tcPr>
          <w:p w14:paraId="41CDBAFB"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08" w:type="dxa"/>
            <w:vAlign w:val="center"/>
          </w:tcPr>
          <w:p w14:paraId="0C8B0581"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0BC407F1" w14:textId="77777777" w:rsidTr="00B520E7">
        <w:trPr>
          <w:trHeight w:val="283"/>
        </w:trPr>
        <w:tc>
          <w:tcPr>
            <w:tcW w:w="1696" w:type="dxa"/>
            <w:vAlign w:val="center"/>
          </w:tcPr>
          <w:p w14:paraId="6F349FB9" w14:textId="77777777" w:rsidR="00A1363E" w:rsidRPr="00C85550" w:rsidRDefault="00A1363E" w:rsidP="00B520E7">
            <w:pPr>
              <w:rPr>
                <w:rFonts w:ascii="Times New Roman" w:hAnsi="Times New Roman"/>
              </w:rPr>
            </w:pPr>
            <w:r w:rsidRPr="00C85550">
              <w:rPr>
                <w:rFonts w:ascii="Times New Roman" w:hAnsi="Times New Roman"/>
                <w:sz w:val="20"/>
              </w:rPr>
              <w:t>N2–H2···O4</w:t>
            </w:r>
          </w:p>
        </w:tc>
        <w:tc>
          <w:tcPr>
            <w:tcW w:w="1179" w:type="dxa"/>
            <w:vAlign w:val="center"/>
          </w:tcPr>
          <w:p w14:paraId="50E05F30" w14:textId="77777777" w:rsidR="00A1363E" w:rsidRPr="00C85550" w:rsidRDefault="00A1363E" w:rsidP="00B520E7">
            <w:pPr>
              <w:rPr>
                <w:rFonts w:ascii="Times New Roman" w:hAnsi="Times New Roman"/>
              </w:rPr>
            </w:pPr>
            <w:r w:rsidRPr="00C85550">
              <w:rPr>
                <w:rFonts w:ascii="Times New Roman" w:hAnsi="Times New Roman"/>
                <w:sz w:val="20"/>
              </w:rPr>
              <w:t>0.906(19)</w:t>
            </w:r>
          </w:p>
        </w:tc>
        <w:tc>
          <w:tcPr>
            <w:tcW w:w="1231" w:type="dxa"/>
            <w:vAlign w:val="center"/>
          </w:tcPr>
          <w:p w14:paraId="4AB08C54" w14:textId="77777777" w:rsidR="00A1363E" w:rsidRPr="00C85550" w:rsidRDefault="00A1363E" w:rsidP="00B520E7">
            <w:pPr>
              <w:rPr>
                <w:rFonts w:ascii="Times New Roman" w:hAnsi="Times New Roman"/>
              </w:rPr>
            </w:pPr>
            <w:r w:rsidRPr="00C85550">
              <w:rPr>
                <w:rFonts w:ascii="Times New Roman" w:hAnsi="Times New Roman"/>
                <w:sz w:val="20"/>
              </w:rPr>
              <w:t>2.077(19)</w:t>
            </w:r>
          </w:p>
        </w:tc>
        <w:tc>
          <w:tcPr>
            <w:tcW w:w="1276" w:type="dxa"/>
            <w:vAlign w:val="center"/>
          </w:tcPr>
          <w:p w14:paraId="72044ED3" w14:textId="77777777" w:rsidR="00A1363E" w:rsidRPr="00C85550" w:rsidRDefault="00A1363E" w:rsidP="00B520E7">
            <w:pPr>
              <w:rPr>
                <w:rFonts w:ascii="Times New Roman" w:hAnsi="Times New Roman"/>
              </w:rPr>
            </w:pPr>
            <w:r w:rsidRPr="00C85550">
              <w:rPr>
                <w:rFonts w:ascii="Times New Roman" w:hAnsi="Times New Roman"/>
                <w:sz w:val="20"/>
              </w:rPr>
              <w:t>2.930(2)</w:t>
            </w:r>
          </w:p>
        </w:tc>
        <w:tc>
          <w:tcPr>
            <w:tcW w:w="1134" w:type="dxa"/>
            <w:vAlign w:val="center"/>
          </w:tcPr>
          <w:p w14:paraId="2A50EC77" w14:textId="77777777" w:rsidR="00A1363E" w:rsidRPr="00C85550" w:rsidRDefault="00A1363E" w:rsidP="00B520E7">
            <w:pPr>
              <w:rPr>
                <w:rFonts w:ascii="Times New Roman" w:hAnsi="Times New Roman"/>
              </w:rPr>
            </w:pPr>
            <w:r w:rsidRPr="00C85550">
              <w:rPr>
                <w:rFonts w:ascii="Times New Roman" w:hAnsi="Times New Roman"/>
                <w:sz w:val="20"/>
              </w:rPr>
              <w:t>156.4(18)</w:t>
            </w:r>
          </w:p>
        </w:tc>
        <w:tc>
          <w:tcPr>
            <w:tcW w:w="2108" w:type="dxa"/>
            <w:vAlign w:val="center"/>
          </w:tcPr>
          <w:p w14:paraId="7D8C55C9"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r w:rsidR="00A1363E" w:rsidRPr="00C85550" w14:paraId="449BDB69" w14:textId="77777777" w:rsidTr="00B520E7">
        <w:trPr>
          <w:trHeight w:val="283"/>
        </w:trPr>
        <w:tc>
          <w:tcPr>
            <w:tcW w:w="1696" w:type="dxa"/>
            <w:vAlign w:val="center"/>
          </w:tcPr>
          <w:p w14:paraId="7A716F34" w14:textId="77777777" w:rsidR="00A1363E" w:rsidRPr="00C85550" w:rsidRDefault="00A1363E" w:rsidP="00B520E7">
            <w:pPr>
              <w:rPr>
                <w:rFonts w:ascii="Times New Roman" w:hAnsi="Times New Roman"/>
              </w:rPr>
            </w:pPr>
            <w:r w:rsidRPr="00C85550">
              <w:rPr>
                <w:rFonts w:ascii="Times New Roman" w:hAnsi="Times New Roman"/>
                <w:sz w:val="20"/>
              </w:rPr>
              <w:t>N3–H3A···O3</w:t>
            </w:r>
          </w:p>
        </w:tc>
        <w:tc>
          <w:tcPr>
            <w:tcW w:w="1179" w:type="dxa"/>
            <w:vAlign w:val="center"/>
          </w:tcPr>
          <w:p w14:paraId="6CC4291B" w14:textId="77777777" w:rsidR="00A1363E" w:rsidRPr="00C85550" w:rsidRDefault="00A1363E" w:rsidP="00B520E7">
            <w:pPr>
              <w:rPr>
                <w:rFonts w:ascii="Times New Roman" w:hAnsi="Times New Roman"/>
              </w:rPr>
            </w:pPr>
            <w:r w:rsidRPr="00C85550">
              <w:rPr>
                <w:rFonts w:ascii="Times New Roman" w:hAnsi="Times New Roman"/>
                <w:sz w:val="20"/>
              </w:rPr>
              <w:t>0.872(19)</w:t>
            </w:r>
          </w:p>
        </w:tc>
        <w:tc>
          <w:tcPr>
            <w:tcW w:w="1231" w:type="dxa"/>
            <w:vAlign w:val="center"/>
          </w:tcPr>
          <w:p w14:paraId="3C69DD88" w14:textId="77777777" w:rsidR="00A1363E" w:rsidRPr="00C85550" w:rsidRDefault="00A1363E" w:rsidP="00B520E7">
            <w:pPr>
              <w:rPr>
                <w:rFonts w:ascii="Times New Roman" w:hAnsi="Times New Roman"/>
              </w:rPr>
            </w:pPr>
            <w:r w:rsidRPr="00C85550">
              <w:rPr>
                <w:rFonts w:ascii="Times New Roman" w:hAnsi="Times New Roman"/>
                <w:sz w:val="20"/>
              </w:rPr>
              <w:t>2.586(19)</w:t>
            </w:r>
          </w:p>
        </w:tc>
        <w:tc>
          <w:tcPr>
            <w:tcW w:w="1276" w:type="dxa"/>
            <w:vAlign w:val="center"/>
          </w:tcPr>
          <w:p w14:paraId="44647376" w14:textId="77777777" w:rsidR="00A1363E" w:rsidRPr="00C85550" w:rsidRDefault="00A1363E" w:rsidP="00B520E7">
            <w:pPr>
              <w:rPr>
                <w:rFonts w:ascii="Times New Roman" w:hAnsi="Times New Roman"/>
              </w:rPr>
            </w:pPr>
            <w:r w:rsidRPr="00C85550">
              <w:rPr>
                <w:rFonts w:ascii="Times New Roman" w:hAnsi="Times New Roman"/>
                <w:sz w:val="20"/>
              </w:rPr>
              <w:t>3.160(2)</w:t>
            </w:r>
          </w:p>
        </w:tc>
        <w:tc>
          <w:tcPr>
            <w:tcW w:w="1134" w:type="dxa"/>
            <w:vAlign w:val="center"/>
          </w:tcPr>
          <w:p w14:paraId="5CAE5387" w14:textId="77777777" w:rsidR="00A1363E" w:rsidRPr="00C85550" w:rsidRDefault="00A1363E" w:rsidP="00B520E7">
            <w:pPr>
              <w:rPr>
                <w:rFonts w:ascii="Times New Roman" w:hAnsi="Times New Roman"/>
              </w:rPr>
            </w:pPr>
            <w:r w:rsidRPr="00C85550">
              <w:rPr>
                <w:rFonts w:ascii="Times New Roman" w:hAnsi="Times New Roman"/>
                <w:sz w:val="20"/>
              </w:rPr>
              <w:t>124.2(16)</w:t>
            </w:r>
          </w:p>
        </w:tc>
        <w:tc>
          <w:tcPr>
            <w:tcW w:w="2108" w:type="dxa"/>
            <w:vAlign w:val="center"/>
          </w:tcPr>
          <w:p w14:paraId="26C73DD5"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14DF744E" w14:textId="77777777" w:rsidTr="00B520E7">
        <w:trPr>
          <w:trHeight w:val="283"/>
        </w:trPr>
        <w:tc>
          <w:tcPr>
            <w:tcW w:w="1696" w:type="dxa"/>
            <w:vAlign w:val="center"/>
          </w:tcPr>
          <w:p w14:paraId="2A3D2C7A" w14:textId="77777777" w:rsidR="00A1363E" w:rsidRPr="00C85550" w:rsidRDefault="00A1363E" w:rsidP="00B520E7">
            <w:pPr>
              <w:rPr>
                <w:rFonts w:ascii="Times New Roman" w:hAnsi="Times New Roman"/>
              </w:rPr>
            </w:pPr>
            <w:r w:rsidRPr="00C85550">
              <w:rPr>
                <w:rFonts w:ascii="Times New Roman" w:hAnsi="Times New Roman"/>
                <w:sz w:val="20"/>
              </w:rPr>
              <w:t>N3–H3B···O5</w:t>
            </w:r>
          </w:p>
        </w:tc>
        <w:tc>
          <w:tcPr>
            <w:tcW w:w="1179" w:type="dxa"/>
            <w:vAlign w:val="center"/>
          </w:tcPr>
          <w:p w14:paraId="07E01C4A" w14:textId="77777777" w:rsidR="00A1363E" w:rsidRPr="00C85550" w:rsidRDefault="00A1363E" w:rsidP="00B520E7">
            <w:pPr>
              <w:rPr>
                <w:rFonts w:ascii="Times New Roman" w:hAnsi="Times New Roman"/>
              </w:rPr>
            </w:pPr>
            <w:r w:rsidRPr="00C85550">
              <w:rPr>
                <w:rFonts w:ascii="Times New Roman" w:hAnsi="Times New Roman"/>
                <w:sz w:val="20"/>
              </w:rPr>
              <w:t>0.89(2)</w:t>
            </w:r>
          </w:p>
        </w:tc>
        <w:tc>
          <w:tcPr>
            <w:tcW w:w="1231" w:type="dxa"/>
            <w:vAlign w:val="center"/>
          </w:tcPr>
          <w:p w14:paraId="3BA9FFCD" w14:textId="77777777" w:rsidR="00A1363E" w:rsidRPr="00C85550" w:rsidRDefault="00A1363E" w:rsidP="00B520E7">
            <w:pPr>
              <w:rPr>
                <w:rFonts w:ascii="Times New Roman" w:hAnsi="Times New Roman"/>
              </w:rPr>
            </w:pPr>
            <w:r w:rsidRPr="00C85550">
              <w:rPr>
                <w:rFonts w:ascii="Times New Roman" w:hAnsi="Times New Roman"/>
                <w:sz w:val="20"/>
              </w:rPr>
              <w:t>2.208(19)</w:t>
            </w:r>
          </w:p>
        </w:tc>
        <w:tc>
          <w:tcPr>
            <w:tcW w:w="1276" w:type="dxa"/>
            <w:vAlign w:val="center"/>
          </w:tcPr>
          <w:p w14:paraId="03C728CD" w14:textId="77777777" w:rsidR="00A1363E" w:rsidRPr="00C85550" w:rsidRDefault="00A1363E" w:rsidP="00B520E7">
            <w:pPr>
              <w:rPr>
                <w:rFonts w:ascii="Times New Roman" w:hAnsi="Times New Roman"/>
              </w:rPr>
            </w:pPr>
            <w:r w:rsidRPr="00C85550">
              <w:rPr>
                <w:rFonts w:ascii="Times New Roman" w:hAnsi="Times New Roman"/>
                <w:sz w:val="20"/>
              </w:rPr>
              <w:t>3.075(2)</w:t>
            </w:r>
          </w:p>
        </w:tc>
        <w:tc>
          <w:tcPr>
            <w:tcW w:w="1134" w:type="dxa"/>
            <w:vAlign w:val="center"/>
          </w:tcPr>
          <w:p w14:paraId="0A750556" w14:textId="77777777" w:rsidR="00A1363E" w:rsidRPr="00C85550" w:rsidRDefault="00A1363E" w:rsidP="00B520E7">
            <w:pPr>
              <w:rPr>
                <w:rFonts w:ascii="Times New Roman" w:hAnsi="Times New Roman"/>
              </w:rPr>
            </w:pPr>
            <w:r w:rsidRPr="00C85550">
              <w:rPr>
                <w:rFonts w:ascii="Times New Roman" w:hAnsi="Times New Roman"/>
                <w:sz w:val="20"/>
              </w:rPr>
              <w:t>166.0(18)</w:t>
            </w:r>
          </w:p>
        </w:tc>
        <w:tc>
          <w:tcPr>
            <w:tcW w:w="2108" w:type="dxa"/>
            <w:vAlign w:val="center"/>
          </w:tcPr>
          <w:p w14:paraId="465A64F2"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1–</w:t>
            </w:r>
            <w:r w:rsidRPr="00C85550">
              <w:rPr>
                <w:rFonts w:ascii="Times New Roman" w:hAnsi="Times New Roman"/>
                <w:i/>
                <w:sz w:val="20"/>
              </w:rPr>
              <w:t>y</w:t>
            </w:r>
            <w:r w:rsidRPr="00C85550">
              <w:rPr>
                <w:rFonts w:ascii="Times New Roman" w:hAnsi="Times New Roman"/>
                <w:sz w:val="20"/>
              </w:rPr>
              <w:t>, 2–</w:t>
            </w:r>
            <w:r w:rsidRPr="00C85550">
              <w:rPr>
                <w:rFonts w:ascii="Times New Roman" w:hAnsi="Times New Roman"/>
                <w:i/>
                <w:sz w:val="20"/>
              </w:rPr>
              <w:t>z</w:t>
            </w:r>
          </w:p>
        </w:tc>
      </w:tr>
      <w:tr w:rsidR="00A1363E" w:rsidRPr="00C85550" w14:paraId="4C8CA907" w14:textId="77777777" w:rsidTr="00B520E7">
        <w:trPr>
          <w:trHeight w:val="283"/>
        </w:trPr>
        <w:tc>
          <w:tcPr>
            <w:tcW w:w="1696" w:type="dxa"/>
            <w:vAlign w:val="center"/>
          </w:tcPr>
          <w:p w14:paraId="5B7D8663" w14:textId="77777777" w:rsidR="00A1363E" w:rsidRPr="00C85550" w:rsidRDefault="00A1363E" w:rsidP="00B520E7">
            <w:pPr>
              <w:rPr>
                <w:rFonts w:ascii="Times New Roman" w:hAnsi="Times New Roman"/>
              </w:rPr>
            </w:pPr>
            <w:r w:rsidRPr="00C85550">
              <w:rPr>
                <w:rFonts w:ascii="Times New Roman" w:hAnsi="Times New Roman"/>
                <w:sz w:val="20"/>
              </w:rPr>
              <w:t>N5–H5···O2</w:t>
            </w:r>
          </w:p>
        </w:tc>
        <w:tc>
          <w:tcPr>
            <w:tcW w:w="1179" w:type="dxa"/>
            <w:vAlign w:val="center"/>
          </w:tcPr>
          <w:p w14:paraId="79996AB0" w14:textId="77777777" w:rsidR="00A1363E" w:rsidRPr="00C85550" w:rsidRDefault="00A1363E" w:rsidP="00B520E7">
            <w:pPr>
              <w:rPr>
                <w:rFonts w:ascii="Times New Roman" w:hAnsi="Times New Roman"/>
              </w:rPr>
            </w:pPr>
            <w:r w:rsidRPr="00C85550">
              <w:rPr>
                <w:rFonts w:ascii="Times New Roman" w:hAnsi="Times New Roman"/>
                <w:sz w:val="20"/>
              </w:rPr>
              <w:t>0.847(17)</w:t>
            </w:r>
          </w:p>
        </w:tc>
        <w:tc>
          <w:tcPr>
            <w:tcW w:w="1231" w:type="dxa"/>
            <w:vAlign w:val="center"/>
          </w:tcPr>
          <w:p w14:paraId="0D9EE344" w14:textId="77777777" w:rsidR="00A1363E" w:rsidRPr="00C85550" w:rsidRDefault="00A1363E" w:rsidP="00B520E7">
            <w:pPr>
              <w:rPr>
                <w:rFonts w:ascii="Times New Roman" w:hAnsi="Times New Roman"/>
              </w:rPr>
            </w:pPr>
            <w:r w:rsidRPr="00C85550">
              <w:rPr>
                <w:rFonts w:ascii="Times New Roman" w:hAnsi="Times New Roman"/>
                <w:sz w:val="20"/>
              </w:rPr>
              <w:t>2.014(17)</w:t>
            </w:r>
          </w:p>
        </w:tc>
        <w:tc>
          <w:tcPr>
            <w:tcW w:w="1276" w:type="dxa"/>
            <w:vAlign w:val="center"/>
          </w:tcPr>
          <w:p w14:paraId="23816EF6" w14:textId="77777777" w:rsidR="00A1363E" w:rsidRPr="00C85550" w:rsidRDefault="00A1363E" w:rsidP="00B520E7">
            <w:pPr>
              <w:rPr>
                <w:rFonts w:ascii="Times New Roman" w:hAnsi="Times New Roman"/>
              </w:rPr>
            </w:pPr>
            <w:r w:rsidRPr="00C85550">
              <w:rPr>
                <w:rFonts w:ascii="Times New Roman" w:hAnsi="Times New Roman"/>
                <w:sz w:val="20"/>
              </w:rPr>
              <w:t>2.823(2)</w:t>
            </w:r>
          </w:p>
        </w:tc>
        <w:tc>
          <w:tcPr>
            <w:tcW w:w="1134" w:type="dxa"/>
            <w:vAlign w:val="center"/>
          </w:tcPr>
          <w:p w14:paraId="378AA33E" w14:textId="77777777" w:rsidR="00A1363E" w:rsidRPr="00C85550" w:rsidRDefault="00A1363E" w:rsidP="00B520E7">
            <w:pPr>
              <w:rPr>
                <w:rFonts w:ascii="Times New Roman" w:hAnsi="Times New Roman"/>
              </w:rPr>
            </w:pPr>
            <w:r w:rsidRPr="00C85550">
              <w:rPr>
                <w:rFonts w:ascii="Times New Roman" w:hAnsi="Times New Roman"/>
                <w:sz w:val="20"/>
              </w:rPr>
              <w:t>159(2)</w:t>
            </w:r>
          </w:p>
        </w:tc>
        <w:tc>
          <w:tcPr>
            <w:tcW w:w="2108" w:type="dxa"/>
            <w:vAlign w:val="center"/>
          </w:tcPr>
          <w:p w14:paraId="5CA54D20"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r w:rsidR="00A1363E" w:rsidRPr="00C85550" w14:paraId="28822454" w14:textId="77777777" w:rsidTr="00B520E7">
        <w:trPr>
          <w:trHeight w:val="283"/>
        </w:trPr>
        <w:tc>
          <w:tcPr>
            <w:tcW w:w="1696" w:type="dxa"/>
            <w:vAlign w:val="center"/>
          </w:tcPr>
          <w:p w14:paraId="4B3D5AAB" w14:textId="77777777" w:rsidR="00A1363E" w:rsidRPr="00C85550" w:rsidRDefault="00A1363E" w:rsidP="00B520E7">
            <w:pPr>
              <w:rPr>
                <w:rFonts w:ascii="Times New Roman" w:hAnsi="Times New Roman"/>
              </w:rPr>
            </w:pPr>
            <w:r w:rsidRPr="00C85550">
              <w:rPr>
                <w:rFonts w:ascii="Times New Roman" w:hAnsi="Times New Roman"/>
                <w:sz w:val="20"/>
              </w:rPr>
              <w:t>N6–H6A···O1</w:t>
            </w:r>
          </w:p>
        </w:tc>
        <w:tc>
          <w:tcPr>
            <w:tcW w:w="1179" w:type="dxa"/>
            <w:vAlign w:val="center"/>
          </w:tcPr>
          <w:p w14:paraId="0BCC25E5" w14:textId="77777777" w:rsidR="00A1363E" w:rsidRPr="00C85550" w:rsidRDefault="00A1363E" w:rsidP="00B520E7">
            <w:pPr>
              <w:rPr>
                <w:rFonts w:ascii="Times New Roman" w:hAnsi="Times New Roman"/>
              </w:rPr>
            </w:pPr>
            <w:r w:rsidRPr="00C85550">
              <w:rPr>
                <w:rFonts w:ascii="Times New Roman" w:hAnsi="Times New Roman"/>
                <w:sz w:val="20"/>
              </w:rPr>
              <w:t>0.87(2)</w:t>
            </w:r>
          </w:p>
        </w:tc>
        <w:tc>
          <w:tcPr>
            <w:tcW w:w="1231" w:type="dxa"/>
            <w:vAlign w:val="center"/>
          </w:tcPr>
          <w:p w14:paraId="31D67884" w14:textId="77777777" w:rsidR="00A1363E" w:rsidRPr="00C85550" w:rsidRDefault="00A1363E" w:rsidP="00B520E7">
            <w:pPr>
              <w:rPr>
                <w:rFonts w:ascii="Times New Roman" w:hAnsi="Times New Roman"/>
              </w:rPr>
            </w:pPr>
            <w:r w:rsidRPr="00C85550">
              <w:rPr>
                <w:rFonts w:ascii="Times New Roman" w:hAnsi="Times New Roman"/>
                <w:sz w:val="20"/>
              </w:rPr>
              <w:t>2.30(2)</w:t>
            </w:r>
          </w:p>
        </w:tc>
        <w:tc>
          <w:tcPr>
            <w:tcW w:w="1276" w:type="dxa"/>
            <w:vAlign w:val="center"/>
          </w:tcPr>
          <w:p w14:paraId="0BDA2DE2" w14:textId="77777777" w:rsidR="00A1363E" w:rsidRPr="00C85550" w:rsidRDefault="00A1363E" w:rsidP="00B520E7">
            <w:pPr>
              <w:rPr>
                <w:rFonts w:ascii="Times New Roman" w:hAnsi="Times New Roman"/>
              </w:rPr>
            </w:pPr>
            <w:r w:rsidRPr="00C85550">
              <w:rPr>
                <w:rFonts w:ascii="Times New Roman" w:hAnsi="Times New Roman"/>
                <w:sz w:val="20"/>
              </w:rPr>
              <w:t>3.121(2)</w:t>
            </w:r>
          </w:p>
        </w:tc>
        <w:tc>
          <w:tcPr>
            <w:tcW w:w="1134" w:type="dxa"/>
            <w:vAlign w:val="center"/>
          </w:tcPr>
          <w:p w14:paraId="4C1EE6FB" w14:textId="77777777" w:rsidR="00A1363E" w:rsidRPr="00C85550" w:rsidRDefault="00A1363E" w:rsidP="00B520E7">
            <w:pPr>
              <w:rPr>
                <w:rFonts w:ascii="Times New Roman" w:hAnsi="Times New Roman"/>
              </w:rPr>
            </w:pPr>
            <w:r w:rsidRPr="00C85550">
              <w:rPr>
                <w:rFonts w:ascii="Times New Roman" w:hAnsi="Times New Roman"/>
                <w:sz w:val="20"/>
              </w:rPr>
              <w:t>157.1(18)</w:t>
            </w:r>
          </w:p>
        </w:tc>
        <w:tc>
          <w:tcPr>
            <w:tcW w:w="2108" w:type="dxa"/>
            <w:vAlign w:val="center"/>
          </w:tcPr>
          <w:p w14:paraId="589007A5"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2–</w:t>
            </w:r>
            <w:r w:rsidRPr="00C85550">
              <w:rPr>
                <w:rFonts w:ascii="Times New Roman" w:hAnsi="Times New Roman"/>
                <w:i/>
                <w:sz w:val="20"/>
              </w:rPr>
              <w:t>y</w:t>
            </w:r>
            <w:r w:rsidRPr="00C85550">
              <w:rPr>
                <w:rFonts w:ascii="Times New Roman" w:hAnsi="Times New Roman"/>
                <w:sz w:val="20"/>
              </w:rPr>
              <w:t>, 2–</w:t>
            </w:r>
            <w:r w:rsidRPr="00C85550">
              <w:rPr>
                <w:rFonts w:ascii="Times New Roman" w:hAnsi="Times New Roman"/>
                <w:i/>
                <w:sz w:val="20"/>
              </w:rPr>
              <w:t>z</w:t>
            </w:r>
          </w:p>
        </w:tc>
      </w:tr>
      <w:tr w:rsidR="00A1363E" w:rsidRPr="00C85550" w14:paraId="67865249" w14:textId="77777777" w:rsidTr="00B520E7">
        <w:trPr>
          <w:trHeight w:val="283"/>
        </w:trPr>
        <w:tc>
          <w:tcPr>
            <w:tcW w:w="1696" w:type="dxa"/>
            <w:vAlign w:val="center"/>
          </w:tcPr>
          <w:p w14:paraId="23B866C3" w14:textId="77777777" w:rsidR="00A1363E" w:rsidRPr="00C85550" w:rsidRDefault="00A1363E" w:rsidP="00B520E7">
            <w:pPr>
              <w:rPr>
                <w:rFonts w:ascii="Times New Roman" w:hAnsi="Times New Roman"/>
              </w:rPr>
            </w:pPr>
            <w:r w:rsidRPr="00C85550">
              <w:rPr>
                <w:rFonts w:ascii="Times New Roman" w:hAnsi="Times New Roman"/>
                <w:sz w:val="20"/>
              </w:rPr>
              <w:t>C4–H4A···O4</w:t>
            </w:r>
          </w:p>
        </w:tc>
        <w:tc>
          <w:tcPr>
            <w:tcW w:w="1179" w:type="dxa"/>
            <w:vAlign w:val="center"/>
          </w:tcPr>
          <w:p w14:paraId="744AFBD0"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231" w:type="dxa"/>
            <w:vAlign w:val="center"/>
          </w:tcPr>
          <w:p w14:paraId="7BAB4482" w14:textId="77777777" w:rsidR="00A1363E" w:rsidRPr="00C85550" w:rsidRDefault="00A1363E" w:rsidP="00B520E7">
            <w:pPr>
              <w:rPr>
                <w:rFonts w:ascii="Times New Roman" w:hAnsi="Times New Roman"/>
              </w:rPr>
            </w:pPr>
            <w:r w:rsidRPr="00C85550">
              <w:rPr>
                <w:rFonts w:ascii="Times New Roman" w:hAnsi="Times New Roman"/>
                <w:sz w:val="20"/>
              </w:rPr>
              <w:t>2.59</w:t>
            </w:r>
          </w:p>
        </w:tc>
        <w:tc>
          <w:tcPr>
            <w:tcW w:w="1276" w:type="dxa"/>
            <w:vAlign w:val="center"/>
          </w:tcPr>
          <w:p w14:paraId="7470296F" w14:textId="77777777" w:rsidR="00A1363E" w:rsidRPr="00C85550" w:rsidRDefault="00A1363E" w:rsidP="00B520E7">
            <w:pPr>
              <w:rPr>
                <w:rFonts w:ascii="Times New Roman" w:hAnsi="Times New Roman"/>
              </w:rPr>
            </w:pPr>
            <w:r w:rsidRPr="00C85550">
              <w:rPr>
                <w:rFonts w:ascii="Times New Roman" w:hAnsi="Times New Roman"/>
                <w:sz w:val="20"/>
              </w:rPr>
              <w:t>3.445(2)</w:t>
            </w:r>
          </w:p>
        </w:tc>
        <w:tc>
          <w:tcPr>
            <w:tcW w:w="1134" w:type="dxa"/>
            <w:vAlign w:val="center"/>
          </w:tcPr>
          <w:p w14:paraId="0DF26B0F" w14:textId="77777777" w:rsidR="00A1363E" w:rsidRPr="00C85550" w:rsidRDefault="00A1363E" w:rsidP="00B520E7">
            <w:pPr>
              <w:rPr>
                <w:rFonts w:ascii="Times New Roman" w:hAnsi="Times New Roman"/>
              </w:rPr>
            </w:pPr>
            <w:r w:rsidRPr="00C85550">
              <w:rPr>
                <w:rFonts w:ascii="Times New Roman" w:hAnsi="Times New Roman"/>
                <w:sz w:val="20"/>
              </w:rPr>
              <w:t>150</w:t>
            </w:r>
          </w:p>
        </w:tc>
        <w:tc>
          <w:tcPr>
            <w:tcW w:w="2108" w:type="dxa"/>
            <w:vAlign w:val="center"/>
          </w:tcPr>
          <w:p w14:paraId="2801C8EF"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r w:rsidR="00A1363E" w:rsidRPr="00C85550" w14:paraId="63290ABC" w14:textId="77777777" w:rsidTr="00B520E7">
        <w:trPr>
          <w:trHeight w:val="283"/>
        </w:trPr>
        <w:tc>
          <w:tcPr>
            <w:tcW w:w="1696" w:type="dxa"/>
            <w:vAlign w:val="center"/>
          </w:tcPr>
          <w:p w14:paraId="270FB614" w14:textId="77777777" w:rsidR="00A1363E" w:rsidRPr="00C85550" w:rsidRDefault="00A1363E" w:rsidP="00B520E7">
            <w:pPr>
              <w:rPr>
                <w:rFonts w:ascii="Times New Roman" w:hAnsi="Times New Roman"/>
              </w:rPr>
            </w:pPr>
            <w:r w:rsidRPr="00C85550">
              <w:rPr>
                <w:rFonts w:ascii="Times New Roman" w:hAnsi="Times New Roman"/>
                <w:sz w:val="20"/>
              </w:rPr>
              <w:t>C15–H15B···O5</w:t>
            </w:r>
          </w:p>
        </w:tc>
        <w:tc>
          <w:tcPr>
            <w:tcW w:w="1179" w:type="dxa"/>
            <w:vAlign w:val="center"/>
          </w:tcPr>
          <w:p w14:paraId="20C8E4E6" w14:textId="77777777" w:rsidR="00A1363E" w:rsidRPr="00C85550" w:rsidRDefault="00A1363E" w:rsidP="00B520E7">
            <w:pPr>
              <w:rPr>
                <w:rFonts w:ascii="Times New Roman" w:hAnsi="Times New Roman"/>
              </w:rPr>
            </w:pPr>
            <w:r w:rsidRPr="00C85550">
              <w:rPr>
                <w:rFonts w:ascii="Times New Roman" w:hAnsi="Times New Roman"/>
                <w:sz w:val="20"/>
              </w:rPr>
              <w:t>0.98</w:t>
            </w:r>
          </w:p>
        </w:tc>
        <w:tc>
          <w:tcPr>
            <w:tcW w:w="1231" w:type="dxa"/>
            <w:vAlign w:val="center"/>
          </w:tcPr>
          <w:p w14:paraId="560217E8" w14:textId="77777777" w:rsidR="00A1363E" w:rsidRPr="00C85550" w:rsidRDefault="00A1363E" w:rsidP="00B520E7">
            <w:pPr>
              <w:rPr>
                <w:rFonts w:ascii="Times New Roman" w:hAnsi="Times New Roman"/>
              </w:rPr>
            </w:pPr>
            <w:r w:rsidRPr="00C85550">
              <w:rPr>
                <w:rFonts w:ascii="Times New Roman" w:hAnsi="Times New Roman"/>
                <w:sz w:val="20"/>
              </w:rPr>
              <w:t>2.40</w:t>
            </w:r>
          </w:p>
        </w:tc>
        <w:tc>
          <w:tcPr>
            <w:tcW w:w="1276" w:type="dxa"/>
            <w:vAlign w:val="center"/>
          </w:tcPr>
          <w:p w14:paraId="295BFCA5" w14:textId="77777777" w:rsidR="00A1363E" w:rsidRPr="00C85550" w:rsidRDefault="00A1363E" w:rsidP="00B520E7">
            <w:pPr>
              <w:rPr>
                <w:rFonts w:ascii="Times New Roman" w:hAnsi="Times New Roman"/>
              </w:rPr>
            </w:pPr>
            <w:r w:rsidRPr="00C85550">
              <w:rPr>
                <w:rFonts w:ascii="Times New Roman" w:hAnsi="Times New Roman"/>
                <w:sz w:val="20"/>
              </w:rPr>
              <w:t>3.310(3)</w:t>
            </w:r>
          </w:p>
        </w:tc>
        <w:tc>
          <w:tcPr>
            <w:tcW w:w="1134" w:type="dxa"/>
            <w:vAlign w:val="center"/>
          </w:tcPr>
          <w:p w14:paraId="48F805DB" w14:textId="77777777" w:rsidR="00A1363E" w:rsidRPr="00C85550" w:rsidRDefault="00A1363E" w:rsidP="00B520E7">
            <w:pPr>
              <w:rPr>
                <w:rFonts w:ascii="Times New Roman" w:hAnsi="Times New Roman"/>
              </w:rPr>
            </w:pPr>
            <w:r w:rsidRPr="00C85550">
              <w:rPr>
                <w:rFonts w:ascii="Times New Roman" w:hAnsi="Times New Roman"/>
                <w:sz w:val="20"/>
              </w:rPr>
              <w:t>154</w:t>
            </w:r>
          </w:p>
        </w:tc>
        <w:tc>
          <w:tcPr>
            <w:tcW w:w="2108" w:type="dxa"/>
            <w:vAlign w:val="center"/>
          </w:tcPr>
          <w:p w14:paraId="6E057A13"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2–</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61C1DCDD" w14:textId="77777777" w:rsidTr="00B520E7">
        <w:trPr>
          <w:trHeight w:val="283"/>
        </w:trPr>
        <w:tc>
          <w:tcPr>
            <w:tcW w:w="1696" w:type="dxa"/>
            <w:vAlign w:val="center"/>
          </w:tcPr>
          <w:p w14:paraId="388DB46D" w14:textId="77777777" w:rsidR="00A1363E" w:rsidRPr="00C85550" w:rsidRDefault="00A1363E" w:rsidP="00B520E7">
            <w:pPr>
              <w:rPr>
                <w:rFonts w:ascii="Times New Roman" w:hAnsi="Times New Roman"/>
              </w:rPr>
            </w:pPr>
            <w:r w:rsidRPr="00C85550">
              <w:rPr>
                <w:rFonts w:ascii="Times New Roman" w:hAnsi="Times New Roman"/>
                <w:sz w:val="20"/>
              </w:rPr>
              <w:t>C15–H15C···O2</w:t>
            </w:r>
          </w:p>
        </w:tc>
        <w:tc>
          <w:tcPr>
            <w:tcW w:w="1179" w:type="dxa"/>
            <w:vAlign w:val="center"/>
          </w:tcPr>
          <w:p w14:paraId="2F4F832E" w14:textId="77777777" w:rsidR="00A1363E" w:rsidRPr="00C85550" w:rsidRDefault="00A1363E" w:rsidP="00B520E7">
            <w:pPr>
              <w:rPr>
                <w:rFonts w:ascii="Times New Roman" w:hAnsi="Times New Roman"/>
              </w:rPr>
            </w:pPr>
            <w:r w:rsidRPr="00C85550">
              <w:rPr>
                <w:rFonts w:ascii="Times New Roman" w:hAnsi="Times New Roman"/>
                <w:sz w:val="20"/>
              </w:rPr>
              <w:t>0.98</w:t>
            </w:r>
          </w:p>
        </w:tc>
        <w:tc>
          <w:tcPr>
            <w:tcW w:w="1231" w:type="dxa"/>
            <w:vAlign w:val="center"/>
          </w:tcPr>
          <w:p w14:paraId="18683D6D" w14:textId="77777777" w:rsidR="00A1363E" w:rsidRPr="00C85550" w:rsidRDefault="00A1363E" w:rsidP="00B520E7">
            <w:pPr>
              <w:rPr>
                <w:rFonts w:ascii="Times New Roman" w:hAnsi="Times New Roman"/>
              </w:rPr>
            </w:pPr>
            <w:r w:rsidRPr="00C85550">
              <w:rPr>
                <w:rFonts w:ascii="Times New Roman" w:hAnsi="Times New Roman"/>
                <w:sz w:val="20"/>
              </w:rPr>
              <w:t>2.59</w:t>
            </w:r>
          </w:p>
        </w:tc>
        <w:tc>
          <w:tcPr>
            <w:tcW w:w="1276" w:type="dxa"/>
            <w:vAlign w:val="center"/>
          </w:tcPr>
          <w:p w14:paraId="72093D89" w14:textId="77777777" w:rsidR="00A1363E" w:rsidRPr="00C85550" w:rsidRDefault="00A1363E" w:rsidP="00B520E7">
            <w:pPr>
              <w:rPr>
                <w:rFonts w:ascii="Times New Roman" w:hAnsi="Times New Roman"/>
              </w:rPr>
            </w:pPr>
            <w:r w:rsidRPr="00C85550">
              <w:rPr>
                <w:rFonts w:ascii="Times New Roman" w:hAnsi="Times New Roman"/>
                <w:sz w:val="20"/>
              </w:rPr>
              <w:t>3.476(3)</w:t>
            </w:r>
          </w:p>
        </w:tc>
        <w:tc>
          <w:tcPr>
            <w:tcW w:w="1134" w:type="dxa"/>
            <w:vAlign w:val="center"/>
          </w:tcPr>
          <w:p w14:paraId="678AA0C9" w14:textId="77777777" w:rsidR="00A1363E" w:rsidRPr="00C85550" w:rsidRDefault="00A1363E" w:rsidP="00B520E7">
            <w:pPr>
              <w:rPr>
                <w:rFonts w:ascii="Times New Roman" w:hAnsi="Times New Roman"/>
              </w:rPr>
            </w:pPr>
            <w:r w:rsidRPr="00C85550">
              <w:rPr>
                <w:rFonts w:ascii="Times New Roman" w:hAnsi="Times New Roman"/>
                <w:sz w:val="20"/>
              </w:rPr>
              <w:t>151</w:t>
            </w:r>
          </w:p>
        </w:tc>
        <w:tc>
          <w:tcPr>
            <w:tcW w:w="2108" w:type="dxa"/>
            <w:vAlign w:val="center"/>
          </w:tcPr>
          <w:p w14:paraId="4C472E23"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2–</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3345F55E" w14:textId="77777777" w:rsidTr="00B520E7">
        <w:trPr>
          <w:trHeight w:val="283"/>
        </w:trPr>
        <w:tc>
          <w:tcPr>
            <w:tcW w:w="1696" w:type="dxa"/>
            <w:vAlign w:val="center"/>
          </w:tcPr>
          <w:p w14:paraId="6542F68E" w14:textId="77777777" w:rsidR="00A1363E" w:rsidRPr="00C85550" w:rsidRDefault="00A1363E" w:rsidP="00B520E7">
            <w:pPr>
              <w:rPr>
                <w:rFonts w:ascii="Times New Roman" w:hAnsi="Times New Roman"/>
              </w:rPr>
            </w:pPr>
            <w:r w:rsidRPr="00C85550">
              <w:rPr>
                <w:rFonts w:ascii="Times New Roman" w:hAnsi="Times New Roman"/>
                <w:sz w:val="20"/>
              </w:rPr>
              <w:t>C16–H16···O2</w:t>
            </w:r>
          </w:p>
        </w:tc>
        <w:tc>
          <w:tcPr>
            <w:tcW w:w="1179" w:type="dxa"/>
            <w:vAlign w:val="center"/>
          </w:tcPr>
          <w:p w14:paraId="54F9917B"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231" w:type="dxa"/>
            <w:vAlign w:val="center"/>
          </w:tcPr>
          <w:p w14:paraId="054F0B1B" w14:textId="77777777" w:rsidR="00A1363E" w:rsidRPr="00C85550" w:rsidRDefault="00A1363E" w:rsidP="00B520E7">
            <w:pPr>
              <w:rPr>
                <w:rFonts w:ascii="Times New Roman" w:hAnsi="Times New Roman"/>
              </w:rPr>
            </w:pPr>
            <w:r w:rsidRPr="00C85550">
              <w:rPr>
                <w:rFonts w:ascii="Times New Roman" w:hAnsi="Times New Roman"/>
                <w:sz w:val="20"/>
              </w:rPr>
              <w:t>2.52</w:t>
            </w:r>
          </w:p>
        </w:tc>
        <w:tc>
          <w:tcPr>
            <w:tcW w:w="1276" w:type="dxa"/>
            <w:vAlign w:val="center"/>
          </w:tcPr>
          <w:p w14:paraId="4469C21B" w14:textId="77777777" w:rsidR="00A1363E" w:rsidRPr="00C85550" w:rsidRDefault="00A1363E" w:rsidP="00B520E7">
            <w:pPr>
              <w:rPr>
                <w:rFonts w:ascii="Times New Roman" w:hAnsi="Times New Roman"/>
              </w:rPr>
            </w:pPr>
            <w:r w:rsidRPr="00C85550">
              <w:rPr>
                <w:rFonts w:ascii="Times New Roman" w:hAnsi="Times New Roman"/>
                <w:sz w:val="20"/>
              </w:rPr>
              <w:t>3.238(2)</w:t>
            </w:r>
          </w:p>
        </w:tc>
        <w:tc>
          <w:tcPr>
            <w:tcW w:w="1134" w:type="dxa"/>
            <w:vAlign w:val="center"/>
          </w:tcPr>
          <w:p w14:paraId="28486199" w14:textId="77777777" w:rsidR="00A1363E" w:rsidRPr="00C85550" w:rsidRDefault="00A1363E" w:rsidP="00B520E7">
            <w:pPr>
              <w:rPr>
                <w:rFonts w:ascii="Times New Roman" w:hAnsi="Times New Roman"/>
              </w:rPr>
            </w:pPr>
            <w:r w:rsidRPr="00C85550">
              <w:rPr>
                <w:rFonts w:ascii="Times New Roman" w:hAnsi="Times New Roman"/>
                <w:sz w:val="20"/>
              </w:rPr>
              <w:t>133</w:t>
            </w:r>
          </w:p>
        </w:tc>
        <w:tc>
          <w:tcPr>
            <w:tcW w:w="2108" w:type="dxa"/>
            <w:vAlign w:val="center"/>
          </w:tcPr>
          <w:p w14:paraId="7BD4F19C"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r w:rsidR="00A1363E" w:rsidRPr="00C85550" w14:paraId="40491D3F" w14:textId="77777777" w:rsidTr="00B520E7">
        <w:trPr>
          <w:trHeight w:val="283"/>
        </w:trPr>
        <w:tc>
          <w:tcPr>
            <w:tcW w:w="1696" w:type="dxa"/>
            <w:vAlign w:val="center"/>
          </w:tcPr>
          <w:p w14:paraId="1DE2EF31" w14:textId="77777777" w:rsidR="00A1363E" w:rsidRPr="00C85550" w:rsidRDefault="00A1363E" w:rsidP="00B520E7">
            <w:pPr>
              <w:rPr>
                <w:rFonts w:ascii="Times New Roman" w:hAnsi="Times New Roman"/>
              </w:rPr>
            </w:pPr>
            <w:r w:rsidRPr="00C85550">
              <w:rPr>
                <w:rFonts w:ascii="Times New Roman" w:hAnsi="Times New Roman"/>
                <w:sz w:val="20"/>
              </w:rPr>
              <w:t>C19–H19···O2</w:t>
            </w:r>
          </w:p>
        </w:tc>
        <w:tc>
          <w:tcPr>
            <w:tcW w:w="1179" w:type="dxa"/>
            <w:vAlign w:val="center"/>
          </w:tcPr>
          <w:p w14:paraId="25FEEEB0"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231" w:type="dxa"/>
            <w:vAlign w:val="center"/>
          </w:tcPr>
          <w:p w14:paraId="40179F25" w14:textId="77777777" w:rsidR="00A1363E" w:rsidRPr="00C85550" w:rsidRDefault="00A1363E" w:rsidP="00B520E7">
            <w:pPr>
              <w:rPr>
                <w:rFonts w:ascii="Times New Roman" w:hAnsi="Times New Roman"/>
              </w:rPr>
            </w:pPr>
            <w:r w:rsidRPr="00C85550">
              <w:rPr>
                <w:rFonts w:ascii="Times New Roman" w:hAnsi="Times New Roman"/>
                <w:sz w:val="20"/>
              </w:rPr>
              <w:t>2.55</w:t>
            </w:r>
          </w:p>
        </w:tc>
        <w:tc>
          <w:tcPr>
            <w:tcW w:w="1276" w:type="dxa"/>
            <w:vAlign w:val="center"/>
          </w:tcPr>
          <w:p w14:paraId="654113AC" w14:textId="77777777" w:rsidR="00A1363E" w:rsidRPr="00C85550" w:rsidRDefault="00A1363E" w:rsidP="00B520E7">
            <w:pPr>
              <w:rPr>
                <w:rFonts w:ascii="Times New Roman" w:hAnsi="Times New Roman"/>
              </w:rPr>
            </w:pPr>
            <w:r w:rsidRPr="00C85550">
              <w:rPr>
                <w:rFonts w:ascii="Times New Roman" w:hAnsi="Times New Roman"/>
                <w:sz w:val="20"/>
              </w:rPr>
              <w:t>3.444(2)</w:t>
            </w:r>
          </w:p>
        </w:tc>
        <w:tc>
          <w:tcPr>
            <w:tcW w:w="1134" w:type="dxa"/>
            <w:vAlign w:val="center"/>
          </w:tcPr>
          <w:p w14:paraId="0C9CA765" w14:textId="77777777" w:rsidR="00A1363E" w:rsidRPr="00C85550" w:rsidRDefault="00A1363E" w:rsidP="00B520E7">
            <w:pPr>
              <w:rPr>
                <w:rFonts w:ascii="Times New Roman" w:hAnsi="Times New Roman"/>
              </w:rPr>
            </w:pPr>
            <w:r w:rsidRPr="00C85550">
              <w:rPr>
                <w:rFonts w:ascii="Times New Roman" w:hAnsi="Times New Roman"/>
                <w:sz w:val="20"/>
              </w:rPr>
              <w:t>158</w:t>
            </w:r>
          </w:p>
        </w:tc>
        <w:tc>
          <w:tcPr>
            <w:tcW w:w="2108" w:type="dxa"/>
            <w:vAlign w:val="center"/>
          </w:tcPr>
          <w:p w14:paraId="70CE9578"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bl>
    <w:p w14:paraId="4FF3CF14" w14:textId="77777777" w:rsidR="00A1363E" w:rsidRPr="00C85550" w:rsidRDefault="00A1363E" w:rsidP="00A1363E">
      <w:pPr>
        <w:rPr>
          <w:rFonts w:ascii="Times New Roman" w:hAnsi="Times New Roman"/>
          <w:b/>
        </w:rPr>
      </w:pPr>
      <w:r w:rsidRPr="00C85550">
        <w:rPr>
          <w:rFonts w:ascii="Times New Roman" w:hAnsi="Times New Roman"/>
        </w:rPr>
        <w:br w:type="page"/>
      </w:r>
    </w:p>
    <w:p w14:paraId="575C2042" w14:textId="43E79655" w:rsidR="00A1363E" w:rsidRPr="00C85550" w:rsidRDefault="00A1363E" w:rsidP="00A1363E">
      <w:pPr>
        <w:rPr>
          <w:rFonts w:ascii="Times New Roman" w:hAnsi="Times New Roman"/>
        </w:rPr>
      </w:pPr>
      <w:r w:rsidRPr="00C85550">
        <w:rPr>
          <w:rFonts w:ascii="Times New Roman" w:hAnsi="Times New Roman"/>
          <w:b/>
        </w:rPr>
        <w:lastRenderedPageBreak/>
        <w:t>Table S5.</w:t>
      </w:r>
      <w:r w:rsidRPr="00C85550">
        <w:rPr>
          <w:rFonts w:ascii="Times New Roman" w:hAnsi="Times New Roman"/>
        </w:rPr>
        <w:t xml:space="preserve"> Experimental and crystallographic data for </w:t>
      </w:r>
      <w:proofErr w:type="spellStart"/>
      <w:r w:rsidRPr="00C85550">
        <w:rPr>
          <w:rFonts w:ascii="Times New Roman" w:hAnsi="Times New Roman"/>
        </w:rPr>
        <w:t>dioxomolybdenum</w:t>
      </w:r>
      <w:proofErr w:type="spellEnd"/>
      <w:r w:rsidRPr="00C85550">
        <w:rPr>
          <w:rFonts w:ascii="Times New Roman" w:hAnsi="Times New Roman"/>
        </w:rPr>
        <w:t xml:space="preserve">(VI) complexes </w:t>
      </w:r>
      <w:r w:rsidR="005E3A48" w:rsidRPr="00C85550">
        <w:rPr>
          <w:rFonts w:ascii="Times New Roman" w:hAnsi="Times New Roman"/>
          <w:b/>
        </w:rPr>
        <w:t>1a</w:t>
      </w:r>
      <w:r w:rsidRPr="00C85550">
        <w:rPr>
          <w:rFonts w:ascii="Times New Roman" w:hAnsi="Times New Roman"/>
          <w:b/>
        </w:rPr>
        <w:t xml:space="preserve">, </w:t>
      </w:r>
      <w:r w:rsidR="005E3A48" w:rsidRPr="00C85550">
        <w:rPr>
          <w:rFonts w:ascii="Times New Roman" w:hAnsi="Times New Roman"/>
          <w:b/>
        </w:rPr>
        <w:t>2</w:t>
      </w:r>
      <w:r w:rsidRPr="00C85550">
        <w:rPr>
          <w:rFonts w:ascii="Times New Roman" w:hAnsi="Times New Roman"/>
          <w:b/>
        </w:rPr>
        <w:t xml:space="preserve">a, </w:t>
      </w:r>
      <w:r w:rsidR="005E3A48" w:rsidRPr="00C85550">
        <w:rPr>
          <w:rFonts w:ascii="Times New Roman" w:hAnsi="Times New Roman"/>
          <w:b/>
        </w:rPr>
        <w:t>3</w:t>
      </w:r>
      <w:r w:rsidRPr="00C85550">
        <w:rPr>
          <w:rFonts w:ascii="Times New Roman" w:hAnsi="Times New Roman"/>
          <w:b/>
        </w:rPr>
        <w:t xml:space="preserve">a </w:t>
      </w:r>
      <w:r w:rsidRPr="00C85550">
        <w:rPr>
          <w:rFonts w:ascii="Times New Roman" w:hAnsi="Times New Roman"/>
        </w:rPr>
        <w:t>and</w:t>
      </w:r>
      <w:r w:rsidRPr="00C85550">
        <w:rPr>
          <w:rFonts w:ascii="Times New Roman" w:hAnsi="Times New Roman"/>
          <w:b/>
        </w:rPr>
        <w:t xml:space="preserve"> </w:t>
      </w:r>
      <w:r w:rsidR="005E3A48" w:rsidRPr="00C85550">
        <w:rPr>
          <w:rFonts w:ascii="Times New Roman" w:hAnsi="Times New Roman"/>
          <w:b/>
        </w:rPr>
        <w:t>3</w:t>
      </w:r>
      <w:r w:rsidRPr="00C85550">
        <w:rPr>
          <w:rFonts w:ascii="Times New Roman" w:hAnsi="Times New Roman"/>
          <w:b/>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687"/>
        <w:gridCol w:w="1688"/>
        <w:gridCol w:w="1688"/>
        <w:gridCol w:w="1688"/>
      </w:tblGrid>
      <w:tr w:rsidR="00A1363E" w:rsidRPr="00C85550" w14:paraId="207B106F" w14:textId="77777777" w:rsidTr="00B520E7">
        <w:tc>
          <w:tcPr>
            <w:tcW w:w="2316" w:type="dxa"/>
            <w:vAlign w:val="center"/>
          </w:tcPr>
          <w:p w14:paraId="044E76B2" w14:textId="77777777" w:rsidR="00A1363E" w:rsidRPr="00C85550" w:rsidRDefault="00A1363E" w:rsidP="00B520E7">
            <w:pPr>
              <w:rPr>
                <w:rFonts w:ascii="Times New Roman" w:hAnsi="Times New Roman"/>
              </w:rPr>
            </w:pPr>
            <w:r w:rsidRPr="00C85550">
              <w:rPr>
                <w:rFonts w:ascii="Times New Roman" w:hAnsi="Times New Roman"/>
                <w:sz w:val="20"/>
              </w:rPr>
              <w:t>Identifier</w:t>
            </w:r>
          </w:p>
        </w:tc>
        <w:tc>
          <w:tcPr>
            <w:tcW w:w="1687" w:type="dxa"/>
            <w:vAlign w:val="center"/>
          </w:tcPr>
          <w:p w14:paraId="512C41A9" w14:textId="77777777" w:rsidR="00A1363E" w:rsidRPr="00C85550" w:rsidRDefault="00A1363E" w:rsidP="00B520E7">
            <w:pPr>
              <w:rPr>
                <w:rFonts w:ascii="Times New Roman" w:hAnsi="Times New Roman"/>
              </w:rPr>
            </w:pPr>
            <w:r w:rsidRPr="00C85550">
              <w:rPr>
                <w:rFonts w:ascii="Times New Roman" w:hAnsi="Times New Roman"/>
                <w:b/>
                <w:sz w:val="20"/>
              </w:rPr>
              <w:t>1a</w:t>
            </w:r>
          </w:p>
        </w:tc>
        <w:tc>
          <w:tcPr>
            <w:tcW w:w="1688" w:type="dxa"/>
            <w:vAlign w:val="center"/>
          </w:tcPr>
          <w:p w14:paraId="29DFD6AC" w14:textId="77777777" w:rsidR="00A1363E" w:rsidRPr="00C85550" w:rsidRDefault="00A1363E" w:rsidP="00B520E7">
            <w:pPr>
              <w:rPr>
                <w:rFonts w:ascii="Times New Roman" w:hAnsi="Times New Roman"/>
              </w:rPr>
            </w:pPr>
            <w:r w:rsidRPr="00C85550">
              <w:rPr>
                <w:rFonts w:ascii="Times New Roman" w:hAnsi="Times New Roman"/>
                <w:b/>
                <w:sz w:val="20"/>
              </w:rPr>
              <w:t>2a</w:t>
            </w:r>
          </w:p>
        </w:tc>
        <w:tc>
          <w:tcPr>
            <w:tcW w:w="1688" w:type="dxa"/>
            <w:vAlign w:val="center"/>
          </w:tcPr>
          <w:p w14:paraId="0B3B5C01" w14:textId="77777777" w:rsidR="00A1363E" w:rsidRPr="00C85550" w:rsidRDefault="00A1363E" w:rsidP="00B520E7">
            <w:pPr>
              <w:rPr>
                <w:rFonts w:ascii="Times New Roman" w:hAnsi="Times New Roman"/>
              </w:rPr>
            </w:pPr>
            <w:r w:rsidRPr="00C85550">
              <w:rPr>
                <w:rFonts w:ascii="Times New Roman" w:hAnsi="Times New Roman"/>
                <w:b/>
                <w:sz w:val="20"/>
              </w:rPr>
              <w:t>3a</w:t>
            </w:r>
          </w:p>
        </w:tc>
        <w:tc>
          <w:tcPr>
            <w:tcW w:w="1688" w:type="dxa"/>
            <w:vAlign w:val="center"/>
          </w:tcPr>
          <w:p w14:paraId="7F454BD4" w14:textId="77777777" w:rsidR="00A1363E" w:rsidRPr="00C85550" w:rsidRDefault="00A1363E" w:rsidP="00B520E7">
            <w:pPr>
              <w:rPr>
                <w:rFonts w:ascii="Times New Roman" w:hAnsi="Times New Roman"/>
              </w:rPr>
            </w:pPr>
            <w:r w:rsidRPr="00C85550">
              <w:rPr>
                <w:rFonts w:ascii="Times New Roman" w:hAnsi="Times New Roman"/>
                <w:b/>
                <w:sz w:val="20"/>
              </w:rPr>
              <w:t>3</w:t>
            </w:r>
          </w:p>
        </w:tc>
      </w:tr>
      <w:tr w:rsidR="00A1363E" w:rsidRPr="00C85550" w14:paraId="0B5ED0B5" w14:textId="77777777" w:rsidTr="00B520E7">
        <w:trPr>
          <w:trHeight w:val="283"/>
        </w:trPr>
        <w:tc>
          <w:tcPr>
            <w:tcW w:w="2316" w:type="dxa"/>
            <w:vAlign w:val="center"/>
          </w:tcPr>
          <w:p w14:paraId="2C323516" w14:textId="77777777" w:rsidR="00A1363E" w:rsidRPr="00C85550" w:rsidRDefault="00A1363E" w:rsidP="00B520E7">
            <w:pPr>
              <w:rPr>
                <w:rFonts w:ascii="Times New Roman" w:hAnsi="Times New Roman"/>
              </w:rPr>
            </w:pPr>
            <w:r w:rsidRPr="00C85550">
              <w:rPr>
                <w:rFonts w:ascii="Times New Roman" w:hAnsi="Times New Roman"/>
                <w:sz w:val="20"/>
              </w:rPr>
              <w:t>Empirical formula</w:t>
            </w:r>
          </w:p>
        </w:tc>
        <w:tc>
          <w:tcPr>
            <w:tcW w:w="1687" w:type="dxa"/>
            <w:vAlign w:val="center"/>
          </w:tcPr>
          <w:p w14:paraId="1D2B60C4"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15</w:t>
            </w:r>
            <w:r w:rsidRPr="00C85550">
              <w:rPr>
                <w:rFonts w:ascii="Times New Roman" w:hAnsi="Times New Roman"/>
                <w:sz w:val="20"/>
              </w:rPr>
              <w:t>H</w:t>
            </w:r>
            <w:r w:rsidRPr="00C85550">
              <w:rPr>
                <w:rFonts w:ascii="Times New Roman" w:hAnsi="Times New Roman"/>
                <w:sz w:val="20"/>
                <w:vertAlign w:val="subscript"/>
              </w:rPr>
              <w:t>15</w:t>
            </w:r>
            <w:r w:rsidRPr="00C85550">
              <w:rPr>
                <w:rFonts w:ascii="Times New Roman" w:hAnsi="Times New Roman"/>
                <w:sz w:val="20"/>
              </w:rPr>
              <w:t>MoN</w:t>
            </w:r>
            <w:r w:rsidRPr="00C85550">
              <w:rPr>
                <w:rFonts w:ascii="Times New Roman" w:hAnsi="Times New Roman"/>
                <w:sz w:val="20"/>
                <w:vertAlign w:val="subscript"/>
              </w:rPr>
              <w:t>3</w:t>
            </w:r>
            <w:r w:rsidRPr="00C85550">
              <w:rPr>
                <w:rFonts w:ascii="Times New Roman" w:hAnsi="Times New Roman"/>
                <w:sz w:val="20"/>
              </w:rPr>
              <w:t>O</w:t>
            </w:r>
            <w:r w:rsidRPr="00C85550">
              <w:rPr>
                <w:rFonts w:ascii="Times New Roman" w:hAnsi="Times New Roman"/>
                <w:sz w:val="20"/>
                <w:vertAlign w:val="subscript"/>
              </w:rPr>
              <w:t>6</w:t>
            </w:r>
          </w:p>
        </w:tc>
        <w:tc>
          <w:tcPr>
            <w:tcW w:w="1688" w:type="dxa"/>
            <w:vAlign w:val="center"/>
          </w:tcPr>
          <w:p w14:paraId="242BF587"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15</w:t>
            </w:r>
            <w:r w:rsidRPr="00C85550">
              <w:rPr>
                <w:rFonts w:ascii="Times New Roman" w:hAnsi="Times New Roman"/>
                <w:sz w:val="20"/>
              </w:rPr>
              <w:t>H</w:t>
            </w:r>
            <w:r w:rsidRPr="00C85550">
              <w:rPr>
                <w:rFonts w:ascii="Times New Roman" w:hAnsi="Times New Roman"/>
                <w:sz w:val="20"/>
                <w:vertAlign w:val="subscript"/>
              </w:rPr>
              <w:t>15</w:t>
            </w:r>
            <w:r w:rsidRPr="00C85550">
              <w:rPr>
                <w:rFonts w:ascii="Times New Roman" w:hAnsi="Times New Roman"/>
                <w:sz w:val="20"/>
              </w:rPr>
              <w:t>MoN</w:t>
            </w:r>
            <w:r w:rsidRPr="00C85550">
              <w:rPr>
                <w:rFonts w:ascii="Times New Roman" w:hAnsi="Times New Roman"/>
                <w:sz w:val="20"/>
                <w:vertAlign w:val="subscript"/>
              </w:rPr>
              <w:t>3</w:t>
            </w:r>
            <w:r w:rsidRPr="00C85550">
              <w:rPr>
                <w:rFonts w:ascii="Times New Roman" w:hAnsi="Times New Roman"/>
                <w:sz w:val="20"/>
              </w:rPr>
              <w:t>O</w:t>
            </w:r>
            <w:r w:rsidRPr="00C85550">
              <w:rPr>
                <w:rFonts w:ascii="Times New Roman" w:hAnsi="Times New Roman"/>
                <w:sz w:val="20"/>
                <w:vertAlign w:val="subscript"/>
              </w:rPr>
              <w:t>6</w:t>
            </w:r>
          </w:p>
        </w:tc>
        <w:tc>
          <w:tcPr>
            <w:tcW w:w="1688" w:type="dxa"/>
            <w:vAlign w:val="center"/>
          </w:tcPr>
          <w:p w14:paraId="457709F8"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16</w:t>
            </w:r>
            <w:r w:rsidRPr="00C85550">
              <w:rPr>
                <w:rFonts w:ascii="Times New Roman" w:hAnsi="Times New Roman"/>
                <w:sz w:val="20"/>
              </w:rPr>
              <w:t>H</w:t>
            </w:r>
            <w:r w:rsidRPr="00C85550">
              <w:rPr>
                <w:rFonts w:ascii="Times New Roman" w:hAnsi="Times New Roman"/>
                <w:sz w:val="20"/>
                <w:vertAlign w:val="subscript"/>
              </w:rPr>
              <w:t>17</w:t>
            </w:r>
            <w:r w:rsidRPr="00C85550">
              <w:rPr>
                <w:rFonts w:ascii="Times New Roman" w:hAnsi="Times New Roman"/>
                <w:sz w:val="20"/>
              </w:rPr>
              <w:t>MoN</w:t>
            </w:r>
            <w:r w:rsidRPr="00C85550">
              <w:rPr>
                <w:rFonts w:ascii="Times New Roman" w:hAnsi="Times New Roman"/>
                <w:sz w:val="20"/>
                <w:vertAlign w:val="subscript"/>
              </w:rPr>
              <w:t>3</w:t>
            </w:r>
            <w:r w:rsidRPr="00C85550">
              <w:rPr>
                <w:rFonts w:ascii="Times New Roman" w:hAnsi="Times New Roman"/>
                <w:sz w:val="20"/>
              </w:rPr>
              <w:t>O</w:t>
            </w:r>
            <w:r w:rsidRPr="00C85550">
              <w:rPr>
                <w:rFonts w:ascii="Times New Roman" w:hAnsi="Times New Roman"/>
                <w:sz w:val="20"/>
                <w:vertAlign w:val="subscript"/>
              </w:rPr>
              <w:t>6</w:t>
            </w:r>
          </w:p>
        </w:tc>
        <w:tc>
          <w:tcPr>
            <w:tcW w:w="1688" w:type="dxa"/>
            <w:vAlign w:val="center"/>
          </w:tcPr>
          <w:p w14:paraId="02C64557" w14:textId="77777777" w:rsidR="00A1363E" w:rsidRPr="00C85550" w:rsidRDefault="00A1363E" w:rsidP="00B520E7">
            <w:pPr>
              <w:rPr>
                <w:rFonts w:ascii="Times New Roman" w:hAnsi="Times New Roman"/>
              </w:rPr>
            </w:pPr>
            <w:r w:rsidRPr="00C85550">
              <w:rPr>
                <w:rFonts w:ascii="Times New Roman" w:hAnsi="Times New Roman"/>
                <w:sz w:val="20"/>
              </w:rPr>
              <w:t>C</w:t>
            </w:r>
            <w:r w:rsidRPr="00C85550">
              <w:rPr>
                <w:rFonts w:ascii="Times New Roman" w:hAnsi="Times New Roman"/>
                <w:sz w:val="20"/>
                <w:vertAlign w:val="subscript"/>
              </w:rPr>
              <w:t>30</w:t>
            </w:r>
            <w:r w:rsidRPr="00C85550">
              <w:rPr>
                <w:rFonts w:ascii="Times New Roman" w:hAnsi="Times New Roman"/>
                <w:sz w:val="20"/>
              </w:rPr>
              <w:t>H</w:t>
            </w:r>
            <w:r w:rsidRPr="00C85550">
              <w:rPr>
                <w:rFonts w:ascii="Times New Roman" w:hAnsi="Times New Roman"/>
                <w:sz w:val="20"/>
                <w:vertAlign w:val="subscript"/>
              </w:rPr>
              <w:t>26</w:t>
            </w:r>
            <w:r w:rsidRPr="00C85550">
              <w:rPr>
                <w:rFonts w:ascii="Times New Roman" w:hAnsi="Times New Roman"/>
                <w:sz w:val="20"/>
              </w:rPr>
              <w:t>Mo</w:t>
            </w:r>
            <w:r w:rsidRPr="00C85550">
              <w:rPr>
                <w:rFonts w:ascii="Times New Roman" w:hAnsi="Times New Roman"/>
                <w:sz w:val="20"/>
                <w:vertAlign w:val="subscript"/>
              </w:rPr>
              <w:t>2</w:t>
            </w:r>
            <w:r w:rsidRPr="00C85550">
              <w:rPr>
                <w:rFonts w:ascii="Times New Roman" w:hAnsi="Times New Roman"/>
                <w:sz w:val="20"/>
              </w:rPr>
              <w:t>N</w:t>
            </w:r>
            <w:r w:rsidRPr="00C85550">
              <w:rPr>
                <w:rFonts w:ascii="Times New Roman" w:hAnsi="Times New Roman"/>
                <w:sz w:val="20"/>
                <w:vertAlign w:val="subscript"/>
              </w:rPr>
              <w:t>6</w:t>
            </w:r>
            <w:r w:rsidRPr="00C85550">
              <w:rPr>
                <w:rFonts w:ascii="Times New Roman" w:hAnsi="Times New Roman"/>
                <w:sz w:val="20"/>
              </w:rPr>
              <w:t>O</w:t>
            </w:r>
            <w:r w:rsidRPr="00C85550">
              <w:rPr>
                <w:rFonts w:ascii="Times New Roman" w:hAnsi="Times New Roman"/>
                <w:sz w:val="20"/>
                <w:vertAlign w:val="subscript"/>
              </w:rPr>
              <w:t>10</w:t>
            </w:r>
          </w:p>
        </w:tc>
      </w:tr>
      <w:tr w:rsidR="00A1363E" w:rsidRPr="00C85550" w14:paraId="6DA6BEB6" w14:textId="77777777" w:rsidTr="00B520E7">
        <w:trPr>
          <w:trHeight w:val="283"/>
        </w:trPr>
        <w:tc>
          <w:tcPr>
            <w:tcW w:w="2316" w:type="dxa"/>
            <w:vAlign w:val="center"/>
          </w:tcPr>
          <w:p w14:paraId="4F7968C7" w14:textId="77777777" w:rsidR="00A1363E" w:rsidRPr="00C85550" w:rsidRDefault="00A1363E" w:rsidP="00B520E7">
            <w:pPr>
              <w:rPr>
                <w:rFonts w:ascii="Times New Roman" w:hAnsi="Times New Roman"/>
              </w:rPr>
            </w:pPr>
            <w:r w:rsidRPr="00C85550">
              <w:rPr>
                <w:rFonts w:ascii="Times New Roman" w:hAnsi="Times New Roman"/>
                <w:i/>
                <w:sz w:val="20"/>
              </w:rPr>
              <w:t>M</w:t>
            </w:r>
            <w:r w:rsidRPr="00C85550">
              <w:rPr>
                <w:rFonts w:ascii="Times New Roman" w:hAnsi="Times New Roman"/>
                <w:sz w:val="20"/>
                <w:vertAlign w:val="subscript"/>
              </w:rPr>
              <w:t>r</w:t>
            </w:r>
          </w:p>
        </w:tc>
        <w:tc>
          <w:tcPr>
            <w:tcW w:w="1687" w:type="dxa"/>
            <w:vAlign w:val="center"/>
          </w:tcPr>
          <w:p w14:paraId="7FB56D86" w14:textId="77777777" w:rsidR="00A1363E" w:rsidRPr="00C85550" w:rsidRDefault="00A1363E" w:rsidP="00B520E7">
            <w:pPr>
              <w:rPr>
                <w:rFonts w:ascii="Times New Roman" w:hAnsi="Times New Roman"/>
              </w:rPr>
            </w:pPr>
            <w:r w:rsidRPr="00C85550">
              <w:rPr>
                <w:rFonts w:ascii="Times New Roman" w:hAnsi="Times New Roman"/>
                <w:sz w:val="20"/>
              </w:rPr>
              <w:t>429.24</w:t>
            </w:r>
          </w:p>
        </w:tc>
        <w:tc>
          <w:tcPr>
            <w:tcW w:w="1688" w:type="dxa"/>
            <w:vAlign w:val="center"/>
          </w:tcPr>
          <w:p w14:paraId="6E37BD64" w14:textId="77777777" w:rsidR="00A1363E" w:rsidRPr="00C85550" w:rsidRDefault="00A1363E" w:rsidP="00B520E7">
            <w:pPr>
              <w:rPr>
                <w:rFonts w:ascii="Times New Roman" w:hAnsi="Times New Roman"/>
              </w:rPr>
            </w:pPr>
            <w:r w:rsidRPr="00C85550">
              <w:rPr>
                <w:rFonts w:ascii="Times New Roman" w:hAnsi="Times New Roman"/>
                <w:sz w:val="20"/>
              </w:rPr>
              <w:t>429.24</w:t>
            </w:r>
          </w:p>
        </w:tc>
        <w:tc>
          <w:tcPr>
            <w:tcW w:w="1688" w:type="dxa"/>
            <w:vAlign w:val="center"/>
          </w:tcPr>
          <w:p w14:paraId="6B698E27" w14:textId="77777777" w:rsidR="00A1363E" w:rsidRPr="00C85550" w:rsidRDefault="00A1363E" w:rsidP="00B520E7">
            <w:pPr>
              <w:rPr>
                <w:rFonts w:ascii="Times New Roman" w:hAnsi="Times New Roman"/>
              </w:rPr>
            </w:pPr>
            <w:r w:rsidRPr="00C85550">
              <w:rPr>
                <w:rFonts w:ascii="Times New Roman" w:hAnsi="Times New Roman"/>
                <w:sz w:val="20"/>
              </w:rPr>
              <w:t>443.26</w:t>
            </w:r>
          </w:p>
        </w:tc>
        <w:tc>
          <w:tcPr>
            <w:tcW w:w="1688" w:type="dxa"/>
            <w:vAlign w:val="center"/>
          </w:tcPr>
          <w:p w14:paraId="4B7F4C81" w14:textId="77777777" w:rsidR="00A1363E" w:rsidRPr="00C85550" w:rsidRDefault="00A1363E" w:rsidP="00B520E7">
            <w:pPr>
              <w:rPr>
                <w:rFonts w:ascii="Times New Roman" w:hAnsi="Times New Roman"/>
              </w:rPr>
            </w:pPr>
            <w:r w:rsidRPr="00C85550">
              <w:rPr>
                <w:rFonts w:ascii="Times New Roman" w:hAnsi="Times New Roman"/>
                <w:sz w:val="20"/>
              </w:rPr>
              <w:t>822.45</w:t>
            </w:r>
          </w:p>
        </w:tc>
      </w:tr>
      <w:tr w:rsidR="00A1363E" w:rsidRPr="00C85550" w14:paraId="459CA9D9" w14:textId="77777777" w:rsidTr="00B520E7">
        <w:trPr>
          <w:trHeight w:val="283"/>
        </w:trPr>
        <w:tc>
          <w:tcPr>
            <w:tcW w:w="2316" w:type="dxa"/>
            <w:vAlign w:val="center"/>
          </w:tcPr>
          <w:p w14:paraId="30EF41C2" w14:textId="77777777" w:rsidR="00A1363E" w:rsidRPr="00C85550" w:rsidRDefault="00A1363E" w:rsidP="00B520E7">
            <w:pPr>
              <w:rPr>
                <w:rFonts w:ascii="Times New Roman" w:hAnsi="Times New Roman"/>
              </w:rPr>
            </w:pPr>
            <w:r w:rsidRPr="00C85550">
              <w:rPr>
                <w:rFonts w:ascii="Times New Roman" w:hAnsi="Times New Roman"/>
                <w:i/>
                <w:sz w:val="20"/>
              </w:rPr>
              <w:t>T</w:t>
            </w:r>
            <w:r w:rsidRPr="00C85550">
              <w:rPr>
                <w:rFonts w:ascii="Times New Roman" w:hAnsi="Times New Roman"/>
                <w:sz w:val="20"/>
              </w:rPr>
              <w:t>/K</w:t>
            </w:r>
          </w:p>
        </w:tc>
        <w:tc>
          <w:tcPr>
            <w:tcW w:w="1687" w:type="dxa"/>
            <w:vAlign w:val="center"/>
          </w:tcPr>
          <w:p w14:paraId="65BA69D8" w14:textId="77777777" w:rsidR="00A1363E" w:rsidRPr="00C85550" w:rsidRDefault="00A1363E" w:rsidP="00B520E7">
            <w:pPr>
              <w:rPr>
                <w:rFonts w:ascii="Times New Roman" w:hAnsi="Times New Roman"/>
              </w:rPr>
            </w:pPr>
            <w:r w:rsidRPr="00C85550">
              <w:rPr>
                <w:rFonts w:ascii="Times New Roman" w:hAnsi="Times New Roman"/>
                <w:sz w:val="20"/>
              </w:rPr>
              <w:t>169.98(10)</w:t>
            </w:r>
          </w:p>
        </w:tc>
        <w:tc>
          <w:tcPr>
            <w:tcW w:w="1688" w:type="dxa"/>
            <w:vAlign w:val="center"/>
          </w:tcPr>
          <w:p w14:paraId="3B7B706A" w14:textId="77777777" w:rsidR="00A1363E" w:rsidRPr="00C85550" w:rsidRDefault="00A1363E" w:rsidP="00B520E7">
            <w:pPr>
              <w:rPr>
                <w:rFonts w:ascii="Times New Roman" w:hAnsi="Times New Roman"/>
              </w:rPr>
            </w:pPr>
            <w:r w:rsidRPr="00C85550">
              <w:rPr>
                <w:rFonts w:ascii="Times New Roman" w:hAnsi="Times New Roman"/>
                <w:sz w:val="20"/>
              </w:rPr>
              <w:t>169.99(10)</w:t>
            </w:r>
          </w:p>
        </w:tc>
        <w:tc>
          <w:tcPr>
            <w:tcW w:w="1688" w:type="dxa"/>
            <w:vAlign w:val="center"/>
          </w:tcPr>
          <w:p w14:paraId="09947066" w14:textId="77777777" w:rsidR="00A1363E" w:rsidRPr="00C85550" w:rsidRDefault="00A1363E" w:rsidP="00B520E7">
            <w:pPr>
              <w:rPr>
                <w:rFonts w:ascii="Times New Roman" w:hAnsi="Times New Roman"/>
              </w:rPr>
            </w:pPr>
            <w:r w:rsidRPr="00C85550">
              <w:rPr>
                <w:rFonts w:ascii="Times New Roman" w:hAnsi="Times New Roman"/>
                <w:sz w:val="20"/>
              </w:rPr>
              <w:t>169.99(10)</w:t>
            </w:r>
          </w:p>
        </w:tc>
        <w:tc>
          <w:tcPr>
            <w:tcW w:w="1688" w:type="dxa"/>
            <w:vAlign w:val="center"/>
          </w:tcPr>
          <w:p w14:paraId="1EA89D06" w14:textId="77777777" w:rsidR="00A1363E" w:rsidRPr="00C85550" w:rsidRDefault="00A1363E" w:rsidP="00B520E7">
            <w:pPr>
              <w:rPr>
                <w:rFonts w:ascii="Times New Roman" w:hAnsi="Times New Roman"/>
              </w:rPr>
            </w:pPr>
            <w:r w:rsidRPr="00C85550">
              <w:rPr>
                <w:rFonts w:ascii="Times New Roman" w:hAnsi="Times New Roman"/>
                <w:sz w:val="20"/>
              </w:rPr>
              <w:t>170.00(10)</w:t>
            </w:r>
          </w:p>
        </w:tc>
      </w:tr>
      <w:tr w:rsidR="00A1363E" w:rsidRPr="00C85550" w14:paraId="4557797B" w14:textId="77777777" w:rsidTr="00B520E7">
        <w:trPr>
          <w:trHeight w:val="283"/>
        </w:trPr>
        <w:tc>
          <w:tcPr>
            <w:tcW w:w="2316" w:type="dxa"/>
            <w:vAlign w:val="center"/>
          </w:tcPr>
          <w:p w14:paraId="262CCC4A" w14:textId="77777777" w:rsidR="00A1363E" w:rsidRPr="00C85550" w:rsidRDefault="00A1363E" w:rsidP="00B520E7">
            <w:pPr>
              <w:rPr>
                <w:rFonts w:ascii="Times New Roman" w:hAnsi="Times New Roman"/>
              </w:rPr>
            </w:pPr>
            <w:r w:rsidRPr="00C85550">
              <w:rPr>
                <w:rFonts w:ascii="Times New Roman" w:hAnsi="Times New Roman"/>
                <w:sz w:val="20"/>
              </w:rPr>
              <w:t>Crystal system</w:t>
            </w:r>
          </w:p>
        </w:tc>
        <w:tc>
          <w:tcPr>
            <w:tcW w:w="1687" w:type="dxa"/>
            <w:vAlign w:val="center"/>
          </w:tcPr>
          <w:p w14:paraId="1FA60049" w14:textId="77777777" w:rsidR="00A1363E" w:rsidRPr="00C85550" w:rsidRDefault="00A1363E" w:rsidP="00B520E7">
            <w:pPr>
              <w:rPr>
                <w:rFonts w:ascii="Times New Roman" w:hAnsi="Times New Roman"/>
              </w:rPr>
            </w:pPr>
            <w:r w:rsidRPr="00C85550">
              <w:rPr>
                <w:rFonts w:ascii="Times New Roman" w:hAnsi="Times New Roman"/>
                <w:sz w:val="20"/>
              </w:rPr>
              <w:t>monoclinic, orange needle</w:t>
            </w:r>
          </w:p>
        </w:tc>
        <w:tc>
          <w:tcPr>
            <w:tcW w:w="1688" w:type="dxa"/>
            <w:vAlign w:val="center"/>
          </w:tcPr>
          <w:p w14:paraId="3E65BC59" w14:textId="77777777" w:rsidR="00A1363E" w:rsidRPr="00C85550" w:rsidRDefault="00A1363E" w:rsidP="00B520E7">
            <w:pPr>
              <w:rPr>
                <w:rFonts w:ascii="Times New Roman" w:hAnsi="Times New Roman"/>
              </w:rPr>
            </w:pPr>
            <w:r w:rsidRPr="00C85550">
              <w:rPr>
                <w:rFonts w:ascii="Times New Roman" w:hAnsi="Times New Roman"/>
                <w:sz w:val="20"/>
              </w:rPr>
              <w:t>monoclinic, orange plate</w:t>
            </w:r>
          </w:p>
        </w:tc>
        <w:tc>
          <w:tcPr>
            <w:tcW w:w="1688" w:type="dxa"/>
            <w:vAlign w:val="center"/>
          </w:tcPr>
          <w:p w14:paraId="5FF77547" w14:textId="77777777" w:rsidR="00A1363E" w:rsidRPr="00C85550" w:rsidRDefault="00A1363E" w:rsidP="00B520E7">
            <w:pPr>
              <w:rPr>
                <w:rFonts w:ascii="Times New Roman" w:hAnsi="Times New Roman"/>
              </w:rPr>
            </w:pPr>
            <w:r w:rsidRPr="00C85550">
              <w:rPr>
                <w:rFonts w:ascii="Times New Roman" w:hAnsi="Times New Roman"/>
                <w:sz w:val="20"/>
              </w:rPr>
              <w:t>triclinic, orange plate</w:t>
            </w:r>
          </w:p>
        </w:tc>
        <w:tc>
          <w:tcPr>
            <w:tcW w:w="1688" w:type="dxa"/>
            <w:vAlign w:val="center"/>
          </w:tcPr>
          <w:p w14:paraId="335B018E" w14:textId="77777777" w:rsidR="00A1363E" w:rsidRPr="00C85550" w:rsidRDefault="00A1363E" w:rsidP="00B520E7">
            <w:pPr>
              <w:rPr>
                <w:rFonts w:ascii="Times New Roman" w:hAnsi="Times New Roman"/>
              </w:rPr>
            </w:pPr>
            <w:r w:rsidRPr="00C85550">
              <w:rPr>
                <w:rFonts w:ascii="Times New Roman" w:hAnsi="Times New Roman"/>
                <w:sz w:val="20"/>
              </w:rPr>
              <w:t>monoclinic, red block</w:t>
            </w:r>
          </w:p>
        </w:tc>
      </w:tr>
      <w:tr w:rsidR="00A1363E" w:rsidRPr="00C85550" w14:paraId="575E7DC6" w14:textId="77777777" w:rsidTr="00B520E7">
        <w:trPr>
          <w:trHeight w:val="283"/>
        </w:trPr>
        <w:tc>
          <w:tcPr>
            <w:tcW w:w="2316" w:type="dxa"/>
            <w:vAlign w:val="center"/>
          </w:tcPr>
          <w:p w14:paraId="47DC35CE" w14:textId="77777777" w:rsidR="00A1363E" w:rsidRPr="00C85550" w:rsidRDefault="00A1363E" w:rsidP="00B520E7">
            <w:pPr>
              <w:rPr>
                <w:rFonts w:ascii="Times New Roman" w:hAnsi="Times New Roman"/>
              </w:rPr>
            </w:pPr>
            <w:r w:rsidRPr="00C85550">
              <w:rPr>
                <w:rFonts w:ascii="Times New Roman" w:hAnsi="Times New Roman"/>
                <w:sz w:val="20"/>
              </w:rPr>
              <w:t>Space group</w:t>
            </w:r>
          </w:p>
        </w:tc>
        <w:tc>
          <w:tcPr>
            <w:tcW w:w="1687" w:type="dxa"/>
            <w:vAlign w:val="center"/>
          </w:tcPr>
          <w:p w14:paraId="6608FCAC" w14:textId="77777777" w:rsidR="00A1363E" w:rsidRPr="00C85550" w:rsidRDefault="00A1363E" w:rsidP="00B520E7">
            <w:pPr>
              <w:rPr>
                <w:rFonts w:ascii="Times New Roman" w:hAnsi="Times New Roman"/>
              </w:rPr>
            </w:pPr>
            <w:r w:rsidRPr="00C85550">
              <w:rPr>
                <w:rFonts w:ascii="Times New Roman" w:hAnsi="Times New Roman"/>
                <w:i/>
                <w:sz w:val="20"/>
              </w:rPr>
              <w:t xml:space="preserve">P </w:t>
            </w:r>
            <w:r w:rsidRPr="00C85550">
              <w:rPr>
                <w:rFonts w:ascii="Times New Roman" w:hAnsi="Times New Roman"/>
                <w:sz w:val="20"/>
              </w:rPr>
              <w:t>1</w:t>
            </w:r>
            <w:r w:rsidRPr="00C85550">
              <w:rPr>
                <w:rFonts w:ascii="Times New Roman" w:hAnsi="Times New Roman"/>
                <w:i/>
                <w:sz w:val="20"/>
              </w:rPr>
              <w:t xml:space="preserve"> </w:t>
            </w:r>
            <w:r w:rsidRPr="00C85550">
              <w:rPr>
                <w:rFonts w:ascii="Times New Roman" w:hAnsi="Times New Roman"/>
                <w:sz w:val="20"/>
              </w:rPr>
              <w:t>2</w:t>
            </w:r>
            <w:r w:rsidRPr="00C85550">
              <w:rPr>
                <w:rFonts w:ascii="Times New Roman" w:hAnsi="Times New Roman"/>
                <w:sz w:val="20"/>
                <w:vertAlign w:val="subscript"/>
              </w:rPr>
              <w:t>1</w:t>
            </w:r>
            <w:r w:rsidRPr="00C85550">
              <w:rPr>
                <w:rFonts w:ascii="Times New Roman" w:hAnsi="Times New Roman"/>
                <w:i/>
                <w:sz w:val="20"/>
              </w:rPr>
              <w:t xml:space="preserve">/c </w:t>
            </w:r>
            <w:r w:rsidRPr="00C85550">
              <w:rPr>
                <w:rFonts w:ascii="Times New Roman" w:hAnsi="Times New Roman"/>
                <w:sz w:val="20"/>
              </w:rPr>
              <w:t>1</w:t>
            </w:r>
          </w:p>
        </w:tc>
        <w:tc>
          <w:tcPr>
            <w:tcW w:w="1688" w:type="dxa"/>
            <w:vAlign w:val="center"/>
          </w:tcPr>
          <w:p w14:paraId="01D22E5A" w14:textId="77777777" w:rsidR="00A1363E" w:rsidRPr="00C85550" w:rsidRDefault="00A1363E" w:rsidP="00B520E7">
            <w:pPr>
              <w:rPr>
                <w:rFonts w:ascii="Times New Roman" w:hAnsi="Times New Roman"/>
              </w:rPr>
            </w:pPr>
            <w:r w:rsidRPr="00C85550">
              <w:rPr>
                <w:rFonts w:ascii="Times New Roman" w:hAnsi="Times New Roman"/>
                <w:i/>
                <w:sz w:val="20"/>
              </w:rPr>
              <w:t xml:space="preserve">P </w:t>
            </w:r>
            <w:r w:rsidRPr="00C85550">
              <w:rPr>
                <w:rFonts w:ascii="Times New Roman" w:hAnsi="Times New Roman"/>
                <w:sz w:val="20"/>
              </w:rPr>
              <w:t>1</w:t>
            </w:r>
            <w:r w:rsidRPr="00C85550">
              <w:rPr>
                <w:rFonts w:ascii="Times New Roman" w:hAnsi="Times New Roman"/>
                <w:i/>
                <w:sz w:val="20"/>
              </w:rPr>
              <w:t xml:space="preserve"> </w:t>
            </w:r>
            <w:r w:rsidRPr="00C85550">
              <w:rPr>
                <w:rFonts w:ascii="Times New Roman" w:hAnsi="Times New Roman"/>
                <w:sz w:val="20"/>
              </w:rPr>
              <w:t>2</w:t>
            </w:r>
            <w:r w:rsidRPr="00C85550">
              <w:rPr>
                <w:rFonts w:ascii="Times New Roman" w:hAnsi="Times New Roman"/>
                <w:sz w:val="20"/>
                <w:vertAlign w:val="subscript"/>
              </w:rPr>
              <w:t>1</w:t>
            </w:r>
            <w:r w:rsidRPr="00C85550">
              <w:rPr>
                <w:rFonts w:ascii="Times New Roman" w:hAnsi="Times New Roman"/>
                <w:i/>
                <w:sz w:val="20"/>
              </w:rPr>
              <w:t xml:space="preserve"> </w:t>
            </w:r>
            <w:r w:rsidRPr="00C85550">
              <w:rPr>
                <w:rFonts w:ascii="Times New Roman" w:hAnsi="Times New Roman"/>
                <w:sz w:val="20"/>
              </w:rPr>
              <w:t>1</w:t>
            </w:r>
          </w:p>
        </w:tc>
        <w:tc>
          <w:tcPr>
            <w:tcW w:w="1688" w:type="dxa"/>
            <w:vAlign w:val="center"/>
          </w:tcPr>
          <w:p w14:paraId="7748DA54" w14:textId="77777777" w:rsidR="00A1363E" w:rsidRPr="00C85550" w:rsidRDefault="00A1363E" w:rsidP="00B520E7">
            <w:pPr>
              <w:rPr>
                <w:rFonts w:ascii="Times New Roman" w:hAnsi="Times New Roman"/>
              </w:rPr>
            </w:pPr>
            <w:r w:rsidRPr="00C85550">
              <w:rPr>
                <w:rFonts w:ascii="Times New Roman" w:hAnsi="Times New Roman"/>
                <w:i/>
                <w:sz w:val="20"/>
              </w:rPr>
              <w:t>P –</w:t>
            </w:r>
            <w:r w:rsidRPr="00C85550">
              <w:rPr>
                <w:rFonts w:ascii="Times New Roman" w:hAnsi="Times New Roman"/>
                <w:sz w:val="20"/>
              </w:rPr>
              <w:t>1</w:t>
            </w:r>
          </w:p>
        </w:tc>
        <w:tc>
          <w:tcPr>
            <w:tcW w:w="1688" w:type="dxa"/>
            <w:vAlign w:val="center"/>
          </w:tcPr>
          <w:p w14:paraId="40ECCC18" w14:textId="77777777" w:rsidR="00A1363E" w:rsidRPr="00C85550" w:rsidRDefault="00A1363E" w:rsidP="00B520E7">
            <w:pPr>
              <w:rPr>
                <w:rFonts w:ascii="Times New Roman" w:hAnsi="Times New Roman"/>
              </w:rPr>
            </w:pPr>
            <w:r w:rsidRPr="00C85550">
              <w:rPr>
                <w:rFonts w:ascii="Times New Roman" w:hAnsi="Times New Roman"/>
                <w:i/>
                <w:sz w:val="20"/>
              </w:rPr>
              <w:t xml:space="preserve">P </w:t>
            </w:r>
            <w:r w:rsidRPr="00C85550">
              <w:rPr>
                <w:rFonts w:ascii="Times New Roman" w:hAnsi="Times New Roman"/>
                <w:sz w:val="20"/>
              </w:rPr>
              <w:t>1</w:t>
            </w:r>
            <w:r w:rsidRPr="00C85550">
              <w:rPr>
                <w:rFonts w:ascii="Times New Roman" w:hAnsi="Times New Roman"/>
                <w:i/>
                <w:sz w:val="20"/>
              </w:rPr>
              <w:t xml:space="preserve"> </w:t>
            </w:r>
            <w:r w:rsidRPr="00C85550">
              <w:rPr>
                <w:rFonts w:ascii="Times New Roman" w:hAnsi="Times New Roman"/>
                <w:sz w:val="20"/>
              </w:rPr>
              <w:t>2</w:t>
            </w:r>
            <w:r w:rsidRPr="00C85550">
              <w:rPr>
                <w:rFonts w:ascii="Times New Roman" w:hAnsi="Times New Roman"/>
                <w:sz w:val="20"/>
                <w:vertAlign w:val="subscript"/>
              </w:rPr>
              <w:t>1</w:t>
            </w:r>
            <w:r w:rsidRPr="00C85550">
              <w:rPr>
                <w:rFonts w:ascii="Times New Roman" w:hAnsi="Times New Roman"/>
                <w:i/>
                <w:sz w:val="20"/>
              </w:rPr>
              <w:t xml:space="preserve">/c </w:t>
            </w:r>
            <w:r w:rsidRPr="00C85550">
              <w:rPr>
                <w:rFonts w:ascii="Times New Roman" w:hAnsi="Times New Roman"/>
                <w:sz w:val="20"/>
              </w:rPr>
              <w:t>1</w:t>
            </w:r>
          </w:p>
        </w:tc>
      </w:tr>
      <w:tr w:rsidR="00A1363E" w:rsidRPr="00C85550" w14:paraId="5A06019C" w14:textId="77777777" w:rsidTr="00B520E7">
        <w:trPr>
          <w:trHeight w:val="283"/>
        </w:trPr>
        <w:tc>
          <w:tcPr>
            <w:tcW w:w="2316" w:type="dxa"/>
            <w:vAlign w:val="center"/>
          </w:tcPr>
          <w:p w14:paraId="5F0BF297" w14:textId="77777777" w:rsidR="00A1363E" w:rsidRPr="00C85550" w:rsidRDefault="00A1363E" w:rsidP="00B520E7">
            <w:pPr>
              <w:rPr>
                <w:rFonts w:ascii="Times New Roman" w:hAnsi="Times New Roman"/>
              </w:rPr>
            </w:pPr>
            <w:r w:rsidRPr="00C85550">
              <w:rPr>
                <w:rFonts w:ascii="Times New Roman" w:hAnsi="Times New Roman"/>
                <w:i/>
                <w:sz w:val="20"/>
              </w:rPr>
              <w:t>a</w:t>
            </w:r>
            <w:r w:rsidRPr="00C85550">
              <w:rPr>
                <w:rFonts w:ascii="Times New Roman" w:hAnsi="Times New Roman"/>
                <w:sz w:val="20"/>
              </w:rPr>
              <w:t>/Å</w:t>
            </w:r>
          </w:p>
        </w:tc>
        <w:tc>
          <w:tcPr>
            <w:tcW w:w="1687" w:type="dxa"/>
            <w:vAlign w:val="center"/>
          </w:tcPr>
          <w:p w14:paraId="686666A4" w14:textId="77777777" w:rsidR="00A1363E" w:rsidRPr="00C85550" w:rsidRDefault="00A1363E" w:rsidP="00B520E7">
            <w:pPr>
              <w:rPr>
                <w:rFonts w:ascii="Times New Roman" w:hAnsi="Times New Roman"/>
              </w:rPr>
            </w:pPr>
            <w:r w:rsidRPr="00C85550">
              <w:rPr>
                <w:rFonts w:ascii="Times New Roman" w:hAnsi="Times New Roman"/>
                <w:sz w:val="20"/>
              </w:rPr>
              <w:t>17.7236(4)</w:t>
            </w:r>
          </w:p>
        </w:tc>
        <w:tc>
          <w:tcPr>
            <w:tcW w:w="1688" w:type="dxa"/>
            <w:vAlign w:val="center"/>
          </w:tcPr>
          <w:p w14:paraId="3B7C8EF9" w14:textId="77777777" w:rsidR="00A1363E" w:rsidRPr="00C85550" w:rsidRDefault="00A1363E" w:rsidP="00B520E7">
            <w:pPr>
              <w:rPr>
                <w:rFonts w:ascii="Times New Roman" w:hAnsi="Times New Roman"/>
              </w:rPr>
            </w:pPr>
            <w:r w:rsidRPr="00C85550">
              <w:rPr>
                <w:rFonts w:ascii="Times New Roman" w:hAnsi="Times New Roman"/>
                <w:sz w:val="20"/>
              </w:rPr>
              <w:t>7.9094(3)</w:t>
            </w:r>
          </w:p>
        </w:tc>
        <w:tc>
          <w:tcPr>
            <w:tcW w:w="1688" w:type="dxa"/>
            <w:vAlign w:val="center"/>
          </w:tcPr>
          <w:p w14:paraId="3485C7CA" w14:textId="77777777" w:rsidR="00A1363E" w:rsidRPr="00C85550" w:rsidRDefault="00A1363E" w:rsidP="00B520E7">
            <w:pPr>
              <w:rPr>
                <w:rFonts w:ascii="Times New Roman" w:hAnsi="Times New Roman"/>
              </w:rPr>
            </w:pPr>
            <w:r w:rsidRPr="00C85550">
              <w:rPr>
                <w:rFonts w:ascii="Times New Roman" w:hAnsi="Times New Roman"/>
                <w:sz w:val="20"/>
              </w:rPr>
              <w:t>8.1385(3)</w:t>
            </w:r>
          </w:p>
        </w:tc>
        <w:tc>
          <w:tcPr>
            <w:tcW w:w="1688" w:type="dxa"/>
            <w:vAlign w:val="center"/>
          </w:tcPr>
          <w:p w14:paraId="0B4E685A" w14:textId="77777777" w:rsidR="00A1363E" w:rsidRPr="00C85550" w:rsidRDefault="00A1363E" w:rsidP="00B520E7">
            <w:pPr>
              <w:rPr>
                <w:rFonts w:ascii="Times New Roman" w:hAnsi="Times New Roman"/>
              </w:rPr>
            </w:pPr>
            <w:r w:rsidRPr="00C85550">
              <w:rPr>
                <w:rFonts w:ascii="Times New Roman" w:hAnsi="Times New Roman"/>
                <w:sz w:val="20"/>
              </w:rPr>
              <w:t>8.06221(12)</w:t>
            </w:r>
          </w:p>
        </w:tc>
      </w:tr>
      <w:tr w:rsidR="00A1363E" w:rsidRPr="00C85550" w14:paraId="632177DF" w14:textId="77777777" w:rsidTr="00B520E7">
        <w:trPr>
          <w:trHeight w:val="283"/>
        </w:trPr>
        <w:tc>
          <w:tcPr>
            <w:tcW w:w="2316" w:type="dxa"/>
            <w:vAlign w:val="center"/>
          </w:tcPr>
          <w:p w14:paraId="3378B15D" w14:textId="77777777" w:rsidR="00A1363E" w:rsidRPr="00C85550" w:rsidRDefault="00A1363E" w:rsidP="00B520E7">
            <w:pPr>
              <w:rPr>
                <w:rFonts w:ascii="Times New Roman" w:hAnsi="Times New Roman"/>
              </w:rPr>
            </w:pPr>
            <w:r w:rsidRPr="00C85550">
              <w:rPr>
                <w:rFonts w:ascii="Times New Roman" w:hAnsi="Times New Roman"/>
                <w:i/>
                <w:sz w:val="20"/>
              </w:rPr>
              <w:t>b</w:t>
            </w:r>
            <w:r w:rsidRPr="00C85550">
              <w:rPr>
                <w:rFonts w:ascii="Times New Roman" w:hAnsi="Times New Roman"/>
                <w:sz w:val="20"/>
              </w:rPr>
              <w:t>/Å</w:t>
            </w:r>
          </w:p>
        </w:tc>
        <w:tc>
          <w:tcPr>
            <w:tcW w:w="1687" w:type="dxa"/>
            <w:vAlign w:val="center"/>
          </w:tcPr>
          <w:p w14:paraId="383901A5" w14:textId="77777777" w:rsidR="00A1363E" w:rsidRPr="00C85550" w:rsidRDefault="00A1363E" w:rsidP="00B520E7">
            <w:pPr>
              <w:rPr>
                <w:rFonts w:ascii="Times New Roman" w:hAnsi="Times New Roman"/>
              </w:rPr>
            </w:pPr>
            <w:r w:rsidRPr="00C85550">
              <w:rPr>
                <w:rFonts w:ascii="Times New Roman" w:hAnsi="Times New Roman"/>
                <w:sz w:val="20"/>
              </w:rPr>
              <w:t>12.4615(2)</w:t>
            </w:r>
          </w:p>
        </w:tc>
        <w:tc>
          <w:tcPr>
            <w:tcW w:w="1688" w:type="dxa"/>
            <w:vAlign w:val="center"/>
          </w:tcPr>
          <w:p w14:paraId="7E00EE01" w14:textId="77777777" w:rsidR="00A1363E" w:rsidRPr="00C85550" w:rsidRDefault="00A1363E" w:rsidP="00B520E7">
            <w:pPr>
              <w:rPr>
                <w:rFonts w:ascii="Times New Roman" w:hAnsi="Times New Roman"/>
              </w:rPr>
            </w:pPr>
            <w:r w:rsidRPr="00C85550">
              <w:rPr>
                <w:rFonts w:ascii="Times New Roman" w:hAnsi="Times New Roman"/>
                <w:sz w:val="20"/>
              </w:rPr>
              <w:t>12.4768(4)</w:t>
            </w:r>
          </w:p>
        </w:tc>
        <w:tc>
          <w:tcPr>
            <w:tcW w:w="1688" w:type="dxa"/>
            <w:vAlign w:val="center"/>
          </w:tcPr>
          <w:p w14:paraId="04B79F1E" w14:textId="77777777" w:rsidR="00A1363E" w:rsidRPr="00C85550" w:rsidRDefault="00A1363E" w:rsidP="00B520E7">
            <w:pPr>
              <w:rPr>
                <w:rFonts w:ascii="Times New Roman" w:hAnsi="Times New Roman"/>
              </w:rPr>
            </w:pPr>
            <w:r w:rsidRPr="00C85550">
              <w:rPr>
                <w:rFonts w:ascii="Times New Roman" w:hAnsi="Times New Roman"/>
                <w:sz w:val="20"/>
              </w:rPr>
              <w:t>9.7144(3)</w:t>
            </w:r>
          </w:p>
        </w:tc>
        <w:tc>
          <w:tcPr>
            <w:tcW w:w="1688" w:type="dxa"/>
            <w:vAlign w:val="center"/>
          </w:tcPr>
          <w:p w14:paraId="135FF407" w14:textId="77777777" w:rsidR="00A1363E" w:rsidRPr="00C85550" w:rsidRDefault="00A1363E" w:rsidP="00B520E7">
            <w:pPr>
              <w:rPr>
                <w:rFonts w:ascii="Times New Roman" w:hAnsi="Times New Roman"/>
              </w:rPr>
            </w:pPr>
            <w:r w:rsidRPr="00C85550">
              <w:rPr>
                <w:rFonts w:ascii="Times New Roman" w:hAnsi="Times New Roman"/>
                <w:sz w:val="20"/>
              </w:rPr>
              <w:t>9.71973(14)</w:t>
            </w:r>
          </w:p>
        </w:tc>
      </w:tr>
      <w:tr w:rsidR="00A1363E" w:rsidRPr="00C85550" w14:paraId="566DC5AA" w14:textId="77777777" w:rsidTr="00B520E7">
        <w:trPr>
          <w:trHeight w:val="283"/>
        </w:trPr>
        <w:tc>
          <w:tcPr>
            <w:tcW w:w="2316" w:type="dxa"/>
            <w:vAlign w:val="center"/>
          </w:tcPr>
          <w:p w14:paraId="1600A338" w14:textId="77777777" w:rsidR="00A1363E" w:rsidRPr="00C85550" w:rsidRDefault="00A1363E" w:rsidP="00B520E7">
            <w:pPr>
              <w:rPr>
                <w:rFonts w:ascii="Times New Roman" w:hAnsi="Times New Roman"/>
              </w:rPr>
            </w:pPr>
            <w:r w:rsidRPr="00C85550">
              <w:rPr>
                <w:rFonts w:ascii="Times New Roman" w:hAnsi="Times New Roman"/>
                <w:i/>
                <w:sz w:val="20"/>
              </w:rPr>
              <w:t>c</w:t>
            </w:r>
            <w:r w:rsidRPr="00C85550">
              <w:rPr>
                <w:rFonts w:ascii="Times New Roman" w:hAnsi="Times New Roman"/>
                <w:sz w:val="20"/>
              </w:rPr>
              <w:t>/Å</w:t>
            </w:r>
          </w:p>
        </w:tc>
        <w:tc>
          <w:tcPr>
            <w:tcW w:w="1687" w:type="dxa"/>
            <w:vAlign w:val="center"/>
          </w:tcPr>
          <w:p w14:paraId="318262D4" w14:textId="77777777" w:rsidR="00A1363E" w:rsidRPr="00C85550" w:rsidRDefault="00A1363E" w:rsidP="00B520E7">
            <w:pPr>
              <w:rPr>
                <w:rFonts w:ascii="Times New Roman" w:hAnsi="Times New Roman"/>
              </w:rPr>
            </w:pPr>
            <w:r w:rsidRPr="00C85550">
              <w:rPr>
                <w:rFonts w:ascii="Times New Roman" w:hAnsi="Times New Roman"/>
                <w:sz w:val="20"/>
              </w:rPr>
              <w:t>7.32534(17)</w:t>
            </w:r>
          </w:p>
        </w:tc>
        <w:tc>
          <w:tcPr>
            <w:tcW w:w="1688" w:type="dxa"/>
            <w:vAlign w:val="center"/>
          </w:tcPr>
          <w:p w14:paraId="72161D6E" w14:textId="77777777" w:rsidR="00A1363E" w:rsidRPr="00C85550" w:rsidRDefault="00A1363E" w:rsidP="00B520E7">
            <w:pPr>
              <w:rPr>
                <w:rFonts w:ascii="Times New Roman" w:hAnsi="Times New Roman"/>
              </w:rPr>
            </w:pPr>
            <w:r w:rsidRPr="00C85550">
              <w:rPr>
                <w:rFonts w:ascii="Times New Roman" w:hAnsi="Times New Roman"/>
                <w:sz w:val="20"/>
              </w:rPr>
              <w:t>8.2941(2)</w:t>
            </w:r>
          </w:p>
        </w:tc>
        <w:tc>
          <w:tcPr>
            <w:tcW w:w="1688" w:type="dxa"/>
            <w:vAlign w:val="center"/>
          </w:tcPr>
          <w:p w14:paraId="5573EA90" w14:textId="77777777" w:rsidR="00A1363E" w:rsidRPr="00C85550" w:rsidRDefault="00A1363E" w:rsidP="00B520E7">
            <w:pPr>
              <w:rPr>
                <w:rFonts w:ascii="Times New Roman" w:hAnsi="Times New Roman"/>
              </w:rPr>
            </w:pPr>
            <w:r w:rsidRPr="00C85550">
              <w:rPr>
                <w:rFonts w:ascii="Times New Roman" w:hAnsi="Times New Roman"/>
                <w:sz w:val="20"/>
              </w:rPr>
              <w:t>10.9563(4)</w:t>
            </w:r>
          </w:p>
        </w:tc>
        <w:tc>
          <w:tcPr>
            <w:tcW w:w="1688" w:type="dxa"/>
            <w:vAlign w:val="center"/>
          </w:tcPr>
          <w:p w14:paraId="5AFA7BD7" w14:textId="77777777" w:rsidR="00A1363E" w:rsidRPr="00C85550" w:rsidRDefault="00A1363E" w:rsidP="00B520E7">
            <w:pPr>
              <w:rPr>
                <w:rFonts w:ascii="Times New Roman" w:hAnsi="Times New Roman"/>
              </w:rPr>
            </w:pPr>
            <w:r w:rsidRPr="00C85550">
              <w:rPr>
                <w:rFonts w:ascii="Times New Roman" w:hAnsi="Times New Roman"/>
                <w:sz w:val="20"/>
              </w:rPr>
              <w:t>18.7390(3)</w:t>
            </w:r>
          </w:p>
        </w:tc>
      </w:tr>
      <w:tr w:rsidR="00A1363E" w:rsidRPr="00C85550" w14:paraId="292A895A" w14:textId="77777777" w:rsidTr="00B520E7">
        <w:trPr>
          <w:trHeight w:val="283"/>
        </w:trPr>
        <w:tc>
          <w:tcPr>
            <w:tcW w:w="2316" w:type="dxa"/>
            <w:vAlign w:val="center"/>
          </w:tcPr>
          <w:p w14:paraId="4C44ED70" w14:textId="77777777" w:rsidR="00A1363E" w:rsidRPr="00C85550" w:rsidRDefault="00A1363E" w:rsidP="00B520E7">
            <w:pPr>
              <w:rPr>
                <w:rFonts w:ascii="Times New Roman" w:hAnsi="Times New Roman"/>
              </w:rPr>
            </w:pPr>
            <w:r w:rsidRPr="00C85550">
              <w:rPr>
                <w:rFonts w:ascii="Times New Roman" w:hAnsi="Times New Roman"/>
                <w:i/>
                <w:sz w:val="20"/>
              </w:rPr>
              <w:t>α</w:t>
            </w:r>
            <w:r w:rsidRPr="00C85550">
              <w:rPr>
                <w:rFonts w:ascii="Times New Roman" w:hAnsi="Times New Roman"/>
                <w:sz w:val="20"/>
              </w:rPr>
              <w:t>/°</w:t>
            </w:r>
          </w:p>
        </w:tc>
        <w:tc>
          <w:tcPr>
            <w:tcW w:w="1687" w:type="dxa"/>
            <w:vAlign w:val="center"/>
          </w:tcPr>
          <w:p w14:paraId="0B55C3FF"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1688" w:type="dxa"/>
            <w:vAlign w:val="center"/>
          </w:tcPr>
          <w:p w14:paraId="744CCD19"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1688" w:type="dxa"/>
            <w:vAlign w:val="center"/>
          </w:tcPr>
          <w:p w14:paraId="41653284" w14:textId="77777777" w:rsidR="00A1363E" w:rsidRPr="00C85550" w:rsidRDefault="00A1363E" w:rsidP="00B520E7">
            <w:pPr>
              <w:rPr>
                <w:rFonts w:ascii="Times New Roman" w:hAnsi="Times New Roman"/>
              </w:rPr>
            </w:pPr>
            <w:r w:rsidRPr="00C85550">
              <w:rPr>
                <w:rFonts w:ascii="Times New Roman" w:hAnsi="Times New Roman"/>
                <w:sz w:val="20"/>
              </w:rPr>
              <w:t>78.178(3)</w:t>
            </w:r>
          </w:p>
        </w:tc>
        <w:tc>
          <w:tcPr>
            <w:tcW w:w="1688" w:type="dxa"/>
            <w:vAlign w:val="center"/>
          </w:tcPr>
          <w:p w14:paraId="624FC44C" w14:textId="77777777" w:rsidR="00A1363E" w:rsidRPr="00C85550" w:rsidRDefault="00A1363E" w:rsidP="00B520E7">
            <w:pPr>
              <w:rPr>
                <w:rFonts w:ascii="Times New Roman" w:hAnsi="Times New Roman"/>
              </w:rPr>
            </w:pPr>
            <w:r w:rsidRPr="00C85550">
              <w:rPr>
                <w:rFonts w:ascii="Times New Roman" w:hAnsi="Times New Roman"/>
                <w:sz w:val="20"/>
              </w:rPr>
              <w:t>90</w:t>
            </w:r>
          </w:p>
        </w:tc>
      </w:tr>
      <w:tr w:rsidR="00A1363E" w:rsidRPr="00C85550" w14:paraId="20BFFDC0" w14:textId="77777777" w:rsidTr="00B520E7">
        <w:trPr>
          <w:trHeight w:val="283"/>
        </w:trPr>
        <w:tc>
          <w:tcPr>
            <w:tcW w:w="2316" w:type="dxa"/>
            <w:vAlign w:val="center"/>
          </w:tcPr>
          <w:p w14:paraId="5FE41131" w14:textId="77777777" w:rsidR="00A1363E" w:rsidRPr="00C85550" w:rsidRDefault="00A1363E" w:rsidP="00B520E7">
            <w:pPr>
              <w:rPr>
                <w:rFonts w:ascii="Times New Roman" w:hAnsi="Times New Roman"/>
              </w:rPr>
            </w:pPr>
            <w:r w:rsidRPr="00C85550">
              <w:rPr>
                <w:rFonts w:ascii="Times New Roman" w:hAnsi="Times New Roman"/>
                <w:i/>
                <w:sz w:val="20"/>
              </w:rPr>
              <w:t>β</w:t>
            </w:r>
            <w:r w:rsidRPr="00C85550">
              <w:rPr>
                <w:rFonts w:ascii="Times New Roman" w:hAnsi="Times New Roman"/>
                <w:sz w:val="20"/>
              </w:rPr>
              <w:t>/°</w:t>
            </w:r>
          </w:p>
        </w:tc>
        <w:tc>
          <w:tcPr>
            <w:tcW w:w="1687" w:type="dxa"/>
            <w:vAlign w:val="center"/>
          </w:tcPr>
          <w:p w14:paraId="4B747A4A" w14:textId="77777777" w:rsidR="00A1363E" w:rsidRPr="00C85550" w:rsidRDefault="00A1363E" w:rsidP="00B520E7">
            <w:pPr>
              <w:rPr>
                <w:rFonts w:ascii="Times New Roman" w:hAnsi="Times New Roman"/>
              </w:rPr>
            </w:pPr>
            <w:r w:rsidRPr="00C85550">
              <w:rPr>
                <w:rFonts w:ascii="Times New Roman" w:hAnsi="Times New Roman"/>
                <w:sz w:val="20"/>
              </w:rPr>
              <w:t>99.127(2)</w:t>
            </w:r>
          </w:p>
        </w:tc>
        <w:tc>
          <w:tcPr>
            <w:tcW w:w="1688" w:type="dxa"/>
            <w:vAlign w:val="center"/>
          </w:tcPr>
          <w:p w14:paraId="4E843B87" w14:textId="77777777" w:rsidR="00A1363E" w:rsidRPr="00C85550" w:rsidRDefault="00A1363E" w:rsidP="00B520E7">
            <w:pPr>
              <w:rPr>
                <w:rFonts w:ascii="Times New Roman" w:hAnsi="Times New Roman"/>
              </w:rPr>
            </w:pPr>
            <w:r w:rsidRPr="00C85550">
              <w:rPr>
                <w:rFonts w:ascii="Times New Roman" w:hAnsi="Times New Roman"/>
                <w:sz w:val="20"/>
              </w:rPr>
              <w:t>95.092(3)</w:t>
            </w:r>
          </w:p>
        </w:tc>
        <w:tc>
          <w:tcPr>
            <w:tcW w:w="1688" w:type="dxa"/>
            <w:vAlign w:val="center"/>
          </w:tcPr>
          <w:p w14:paraId="41EC914B" w14:textId="77777777" w:rsidR="00A1363E" w:rsidRPr="00C85550" w:rsidRDefault="00A1363E" w:rsidP="00B520E7">
            <w:pPr>
              <w:rPr>
                <w:rFonts w:ascii="Times New Roman" w:hAnsi="Times New Roman"/>
              </w:rPr>
            </w:pPr>
            <w:r w:rsidRPr="00C85550">
              <w:rPr>
                <w:rFonts w:ascii="Times New Roman" w:hAnsi="Times New Roman"/>
                <w:sz w:val="20"/>
              </w:rPr>
              <w:t>88.831(3)</w:t>
            </w:r>
          </w:p>
        </w:tc>
        <w:tc>
          <w:tcPr>
            <w:tcW w:w="1688" w:type="dxa"/>
            <w:vAlign w:val="center"/>
          </w:tcPr>
          <w:p w14:paraId="2B8ECFA0" w14:textId="77777777" w:rsidR="00A1363E" w:rsidRPr="00C85550" w:rsidRDefault="00A1363E" w:rsidP="00B520E7">
            <w:pPr>
              <w:rPr>
                <w:rFonts w:ascii="Times New Roman" w:hAnsi="Times New Roman"/>
              </w:rPr>
            </w:pPr>
            <w:r w:rsidRPr="00C85550">
              <w:rPr>
                <w:rFonts w:ascii="Times New Roman" w:hAnsi="Times New Roman"/>
                <w:sz w:val="20"/>
              </w:rPr>
              <w:t>93.5334(14)</w:t>
            </w:r>
          </w:p>
        </w:tc>
      </w:tr>
      <w:tr w:rsidR="00A1363E" w:rsidRPr="00C85550" w14:paraId="1BAC5CA4" w14:textId="77777777" w:rsidTr="00B520E7">
        <w:trPr>
          <w:trHeight w:val="283"/>
        </w:trPr>
        <w:tc>
          <w:tcPr>
            <w:tcW w:w="2316" w:type="dxa"/>
            <w:vAlign w:val="center"/>
          </w:tcPr>
          <w:p w14:paraId="00767350" w14:textId="77777777" w:rsidR="00A1363E" w:rsidRPr="00C85550" w:rsidRDefault="00A1363E" w:rsidP="00B520E7">
            <w:pPr>
              <w:rPr>
                <w:rFonts w:ascii="Times New Roman" w:hAnsi="Times New Roman"/>
              </w:rPr>
            </w:pPr>
            <w:r w:rsidRPr="00C85550">
              <w:rPr>
                <w:rFonts w:ascii="Times New Roman" w:hAnsi="Times New Roman"/>
                <w:i/>
                <w:sz w:val="20"/>
              </w:rPr>
              <w:t>γ</w:t>
            </w:r>
            <w:r w:rsidRPr="00C85550">
              <w:rPr>
                <w:rFonts w:ascii="Times New Roman" w:hAnsi="Times New Roman"/>
                <w:sz w:val="20"/>
              </w:rPr>
              <w:t>/°</w:t>
            </w:r>
          </w:p>
        </w:tc>
        <w:tc>
          <w:tcPr>
            <w:tcW w:w="1687" w:type="dxa"/>
            <w:vAlign w:val="center"/>
          </w:tcPr>
          <w:p w14:paraId="5B327F41"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1688" w:type="dxa"/>
            <w:vAlign w:val="center"/>
          </w:tcPr>
          <w:p w14:paraId="3B48CD7C" w14:textId="77777777" w:rsidR="00A1363E" w:rsidRPr="00C85550" w:rsidRDefault="00A1363E" w:rsidP="00B520E7">
            <w:pPr>
              <w:rPr>
                <w:rFonts w:ascii="Times New Roman" w:hAnsi="Times New Roman"/>
              </w:rPr>
            </w:pPr>
            <w:r w:rsidRPr="00C85550">
              <w:rPr>
                <w:rFonts w:ascii="Times New Roman" w:hAnsi="Times New Roman"/>
                <w:sz w:val="20"/>
              </w:rPr>
              <w:t>90</w:t>
            </w:r>
          </w:p>
        </w:tc>
        <w:tc>
          <w:tcPr>
            <w:tcW w:w="1688" w:type="dxa"/>
            <w:vAlign w:val="center"/>
          </w:tcPr>
          <w:p w14:paraId="72FFF06D" w14:textId="77777777" w:rsidR="00A1363E" w:rsidRPr="00C85550" w:rsidRDefault="00A1363E" w:rsidP="00B520E7">
            <w:pPr>
              <w:rPr>
                <w:rFonts w:ascii="Times New Roman" w:hAnsi="Times New Roman"/>
              </w:rPr>
            </w:pPr>
            <w:r w:rsidRPr="00C85550">
              <w:rPr>
                <w:rFonts w:ascii="Times New Roman" w:hAnsi="Times New Roman"/>
                <w:sz w:val="20"/>
              </w:rPr>
              <w:t>85.144(3)</w:t>
            </w:r>
          </w:p>
        </w:tc>
        <w:tc>
          <w:tcPr>
            <w:tcW w:w="1688" w:type="dxa"/>
            <w:vAlign w:val="center"/>
          </w:tcPr>
          <w:p w14:paraId="5FB77264" w14:textId="77777777" w:rsidR="00A1363E" w:rsidRPr="00C85550" w:rsidRDefault="00A1363E" w:rsidP="00B520E7">
            <w:pPr>
              <w:rPr>
                <w:rFonts w:ascii="Times New Roman" w:hAnsi="Times New Roman"/>
              </w:rPr>
            </w:pPr>
            <w:r w:rsidRPr="00C85550">
              <w:rPr>
                <w:rFonts w:ascii="Times New Roman" w:hAnsi="Times New Roman"/>
                <w:sz w:val="20"/>
              </w:rPr>
              <w:t>90</w:t>
            </w:r>
          </w:p>
        </w:tc>
      </w:tr>
      <w:tr w:rsidR="00A1363E" w:rsidRPr="00C85550" w14:paraId="20EC774A" w14:textId="77777777" w:rsidTr="00B520E7">
        <w:trPr>
          <w:trHeight w:val="283"/>
        </w:trPr>
        <w:tc>
          <w:tcPr>
            <w:tcW w:w="2316" w:type="dxa"/>
            <w:vAlign w:val="center"/>
          </w:tcPr>
          <w:p w14:paraId="3E6AD226" w14:textId="77777777" w:rsidR="00A1363E" w:rsidRPr="00C85550" w:rsidRDefault="00A1363E" w:rsidP="00B520E7">
            <w:pPr>
              <w:rPr>
                <w:rFonts w:ascii="Times New Roman" w:hAnsi="Times New Roman"/>
              </w:rPr>
            </w:pPr>
            <w:r w:rsidRPr="00C85550">
              <w:rPr>
                <w:rFonts w:ascii="Times New Roman" w:hAnsi="Times New Roman"/>
                <w:i/>
                <w:sz w:val="20"/>
              </w:rPr>
              <w:t>V</w:t>
            </w:r>
            <w:r w:rsidRPr="00C85550">
              <w:rPr>
                <w:rFonts w:ascii="Times New Roman" w:hAnsi="Times New Roman"/>
                <w:sz w:val="20"/>
              </w:rPr>
              <w:t>/Å</w:t>
            </w:r>
            <w:r w:rsidRPr="00C85550">
              <w:rPr>
                <w:rFonts w:ascii="Times New Roman" w:hAnsi="Times New Roman"/>
                <w:sz w:val="20"/>
                <w:vertAlign w:val="superscript"/>
              </w:rPr>
              <w:t>3</w:t>
            </w:r>
          </w:p>
        </w:tc>
        <w:tc>
          <w:tcPr>
            <w:tcW w:w="1687" w:type="dxa"/>
            <w:vAlign w:val="center"/>
          </w:tcPr>
          <w:p w14:paraId="230CDC17" w14:textId="77777777" w:rsidR="00A1363E" w:rsidRPr="00C85550" w:rsidRDefault="00A1363E" w:rsidP="00B520E7">
            <w:pPr>
              <w:rPr>
                <w:rFonts w:ascii="Times New Roman" w:hAnsi="Times New Roman"/>
              </w:rPr>
            </w:pPr>
            <w:r w:rsidRPr="00C85550">
              <w:rPr>
                <w:rFonts w:ascii="Times New Roman" w:hAnsi="Times New Roman"/>
                <w:sz w:val="20"/>
              </w:rPr>
              <w:t>1597.41(6)</w:t>
            </w:r>
          </w:p>
        </w:tc>
        <w:tc>
          <w:tcPr>
            <w:tcW w:w="1688" w:type="dxa"/>
            <w:vAlign w:val="center"/>
          </w:tcPr>
          <w:p w14:paraId="3F64217E" w14:textId="77777777" w:rsidR="00A1363E" w:rsidRPr="00C85550" w:rsidRDefault="00A1363E" w:rsidP="00B520E7">
            <w:pPr>
              <w:rPr>
                <w:rFonts w:ascii="Times New Roman" w:hAnsi="Times New Roman"/>
              </w:rPr>
            </w:pPr>
            <w:r w:rsidRPr="00C85550">
              <w:rPr>
                <w:rFonts w:ascii="Times New Roman" w:hAnsi="Times New Roman"/>
                <w:sz w:val="20"/>
              </w:rPr>
              <w:t>815.26(5)</w:t>
            </w:r>
          </w:p>
        </w:tc>
        <w:tc>
          <w:tcPr>
            <w:tcW w:w="1688" w:type="dxa"/>
            <w:vAlign w:val="center"/>
          </w:tcPr>
          <w:p w14:paraId="7F65AF05" w14:textId="77777777" w:rsidR="00A1363E" w:rsidRPr="00C85550" w:rsidRDefault="00A1363E" w:rsidP="00B520E7">
            <w:pPr>
              <w:rPr>
                <w:rFonts w:ascii="Times New Roman" w:hAnsi="Times New Roman"/>
              </w:rPr>
            </w:pPr>
            <w:r w:rsidRPr="00C85550">
              <w:rPr>
                <w:rFonts w:ascii="Times New Roman" w:hAnsi="Times New Roman"/>
                <w:sz w:val="20"/>
              </w:rPr>
              <w:t>844.79(5)</w:t>
            </w:r>
          </w:p>
        </w:tc>
        <w:tc>
          <w:tcPr>
            <w:tcW w:w="1688" w:type="dxa"/>
            <w:vAlign w:val="center"/>
          </w:tcPr>
          <w:p w14:paraId="7AF84142" w14:textId="77777777" w:rsidR="00A1363E" w:rsidRPr="00C85550" w:rsidRDefault="00A1363E" w:rsidP="00B520E7">
            <w:pPr>
              <w:rPr>
                <w:rFonts w:ascii="Times New Roman" w:hAnsi="Times New Roman"/>
              </w:rPr>
            </w:pPr>
            <w:r w:rsidRPr="00C85550">
              <w:rPr>
                <w:rFonts w:ascii="Times New Roman" w:hAnsi="Times New Roman"/>
                <w:sz w:val="20"/>
              </w:rPr>
              <w:t>1465.64(4)</w:t>
            </w:r>
          </w:p>
        </w:tc>
      </w:tr>
      <w:tr w:rsidR="00A1363E" w:rsidRPr="00C85550" w14:paraId="227A3442" w14:textId="77777777" w:rsidTr="00B520E7">
        <w:trPr>
          <w:trHeight w:val="283"/>
        </w:trPr>
        <w:tc>
          <w:tcPr>
            <w:tcW w:w="2316" w:type="dxa"/>
            <w:vAlign w:val="center"/>
          </w:tcPr>
          <w:p w14:paraId="2AA92488" w14:textId="77777777" w:rsidR="00A1363E" w:rsidRPr="00C85550" w:rsidRDefault="00A1363E" w:rsidP="00B520E7">
            <w:pPr>
              <w:rPr>
                <w:rFonts w:ascii="Times New Roman" w:hAnsi="Times New Roman"/>
              </w:rPr>
            </w:pPr>
            <w:r w:rsidRPr="00C85550">
              <w:rPr>
                <w:rFonts w:ascii="Times New Roman" w:hAnsi="Times New Roman"/>
                <w:i/>
                <w:sz w:val="20"/>
              </w:rPr>
              <w:t>Z</w:t>
            </w:r>
          </w:p>
        </w:tc>
        <w:tc>
          <w:tcPr>
            <w:tcW w:w="1687" w:type="dxa"/>
            <w:vAlign w:val="center"/>
          </w:tcPr>
          <w:p w14:paraId="35EB364C" w14:textId="77777777" w:rsidR="00A1363E" w:rsidRPr="00C85550" w:rsidRDefault="00A1363E" w:rsidP="00B520E7">
            <w:pPr>
              <w:rPr>
                <w:rFonts w:ascii="Times New Roman" w:hAnsi="Times New Roman"/>
              </w:rPr>
            </w:pPr>
            <w:r w:rsidRPr="00C85550">
              <w:rPr>
                <w:rFonts w:ascii="Times New Roman" w:hAnsi="Times New Roman"/>
                <w:sz w:val="20"/>
              </w:rPr>
              <w:t>4</w:t>
            </w:r>
          </w:p>
        </w:tc>
        <w:tc>
          <w:tcPr>
            <w:tcW w:w="1688" w:type="dxa"/>
            <w:vAlign w:val="center"/>
          </w:tcPr>
          <w:p w14:paraId="1B8EC0A0" w14:textId="77777777" w:rsidR="00A1363E" w:rsidRPr="00C85550" w:rsidRDefault="00A1363E" w:rsidP="00B520E7">
            <w:pPr>
              <w:rPr>
                <w:rFonts w:ascii="Times New Roman" w:hAnsi="Times New Roman"/>
              </w:rPr>
            </w:pPr>
            <w:r w:rsidRPr="00C85550">
              <w:rPr>
                <w:rFonts w:ascii="Times New Roman" w:hAnsi="Times New Roman"/>
                <w:sz w:val="20"/>
              </w:rPr>
              <w:t>2</w:t>
            </w:r>
          </w:p>
        </w:tc>
        <w:tc>
          <w:tcPr>
            <w:tcW w:w="1688" w:type="dxa"/>
            <w:vAlign w:val="center"/>
          </w:tcPr>
          <w:p w14:paraId="4E808ABF" w14:textId="77777777" w:rsidR="00A1363E" w:rsidRPr="00C85550" w:rsidRDefault="00A1363E" w:rsidP="00B520E7">
            <w:pPr>
              <w:rPr>
                <w:rFonts w:ascii="Times New Roman" w:hAnsi="Times New Roman"/>
              </w:rPr>
            </w:pPr>
            <w:r w:rsidRPr="00C85550">
              <w:rPr>
                <w:rFonts w:ascii="Times New Roman" w:hAnsi="Times New Roman"/>
                <w:sz w:val="20"/>
              </w:rPr>
              <w:t>2</w:t>
            </w:r>
          </w:p>
        </w:tc>
        <w:tc>
          <w:tcPr>
            <w:tcW w:w="1688" w:type="dxa"/>
            <w:vAlign w:val="center"/>
          </w:tcPr>
          <w:p w14:paraId="3457AC4F" w14:textId="77777777" w:rsidR="00A1363E" w:rsidRPr="00C85550" w:rsidRDefault="00A1363E" w:rsidP="00B520E7">
            <w:pPr>
              <w:rPr>
                <w:rFonts w:ascii="Times New Roman" w:hAnsi="Times New Roman"/>
              </w:rPr>
            </w:pPr>
            <w:r w:rsidRPr="00C85550">
              <w:rPr>
                <w:rFonts w:ascii="Times New Roman" w:hAnsi="Times New Roman"/>
                <w:sz w:val="20"/>
              </w:rPr>
              <w:t>2</w:t>
            </w:r>
          </w:p>
        </w:tc>
      </w:tr>
      <w:tr w:rsidR="00A1363E" w:rsidRPr="00C85550" w14:paraId="6F02915F" w14:textId="77777777" w:rsidTr="00B520E7">
        <w:trPr>
          <w:trHeight w:val="283"/>
        </w:trPr>
        <w:tc>
          <w:tcPr>
            <w:tcW w:w="2316" w:type="dxa"/>
            <w:vAlign w:val="center"/>
          </w:tcPr>
          <w:p w14:paraId="45338E7C" w14:textId="77777777" w:rsidR="00A1363E" w:rsidRPr="00C85550" w:rsidRDefault="00A1363E" w:rsidP="00B520E7">
            <w:pPr>
              <w:rPr>
                <w:rFonts w:ascii="Times New Roman" w:hAnsi="Times New Roman"/>
              </w:rPr>
            </w:pPr>
            <w:proofErr w:type="spellStart"/>
            <w:r w:rsidRPr="00C85550">
              <w:rPr>
                <w:rFonts w:ascii="Times New Roman" w:hAnsi="Times New Roman"/>
                <w:i/>
                <w:sz w:val="20"/>
              </w:rPr>
              <w:t>ρ</w:t>
            </w:r>
            <w:r w:rsidRPr="00C85550">
              <w:rPr>
                <w:rFonts w:ascii="Times New Roman" w:hAnsi="Times New Roman"/>
                <w:sz w:val="20"/>
                <w:vertAlign w:val="subscript"/>
              </w:rPr>
              <w:t>calc</w:t>
            </w:r>
            <w:proofErr w:type="spellEnd"/>
            <w:r w:rsidRPr="00C85550">
              <w:rPr>
                <w:rFonts w:ascii="Times New Roman" w:hAnsi="Times New Roman"/>
                <w:sz w:val="20"/>
              </w:rPr>
              <w:t>/g cm</w:t>
            </w:r>
            <w:r w:rsidRPr="00C85550">
              <w:rPr>
                <w:rFonts w:ascii="Times New Roman" w:hAnsi="Times New Roman"/>
                <w:sz w:val="20"/>
                <w:vertAlign w:val="superscript"/>
              </w:rPr>
              <w:t>–3</w:t>
            </w:r>
          </w:p>
        </w:tc>
        <w:tc>
          <w:tcPr>
            <w:tcW w:w="1687" w:type="dxa"/>
            <w:vAlign w:val="center"/>
          </w:tcPr>
          <w:p w14:paraId="65EE01F6" w14:textId="77777777" w:rsidR="00A1363E" w:rsidRPr="00C85550" w:rsidRDefault="00A1363E" w:rsidP="00B520E7">
            <w:pPr>
              <w:rPr>
                <w:rFonts w:ascii="Times New Roman" w:hAnsi="Times New Roman"/>
              </w:rPr>
            </w:pPr>
            <w:r w:rsidRPr="00C85550">
              <w:rPr>
                <w:rFonts w:ascii="Times New Roman" w:hAnsi="Times New Roman"/>
                <w:sz w:val="20"/>
              </w:rPr>
              <w:t>1.785</w:t>
            </w:r>
          </w:p>
        </w:tc>
        <w:tc>
          <w:tcPr>
            <w:tcW w:w="1688" w:type="dxa"/>
            <w:vAlign w:val="center"/>
          </w:tcPr>
          <w:p w14:paraId="76CE2F2D" w14:textId="77777777" w:rsidR="00A1363E" w:rsidRPr="00C85550" w:rsidRDefault="00A1363E" w:rsidP="00B520E7">
            <w:pPr>
              <w:rPr>
                <w:rFonts w:ascii="Times New Roman" w:hAnsi="Times New Roman"/>
              </w:rPr>
            </w:pPr>
            <w:r w:rsidRPr="00C85550">
              <w:rPr>
                <w:rFonts w:ascii="Times New Roman" w:hAnsi="Times New Roman"/>
                <w:sz w:val="20"/>
              </w:rPr>
              <w:t>1.749</w:t>
            </w:r>
          </w:p>
        </w:tc>
        <w:tc>
          <w:tcPr>
            <w:tcW w:w="1688" w:type="dxa"/>
            <w:vAlign w:val="center"/>
          </w:tcPr>
          <w:p w14:paraId="5EF4D85E" w14:textId="77777777" w:rsidR="00A1363E" w:rsidRPr="00C85550" w:rsidRDefault="00A1363E" w:rsidP="00B520E7">
            <w:pPr>
              <w:rPr>
                <w:rFonts w:ascii="Times New Roman" w:hAnsi="Times New Roman"/>
              </w:rPr>
            </w:pPr>
            <w:r w:rsidRPr="00C85550">
              <w:rPr>
                <w:rFonts w:ascii="Times New Roman" w:hAnsi="Times New Roman"/>
                <w:sz w:val="20"/>
              </w:rPr>
              <w:t>1.743</w:t>
            </w:r>
          </w:p>
        </w:tc>
        <w:tc>
          <w:tcPr>
            <w:tcW w:w="1688" w:type="dxa"/>
            <w:vAlign w:val="center"/>
          </w:tcPr>
          <w:p w14:paraId="721D7446" w14:textId="77777777" w:rsidR="00A1363E" w:rsidRPr="00C85550" w:rsidRDefault="00A1363E" w:rsidP="00B520E7">
            <w:pPr>
              <w:rPr>
                <w:rFonts w:ascii="Times New Roman" w:hAnsi="Times New Roman"/>
              </w:rPr>
            </w:pPr>
            <w:r w:rsidRPr="00C85550">
              <w:rPr>
                <w:rFonts w:ascii="Times New Roman" w:hAnsi="Times New Roman"/>
                <w:sz w:val="20"/>
              </w:rPr>
              <w:t>1.864</w:t>
            </w:r>
          </w:p>
        </w:tc>
      </w:tr>
      <w:tr w:rsidR="00A1363E" w:rsidRPr="00C85550" w14:paraId="7A6BCC99" w14:textId="77777777" w:rsidTr="00B520E7">
        <w:trPr>
          <w:trHeight w:val="283"/>
        </w:trPr>
        <w:tc>
          <w:tcPr>
            <w:tcW w:w="2316" w:type="dxa"/>
            <w:vAlign w:val="center"/>
          </w:tcPr>
          <w:p w14:paraId="508FD1BC" w14:textId="77777777" w:rsidR="00A1363E" w:rsidRPr="00C85550" w:rsidRDefault="00A1363E" w:rsidP="00B520E7">
            <w:pPr>
              <w:rPr>
                <w:rFonts w:ascii="Times New Roman" w:hAnsi="Times New Roman"/>
              </w:rPr>
            </w:pPr>
            <w:r w:rsidRPr="00C85550">
              <w:rPr>
                <w:rFonts w:ascii="Times New Roman" w:hAnsi="Times New Roman"/>
                <w:i/>
                <w:sz w:val="20"/>
              </w:rPr>
              <w:t>μ</w:t>
            </w:r>
            <w:r w:rsidRPr="00C85550">
              <w:rPr>
                <w:rFonts w:ascii="Times New Roman" w:hAnsi="Times New Roman"/>
                <w:sz w:val="20"/>
              </w:rPr>
              <w:t>/mm</w:t>
            </w:r>
            <w:r w:rsidRPr="00C85550">
              <w:rPr>
                <w:rFonts w:ascii="Times New Roman" w:hAnsi="Times New Roman"/>
                <w:sz w:val="20"/>
                <w:vertAlign w:val="superscript"/>
              </w:rPr>
              <w:t>–1</w:t>
            </w:r>
          </w:p>
        </w:tc>
        <w:tc>
          <w:tcPr>
            <w:tcW w:w="1687" w:type="dxa"/>
            <w:vAlign w:val="center"/>
          </w:tcPr>
          <w:p w14:paraId="386E0C9D" w14:textId="77777777" w:rsidR="00A1363E" w:rsidRPr="00C85550" w:rsidRDefault="00A1363E" w:rsidP="00B520E7">
            <w:pPr>
              <w:rPr>
                <w:rFonts w:ascii="Times New Roman" w:hAnsi="Times New Roman"/>
              </w:rPr>
            </w:pPr>
            <w:r w:rsidRPr="00C85550">
              <w:rPr>
                <w:rFonts w:ascii="Times New Roman" w:hAnsi="Times New Roman"/>
                <w:sz w:val="20"/>
              </w:rPr>
              <w:t>7.087</w:t>
            </w:r>
          </w:p>
        </w:tc>
        <w:tc>
          <w:tcPr>
            <w:tcW w:w="1688" w:type="dxa"/>
            <w:vAlign w:val="center"/>
          </w:tcPr>
          <w:p w14:paraId="70E6AB6A" w14:textId="77777777" w:rsidR="00A1363E" w:rsidRPr="00C85550" w:rsidRDefault="00A1363E" w:rsidP="00B520E7">
            <w:pPr>
              <w:rPr>
                <w:rFonts w:ascii="Times New Roman" w:hAnsi="Times New Roman"/>
              </w:rPr>
            </w:pPr>
            <w:r w:rsidRPr="00C85550">
              <w:rPr>
                <w:rFonts w:ascii="Times New Roman" w:hAnsi="Times New Roman"/>
                <w:sz w:val="20"/>
              </w:rPr>
              <w:t>6.943</w:t>
            </w:r>
          </w:p>
        </w:tc>
        <w:tc>
          <w:tcPr>
            <w:tcW w:w="1688" w:type="dxa"/>
            <w:vAlign w:val="center"/>
          </w:tcPr>
          <w:p w14:paraId="5C4AED2E" w14:textId="77777777" w:rsidR="00A1363E" w:rsidRPr="00C85550" w:rsidRDefault="00A1363E" w:rsidP="00B520E7">
            <w:pPr>
              <w:rPr>
                <w:rFonts w:ascii="Times New Roman" w:hAnsi="Times New Roman"/>
              </w:rPr>
            </w:pPr>
            <w:r w:rsidRPr="00C85550">
              <w:rPr>
                <w:rFonts w:ascii="Times New Roman" w:hAnsi="Times New Roman"/>
                <w:sz w:val="20"/>
              </w:rPr>
              <w:t>6.722</w:t>
            </w:r>
          </w:p>
        </w:tc>
        <w:tc>
          <w:tcPr>
            <w:tcW w:w="1688" w:type="dxa"/>
            <w:vAlign w:val="center"/>
          </w:tcPr>
          <w:p w14:paraId="4179D84D" w14:textId="77777777" w:rsidR="00A1363E" w:rsidRPr="00C85550" w:rsidRDefault="00A1363E" w:rsidP="00B520E7">
            <w:pPr>
              <w:rPr>
                <w:rFonts w:ascii="Times New Roman" w:hAnsi="Times New Roman"/>
              </w:rPr>
            </w:pPr>
            <w:r w:rsidRPr="00C85550">
              <w:rPr>
                <w:rFonts w:ascii="Times New Roman" w:hAnsi="Times New Roman"/>
                <w:sz w:val="20"/>
              </w:rPr>
              <w:t>7.641</w:t>
            </w:r>
          </w:p>
        </w:tc>
      </w:tr>
      <w:tr w:rsidR="00A1363E" w:rsidRPr="00C85550" w14:paraId="2330F793" w14:textId="77777777" w:rsidTr="00B520E7">
        <w:trPr>
          <w:trHeight w:val="283"/>
        </w:trPr>
        <w:tc>
          <w:tcPr>
            <w:tcW w:w="2316" w:type="dxa"/>
            <w:vAlign w:val="center"/>
          </w:tcPr>
          <w:p w14:paraId="1495067E" w14:textId="77777777" w:rsidR="00A1363E" w:rsidRPr="00C85550" w:rsidRDefault="00A1363E" w:rsidP="00B520E7">
            <w:pPr>
              <w:rPr>
                <w:rFonts w:ascii="Times New Roman" w:hAnsi="Times New Roman"/>
              </w:rPr>
            </w:pPr>
            <w:r w:rsidRPr="00C85550">
              <w:rPr>
                <w:rFonts w:ascii="Times New Roman" w:hAnsi="Times New Roman"/>
                <w:i/>
                <w:sz w:val="20"/>
              </w:rPr>
              <w:t>F</w:t>
            </w:r>
            <w:r w:rsidRPr="00C85550">
              <w:rPr>
                <w:rFonts w:ascii="Times New Roman" w:hAnsi="Times New Roman"/>
                <w:sz w:val="20"/>
              </w:rPr>
              <w:t>(000)</w:t>
            </w:r>
          </w:p>
        </w:tc>
        <w:tc>
          <w:tcPr>
            <w:tcW w:w="1687" w:type="dxa"/>
            <w:vAlign w:val="center"/>
          </w:tcPr>
          <w:p w14:paraId="3426BB75" w14:textId="77777777" w:rsidR="00A1363E" w:rsidRPr="00C85550" w:rsidRDefault="00A1363E" w:rsidP="00B520E7">
            <w:pPr>
              <w:rPr>
                <w:rFonts w:ascii="Times New Roman" w:hAnsi="Times New Roman"/>
              </w:rPr>
            </w:pPr>
            <w:r w:rsidRPr="00C85550">
              <w:rPr>
                <w:rFonts w:ascii="Times New Roman" w:hAnsi="Times New Roman"/>
                <w:sz w:val="20"/>
              </w:rPr>
              <w:t>864</w:t>
            </w:r>
          </w:p>
        </w:tc>
        <w:tc>
          <w:tcPr>
            <w:tcW w:w="1688" w:type="dxa"/>
            <w:vAlign w:val="center"/>
          </w:tcPr>
          <w:p w14:paraId="4CF24D5F" w14:textId="77777777" w:rsidR="00A1363E" w:rsidRPr="00C85550" w:rsidRDefault="00A1363E" w:rsidP="00B520E7">
            <w:pPr>
              <w:rPr>
                <w:rFonts w:ascii="Times New Roman" w:hAnsi="Times New Roman"/>
              </w:rPr>
            </w:pPr>
            <w:r w:rsidRPr="00C85550">
              <w:rPr>
                <w:rFonts w:ascii="Times New Roman" w:hAnsi="Times New Roman"/>
                <w:sz w:val="20"/>
              </w:rPr>
              <w:t>432</w:t>
            </w:r>
          </w:p>
        </w:tc>
        <w:tc>
          <w:tcPr>
            <w:tcW w:w="1688" w:type="dxa"/>
            <w:vAlign w:val="center"/>
          </w:tcPr>
          <w:p w14:paraId="068F1580" w14:textId="77777777" w:rsidR="00A1363E" w:rsidRPr="00C85550" w:rsidRDefault="00A1363E" w:rsidP="00B520E7">
            <w:pPr>
              <w:rPr>
                <w:rFonts w:ascii="Times New Roman" w:hAnsi="Times New Roman"/>
              </w:rPr>
            </w:pPr>
            <w:r w:rsidRPr="00C85550">
              <w:rPr>
                <w:rFonts w:ascii="Times New Roman" w:hAnsi="Times New Roman"/>
                <w:sz w:val="20"/>
              </w:rPr>
              <w:t>448</w:t>
            </w:r>
          </w:p>
        </w:tc>
        <w:tc>
          <w:tcPr>
            <w:tcW w:w="1688" w:type="dxa"/>
            <w:vAlign w:val="center"/>
          </w:tcPr>
          <w:p w14:paraId="3A3876C3" w14:textId="77777777" w:rsidR="00A1363E" w:rsidRPr="00C85550" w:rsidRDefault="00A1363E" w:rsidP="00B520E7">
            <w:pPr>
              <w:rPr>
                <w:rFonts w:ascii="Times New Roman" w:hAnsi="Times New Roman"/>
              </w:rPr>
            </w:pPr>
            <w:r w:rsidRPr="00C85550">
              <w:rPr>
                <w:rFonts w:ascii="Times New Roman" w:hAnsi="Times New Roman"/>
                <w:sz w:val="20"/>
              </w:rPr>
              <w:t>824</w:t>
            </w:r>
          </w:p>
        </w:tc>
      </w:tr>
      <w:tr w:rsidR="00A1363E" w:rsidRPr="00C85550" w14:paraId="4D05D751" w14:textId="77777777" w:rsidTr="00B520E7">
        <w:trPr>
          <w:trHeight w:val="283"/>
        </w:trPr>
        <w:tc>
          <w:tcPr>
            <w:tcW w:w="2316" w:type="dxa"/>
            <w:vAlign w:val="center"/>
          </w:tcPr>
          <w:p w14:paraId="289688FD" w14:textId="77777777" w:rsidR="00A1363E" w:rsidRPr="00C85550" w:rsidRDefault="00A1363E" w:rsidP="00B520E7">
            <w:pPr>
              <w:rPr>
                <w:rFonts w:ascii="Times New Roman" w:hAnsi="Times New Roman"/>
              </w:rPr>
            </w:pPr>
            <w:r w:rsidRPr="00C85550">
              <w:rPr>
                <w:rFonts w:ascii="Times New Roman" w:hAnsi="Times New Roman"/>
                <w:sz w:val="20"/>
              </w:rPr>
              <w:t>Crystal size/mm</w:t>
            </w:r>
            <w:r w:rsidRPr="00C85550">
              <w:rPr>
                <w:rFonts w:ascii="Times New Roman" w:hAnsi="Times New Roman"/>
                <w:sz w:val="20"/>
                <w:vertAlign w:val="superscript"/>
              </w:rPr>
              <w:t>3</w:t>
            </w:r>
          </w:p>
        </w:tc>
        <w:tc>
          <w:tcPr>
            <w:tcW w:w="1687" w:type="dxa"/>
            <w:vAlign w:val="center"/>
          </w:tcPr>
          <w:p w14:paraId="3212096F" w14:textId="77777777" w:rsidR="00A1363E" w:rsidRPr="00C85550" w:rsidRDefault="00A1363E" w:rsidP="00B520E7">
            <w:pPr>
              <w:rPr>
                <w:rFonts w:ascii="Times New Roman" w:hAnsi="Times New Roman"/>
              </w:rPr>
            </w:pPr>
            <w:r w:rsidRPr="00C85550">
              <w:rPr>
                <w:rFonts w:ascii="Times New Roman" w:hAnsi="Times New Roman"/>
                <w:sz w:val="20"/>
              </w:rPr>
              <w:t>0.15×0.1×0.05</w:t>
            </w:r>
          </w:p>
        </w:tc>
        <w:tc>
          <w:tcPr>
            <w:tcW w:w="1688" w:type="dxa"/>
            <w:vAlign w:val="center"/>
          </w:tcPr>
          <w:p w14:paraId="7900B1A6" w14:textId="77777777" w:rsidR="00A1363E" w:rsidRPr="00C85550" w:rsidRDefault="00A1363E" w:rsidP="00B520E7">
            <w:pPr>
              <w:rPr>
                <w:rFonts w:ascii="Times New Roman" w:hAnsi="Times New Roman"/>
              </w:rPr>
            </w:pPr>
            <w:r w:rsidRPr="00C85550">
              <w:rPr>
                <w:rFonts w:ascii="Times New Roman" w:hAnsi="Times New Roman"/>
                <w:sz w:val="20"/>
              </w:rPr>
              <w:t>0.48×0.14×0.06</w:t>
            </w:r>
          </w:p>
        </w:tc>
        <w:tc>
          <w:tcPr>
            <w:tcW w:w="1688" w:type="dxa"/>
            <w:vAlign w:val="center"/>
          </w:tcPr>
          <w:p w14:paraId="2AAC34B4" w14:textId="77777777" w:rsidR="00A1363E" w:rsidRPr="00C85550" w:rsidRDefault="00A1363E" w:rsidP="00B520E7">
            <w:pPr>
              <w:rPr>
                <w:rFonts w:ascii="Times New Roman" w:hAnsi="Times New Roman"/>
              </w:rPr>
            </w:pPr>
            <w:r w:rsidRPr="00C85550">
              <w:rPr>
                <w:rFonts w:ascii="Times New Roman" w:hAnsi="Times New Roman"/>
                <w:sz w:val="20"/>
              </w:rPr>
              <w:t>0.12×0.08×0.03</w:t>
            </w:r>
          </w:p>
        </w:tc>
        <w:tc>
          <w:tcPr>
            <w:tcW w:w="1688" w:type="dxa"/>
            <w:vAlign w:val="center"/>
          </w:tcPr>
          <w:p w14:paraId="2B6E998F" w14:textId="77777777" w:rsidR="00A1363E" w:rsidRPr="00C85550" w:rsidRDefault="00A1363E" w:rsidP="00B520E7">
            <w:pPr>
              <w:rPr>
                <w:rFonts w:ascii="Times New Roman" w:hAnsi="Times New Roman"/>
              </w:rPr>
            </w:pPr>
            <w:r w:rsidRPr="00C85550">
              <w:rPr>
                <w:rFonts w:ascii="Times New Roman" w:hAnsi="Times New Roman"/>
                <w:sz w:val="20"/>
              </w:rPr>
              <w:t>0.15×0.12×0.1</w:t>
            </w:r>
          </w:p>
        </w:tc>
      </w:tr>
      <w:tr w:rsidR="00A1363E" w:rsidRPr="00C85550" w14:paraId="6D837CBE" w14:textId="77777777" w:rsidTr="00B520E7">
        <w:trPr>
          <w:trHeight w:val="283"/>
        </w:trPr>
        <w:tc>
          <w:tcPr>
            <w:tcW w:w="2316" w:type="dxa"/>
            <w:vAlign w:val="center"/>
          </w:tcPr>
          <w:p w14:paraId="74222C7E" w14:textId="77777777" w:rsidR="00A1363E" w:rsidRPr="00C85550" w:rsidRDefault="00A1363E" w:rsidP="00B520E7">
            <w:pPr>
              <w:rPr>
                <w:rFonts w:ascii="Times New Roman" w:hAnsi="Times New Roman"/>
              </w:rPr>
            </w:pPr>
            <w:r w:rsidRPr="00C85550">
              <w:rPr>
                <w:rFonts w:ascii="Times New Roman" w:hAnsi="Times New Roman"/>
                <w:sz w:val="20"/>
              </w:rPr>
              <w:t>Radiation</w:t>
            </w:r>
          </w:p>
        </w:tc>
        <w:tc>
          <w:tcPr>
            <w:tcW w:w="6751" w:type="dxa"/>
            <w:gridSpan w:val="4"/>
            <w:vAlign w:val="center"/>
          </w:tcPr>
          <w:p w14:paraId="5E11D775" w14:textId="77777777" w:rsidR="00A1363E" w:rsidRPr="00C85550" w:rsidRDefault="00A1363E" w:rsidP="00B520E7">
            <w:pPr>
              <w:jc w:val="center"/>
              <w:rPr>
                <w:rFonts w:ascii="Times New Roman" w:hAnsi="Times New Roman"/>
              </w:rPr>
            </w:pPr>
            <w:proofErr w:type="spellStart"/>
            <w:r w:rsidRPr="00C85550">
              <w:rPr>
                <w:rFonts w:ascii="Times New Roman" w:hAnsi="Times New Roman"/>
                <w:sz w:val="20"/>
              </w:rPr>
              <w:t>CuK</w:t>
            </w:r>
            <w:proofErr w:type="spellEnd"/>
            <w:r w:rsidRPr="00C85550">
              <w:rPr>
                <w:rFonts w:ascii="Times New Roman" w:hAnsi="Times New Roman"/>
                <w:sz w:val="20"/>
              </w:rPr>
              <w:t>α (</w:t>
            </w:r>
            <w:r w:rsidRPr="00C85550">
              <w:rPr>
                <w:rFonts w:ascii="Times New Roman" w:hAnsi="Times New Roman"/>
                <w:i/>
                <w:sz w:val="20"/>
              </w:rPr>
              <w:t>λ</w:t>
            </w:r>
            <w:r w:rsidRPr="00C85550">
              <w:rPr>
                <w:rFonts w:ascii="Times New Roman" w:hAnsi="Times New Roman"/>
                <w:sz w:val="20"/>
              </w:rPr>
              <w:t xml:space="preserve"> = 1.54184Å)</w:t>
            </w:r>
          </w:p>
        </w:tc>
      </w:tr>
      <w:tr w:rsidR="00A1363E" w:rsidRPr="00C85550" w14:paraId="26D57358" w14:textId="77777777" w:rsidTr="00B520E7">
        <w:trPr>
          <w:trHeight w:val="283"/>
        </w:trPr>
        <w:tc>
          <w:tcPr>
            <w:tcW w:w="2316" w:type="dxa"/>
            <w:vAlign w:val="center"/>
          </w:tcPr>
          <w:p w14:paraId="68556BAC" w14:textId="77777777" w:rsidR="00A1363E" w:rsidRPr="00C85550" w:rsidRDefault="00A1363E" w:rsidP="00B520E7">
            <w:pPr>
              <w:rPr>
                <w:rFonts w:ascii="Times New Roman" w:hAnsi="Times New Roman"/>
              </w:rPr>
            </w:pPr>
            <w:r w:rsidRPr="00C85550">
              <w:rPr>
                <w:rFonts w:ascii="Times New Roman" w:hAnsi="Times New Roman"/>
                <w:i/>
                <w:sz w:val="20"/>
              </w:rPr>
              <w:t>2</w:t>
            </w:r>
            <w:r w:rsidRPr="00C85550">
              <w:rPr>
                <w:rFonts w:ascii="Times New Roman" w:hAnsi="Times New Roman"/>
                <w:sz w:val="20"/>
              </w:rPr>
              <w:t>Θ range/°</w:t>
            </w:r>
          </w:p>
        </w:tc>
        <w:tc>
          <w:tcPr>
            <w:tcW w:w="1687" w:type="dxa"/>
            <w:vAlign w:val="center"/>
          </w:tcPr>
          <w:p w14:paraId="30109FFE" w14:textId="77777777" w:rsidR="00A1363E" w:rsidRPr="00C85550" w:rsidRDefault="00A1363E" w:rsidP="00B520E7">
            <w:pPr>
              <w:rPr>
                <w:rFonts w:ascii="Times New Roman" w:hAnsi="Times New Roman"/>
              </w:rPr>
            </w:pPr>
            <w:r w:rsidRPr="00C85550">
              <w:rPr>
                <w:rFonts w:ascii="Times New Roman" w:hAnsi="Times New Roman"/>
                <w:sz w:val="20"/>
              </w:rPr>
              <w:t>8.712 to 155.574</w:t>
            </w:r>
          </w:p>
        </w:tc>
        <w:tc>
          <w:tcPr>
            <w:tcW w:w="1688" w:type="dxa"/>
            <w:vAlign w:val="center"/>
          </w:tcPr>
          <w:p w14:paraId="08D6AC71" w14:textId="77777777" w:rsidR="00A1363E" w:rsidRPr="00C85550" w:rsidRDefault="00A1363E" w:rsidP="00B520E7">
            <w:pPr>
              <w:rPr>
                <w:rFonts w:ascii="Times New Roman" w:hAnsi="Times New Roman"/>
              </w:rPr>
            </w:pPr>
            <w:r w:rsidRPr="00C85550">
              <w:rPr>
                <w:rFonts w:ascii="Times New Roman" w:hAnsi="Times New Roman"/>
                <w:sz w:val="20"/>
              </w:rPr>
              <w:t>10.708 to 154.896</w:t>
            </w:r>
          </w:p>
        </w:tc>
        <w:tc>
          <w:tcPr>
            <w:tcW w:w="1688" w:type="dxa"/>
            <w:vAlign w:val="center"/>
          </w:tcPr>
          <w:p w14:paraId="2EA2245F" w14:textId="77777777" w:rsidR="00A1363E" w:rsidRPr="00C85550" w:rsidRDefault="00A1363E" w:rsidP="00B520E7">
            <w:pPr>
              <w:rPr>
                <w:rFonts w:ascii="Times New Roman" w:hAnsi="Times New Roman"/>
              </w:rPr>
            </w:pPr>
            <w:r w:rsidRPr="00C85550">
              <w:rPr>
                <w:rFonts w:ascii="Times New Roman" w:hAnsi="Times New Roman"/>
                <w:sz w:val="20"/>
              </w:rPr>
              <w:t>8.244 to 156.32</w:t>
            </w:r>
          </w:p>
        </w:tc>
        <w:tc>
          <w:tcPr>
            <w:tcW w:w="1688" w:type="dxa"/>
            <w:vAlign w:val="center"/>
          </w:tcPr>
          <w:p w14:paraId="1D5A28A1" w14:textId="77777777" w:rsidR="00A1363E" w:rsidRPr="00C85550" w:rsidRDefault="00A1363E" w:rsidP="00B520E7">
            <w:pPr>
              <w:rPr>
                <w:rFonts w:ascii="Times New Roman" w:hAnsi="Times New Roman"/>
              </w:rPr>
            </w:pPr>
            <w:r w:rsidRPr="00C85550">
              <w:rPr>
                <w:rFonts w:ascii="Times New Roman" w:hAnsi="Times New Roman"/>
                <w:sz w:val="20"/>
              </w:rPr>
              <w:t>9.458 to 155.358</w:t>
            </w:r>
          </w:p>
        </w:tc>
      </w:tr>
      <w:tr w:rsidR="00A1363E" w:rsidRPr="00C85550" w14:paraId="6DFEE38E" w14:textId="77777777" w:rsidTr="00B520E7">
        <w:trPr>
          <w:trHeight w:val="283"/>
        </w:trPr>
        <w:tc>
          <w:tcPr>
            <w:tcW w:w="2316" w:type="dxa"/>
            <w:vAlign w:val="center"/>
          </w:tcPr>
          <w:p w14:paraId="65B6BC0D" w14:textId="77777777" w:rsidR="00A1363E" w:rsidRPr="00C85550" w:rsidRDefault="00A1363E" w:rsidP="00B520E7">
            <w:pPr>
              <w:rPr>
                <w:rFonts w:ascii="Times New Roman" w:hAnsi="Times New Roman"/>
              </w:rPr>
            </w:pPr>
            <w:r w:rsidRPr="00C85550">
              <w:rPr>
                <w:rFonts w:ascii="Times New Roman" w:hAnsi="Times New Roman"/>
                <w:sz w:val="20"/>
              </w:rPr>
              <w:t>Index ranges</w:t>
            </w:r>
          </w:p>
        </w:tc>
        <w:tc>
          <w:tcPr>
            <w:tcW w:w="1687" w:type="dxa"/>
            <w:vAlign w:val="center"/>
          </w:tcPr>
          <w:p w14:paraId="2E592AB2" w14:textId="77777777" w:rsidR="00A1363E" w:rsidRPr="00C85550" w:rsidRDefault="00A1363E" w:rsidP="00B520E7">
            <w:pPr>
              <w:rPr>
                <w:rFonts w:ascii="Times New Roman" w:hAnsi="Times New Roman"/>
              </w:rPr>
            </w:pPr>
            <w:r w:rsidRPr="00C85550">
              <w:rPr>
                <w:rFonts w:ascii="Times New Roman" w:hAnsi="Times New Roman"/>
                <w:sz w:val="20"/>
              </w:rPr>
              <w:t xml:space="preserve">–22 ≤ </w:t>
            </w:r>
            <w:r w:rsidRPr="00C85550">
              <w:rPr>
                <w:rFonts w:ascii="Times New Roman" w:hAnsi="Times New Roman"/>
                <w:i/>
                <w:sz w:val="20"/>
              </w:rPr>
              <w:t>h</w:t>
            </w:r>
            <w:r w:rsidRPr="00C85550">
              <w:rPr>
                <w:rFonts w:ascii="Times New Roman" w:hAnsi="Times New Roman"/>
                <w:sz w:val="20"/>
              </w:rPr>
              <w:t xml:space="preserve"> ≤ 22, </w:t>
            </w:r>
            <w:r w:rsidRPr="00C85550">
              <w:rPr>
                <w:rFonts w:ascii="Times New Roman" w:hAnsi="Times New Roman"/>
                <w:sz w:val="20"/>
              </w:rPr>
              <w:br/>
              <w:t xml:space="preserve">–13 ≤ </w:t>
            </w:r>
            <w:r w:rsidRPr="00C85550">
              <w:rPr>
                <w:rFonts w:ascii="Times New Roman" w:hAnsi="Times New Roman"/>
                <w:i/>
                <w:sz w:val="20"/>
              </w:rPr>
              <w:t>k</w:t>
            </w:r>
            <w:r w:rsidRPr="00C85550">
              <w:rPr>
                <w:rFonts w:ascii="Times New Roman" w:hAnsi="Times New Roman"/>
                <w:sz w:val="20"/>
              </w:rPr>
              <w:t xml:space="preserve"> ≤ 15, </w:t>
            </w:r>
            <w:r w:rsidRPr="00C85550">
              <w:rPr>
                <w:rFonts w:ascii="Times New Roman" w:hAnsi="Times New Roman"/>
                <w:sz w:val="20"/>
              </w:rPr>
              <w:br/>
              <w:t xml:space="preserve">–8 ≤ </w:t>
            </w:r>
            <w:r w:rsidRPr="00C85550">
              <w:rPr>
                <w:rFonts w:ascii="Times New Roman" w:hAnsi="Times New Roman"/>
                <w:i/>
                <w:sz w:val="20"/>
              </w:rPr>
              <w:t>l</w:t>
            </w:r>
            <w:r w:rsidRPr="00C85550">
              <w:rPr>
                <w:rFonts w:ascii="Times New Roman" w:hAnsi="Times New Roman"/>
                <w:sz w:val="20"/>
              </w:rPr>
              <w:t xml:space="preserve"> ≤ 9</w:t>
            </w:r>
          </w:p>
        </w:tc>
        <w:tc>
          <w:tcPr>
            <w:tcW w:w="1688" w:type="dxa"/>
            <w:vAlign w:val="center"/>
          </w:tcPr>
          <w:p w14:paraId="2DC7BEB0" w14:textId="77777777" w:rsidR="00A1363E" w:rsidRPr="00C85550" w:rsidRDefault="00A1363E" w:rsidP="00B520E7">
            <w:pPr>
              <w:rPr>
                <w:rFonts w:ascii="Times New Roman" w:hAnsi="Times New Roman"/>
              </w:rPr>
            </w:pPr>
            <w:r w:rsidRPr="00C85550">
              <w:rPr>
                <w:rFonts w:ascii="Times New Roman" w:hAnsi="Times New Roman"/>
                <w:sz w:val="20"/>
              </w:rPr>
              <w:t xml:space="preserve">–9 ≤ </w:t>
            </w:r>
            <w:r w:rsidRPr="00C85550">
              <w:rPr>
                <w:rFonts w:ascii="Times New Roman" w:hAnsi="Times New Roman"/>
                <w:i/>
                <w:sz w:val="20"/>
              </w:rPr>
              <w:t>h</w:t>
            </w:r>
            <w:r w:rsidRPr="00C85550">
              <w:rPr>
                <w:rFonts w:ascii="Times New Roman" w:hAnsi="Times New Roman"/>
                <w:sz w:val="20"/>
              </w:rPr>
              <w:t xml:space="preserve"> ≤ 10, </w:t>
            </w:r>
            <w:r w:rsidRPr="00C85550">
              <w:rPr>
                <w:rFonts w:ascii="Times New Roman" w:hAnsi="Times New Roman"/>
                <w:sz w:val="20"/>
              </w:rPr>
              <w:br/>
              <w:t xml:space="preserve">–15 ≤ </w:t>
            </w:r>
            <w:r w:rsidRPr="00C85550">
              <w:rPr>
                <w:rFonts w:ascii="Times New Roman" w:hAnsi="Times New Roman"/>
                <w:i/>
                <w:sz w:val="20"/>
              </w:rPr>
              <w:t>k</w:t>
            </w:r>
            <w:r w:rsidRPr="00C85550">
              <w:rPr>
                <w:rFonts w:ascii="Times New Roman" w:hAnsi="Times New Roman"/>
                <w:sz w:val="20"/>
              </w:rPr>
              <w:t xml:space="preserve"> ≤ 15, </w:t>
            </w:r>
            <w:r w:rsidRPr="00C85550">
              <w:rPr>
                <w:rFonts w:ascii="Times New Roman" w:hAnsi="Times New Roman"/>
                <w:sz w:val="20"/>
              </w:rPr>
              <w:br/>
              <w:t xml:space="preserve">–8 ≤ </w:t>
            </w:r>
            <w:r w:rsidRPr="00C85550">
              <w:rPr>
                <w:rFonts w:ascii="Times New Roman" w:hAnsi="Times New Roman"/>
                <w:i/>
                <w:sz w:val="20"/>
              </w:rPr>
              <w:t>l</w:t>
            </w:r>
            <w:r w:rsidRPr="00C85550">
              <w:rPr>
                <w:rFonts w:ascii="Times New Roman" w:hAnsi="Times New Roman"/>
                <w:sz w:val="20"/>
              </w:rPr>
              <w:t xml:space="preserve"> ≤ 10</w:t>
            </w:r>
          </w:p>
        </w:tc>
        <w:tc>
          <w:tcPr>
            <w:tcW w:w="1688" w:type="dxa"/>
            <w:vAlign w:val="center"/>
          </w:tcPr>
          <w:p w14:paraId="62EB3F7A" w14:textId="77777777" w:rsidR="00A1363E" w:rsidRPr="00C85550" w:rsidRDefault="00A1363E" w:rsidP="00B520E7">
            <w:pPr>
              <w:rPr>
                <w:rFonts w:ascii="Times New Roman" w:hAnsi="Times New Roman"/>
              </w:rPr>
            </w:pPr>
            <w:r w:rsidRPr="00C85550">
              <w:rPr>
                <w:rFonts w:ascii="Times New Roman" w:hAnsi="Times New Roman"/>
                <w:sz w:val="20"/>
              </w:rPr>
              <w:t xml:space="preserve">–10 ≤ </w:t>
            </w:r>
            <w:r w:rsidRPr="00C85550">
              <w:rPr>
                <w:rFonts w:ascii="Times New Roman" w:hAnsi="Times New Roman"/>
                <w:i/>
                <w:sz w:val="20"/>
              </w:rPr>
              <w:t>h</w:t>
            </w:r>
            <w:r w:rsidRPr="00C85550">
              <w:rPr>
                <w:rFonts w:ascii="Times New Roman" w:hAnsi="Times New Roman"/>
                <w:sz w:val="20"/>
              </w:rPr>
              <w:t xml:space="preserve"> ≤ 10, </w:t>
            </w:r>
            <w:r w:rsidRPr="00C85550">
              <w:rPr>
                <w:rFonts w:ascii="Times New Roman" w:hAnsi="Times New Roman"/>
                <w:sz w:val="20"/>
              </w:rPr>
              <w:br/>
              <w:t xml:space="preserve">–11 ≤ </w:t>
            </w:r>
            <w:r w:rsidRPr="00C85550">
              <w:rPr>
                <w:rFonts w:ascii="Times New Roman" w:hAnsi="Times New Roman"/>
                <w:i/>
                <w:sz w:val="20"/>
              </w:rPr>
              <w:t>k</w:t>
            </w:r>
            <w:r w:rsidRPr="00C85550">
              <w:rPr>
                <w:rFonts w:ascii="Times New Roman" w:hAnsi="Times New Roman"/>
                <w:sz w:val="20"/>
              </w:rPr>
              <w:t xml:space="preserve"> ≤ 12, </w:t>
            </w:r>
            <w:r w:rsidRPr="00C85550">
              <w:rPr>
                <w:rFonts w:ascii="Times New Roman" w:hAnsi="Times New Roman"/>
                <w:sz w:val="20"/>
              </w:rPr>
              <w:br/>
              <w:t xml:space="preserve">–13 ≤ </w:t>
            </w:r>
            <w:r w:rsidRPr="00C85550">
              <w:rPr>
                <w:rFonts w:ascii="Times New Roman" w:hAnsi="Times New Roman"/>
                <w:i/>
                <w:sz w:val="20"/>
              </w:rPr>
              <w:t>l</w:t>
            </w:r>
            <w:r w:rsidRPr="00C85550">
              <w:rPr>
                <w:rFonts w:ascii="Times New Roman" w:hAnsi="Times New Roman"/>
                <w:sz w:val="20"/>
              </w:rPr>
              <w:t xml:space="preserve"> ≤ 13</w:t>
            </w:r>
          </w:p>
        </w:tc>
        <w:tc>
          <w:tcPr>
            <w:tcW w:w="1688" w:type="dxa"/>
            <w:vAlign w:val="center"/>
          </w:tcPr>
          <w:p w14:paraId="75EF077B" w14:textId="77777777" w:rsidR="00A1363E" w:rsidRPr="00C85550" w:rsidRDefault="00A1363E" w:rsidP="00B520E7">
            <w:pPr>
              <w:rPr>
                <w:rFonts w:ascii="Times New Roman" w:hAnsi="Times New Roman"/>
              </w:rPr>
            </w:pPr>
            <w:r w:rsidRPr="00C85550">
              <w:rPr>
                <w:rFonts w:ascii="Times New Roman" w:hAnsi="Times New Roman"/>
                <w:sz w:val="20"/>
              </w:rPr>
              <w:t xml:space="preserve">–10 ≤ </w:t>
            </w:r>
            <w:r w:rsidRPr="00C85550">
              <w:rPr>
                <w:rFonts w:ascii="Times New Roman" w:hAnsi="Times New Roman"/>
                <w:i/>
                <w:sz w:val="20"/>
              </w:rPr>
              <w:t>h</w:t>
            </w:r>
            <w:r w:rsidRPr="00C85550">
              <w:rPr>
                <w:rFonts w:ascii="Times New Roman" w:hAnsi="Times New Roman"/>
                <w:sz w:val="20"/>
              </w:rPr>
              <w:t xml:space="preserve"> ≤ 10, </w:t>
            </w:r>
            <w:r w:rsidRPr="00C85550">
              <w:rPr>
                <w:rFonts w:ascii="Times New Roman" w:hAnsi="Times New Roman"/>
                <w:sz w:val="20"/>
              </w:rPr>
              <w:br/>
              <w:t xml:space="preserve">–11 ≤ </w:t>
            </w:r>
            <w:r w:rsidRPr="00C85550">
              <w:rPr>
                <w:rFonts w:ascii="Times New Roman" w:hAnsi="Times New Roman"/>
                <w:i/>
                <w:sz w:val="20"/>
              </w:rPr>
              <w:t>k</w:t>
            </w:r>
            <w:r w:rsidRPr="00C85550">
              <w:rPr>
                <w:rFonts w:ascii="Times New Roman" w:hAnsi="Times New Roman"/>
                <w:sz w:val="20"/>
              </w:rPr>
              <w:t xml:space="preserve"> ≤ 12, </w:t>
            </w:r>
            <w:r w:rsidRPr="00C85550">
              <w:rPr>
                <w:rFonts w:ascii="Times New Roman" w:hAnsi="Times New Roman"/>
                <w:sz w:val="20"/>
              </w:rPr>
              <w:br/>
              <w:t xml:space="preserve">–23 ≤ </w:t>
            </w:r>
            <w:r w:rsidRPr="00C85550">
              <w:rPr>
                <w:rFonts w:ascii="Times New Roman" w:hAnsi="Times New Roman"/>
                <w:i/>
                <w:sz w:val="20"/>
              </w:rPr>
              <w:t>l</w:t>
            </w:r>
            <w:r w:rsidRPr="00C85550">
              <w:rPr>
                <w:rFonts w:ascii="Times New Roman" w:hAnsi="Times New Roman"/>
                <w:sz w:val="20"/>
              </w:rPr>
              <w:t xml:space="preserve"> ≤ 23</w:t>
            </w:r>
          </w:p>
        </w:tc>
      </w:tr>
      <w:tr w:rsidR="00A1363E" w:rsidRPr="00C85550" w14:paraId="54904BA9" w14:textId="77777777" w:rsidTr="00B520E7">
        <w:trPr>
          <w:trHeight w:val="283"/>
        </w:trPr>
        <w:tc>
          <w:tcPr>
            <w:tcW w:w="2316" w:type="dxa"/>
            <w:vAlign w:val="center"/>
          </w:tcPr>
          <w:p w14:paraId="666CB1C0" w14:textId="77777777" w:rsidR="00A1363E" w:rsidRPr="00C85550" w:rsidRDefault="00A1363E" w:rsidP="00B520E7">
            <w:pPr>
              <w:rPr>
                <w:rFonts w:ascii="Times New Roman" w:hAnsi="Times New Roman"/>
              </w:rPr>
            </w:pPr>
            <w:r w:rsidRPr="00C85550">
              <w:rPr>
                <w:rFonts w:ascii="Times New Roman" w:hAnsi="Times New Roman"/>
                <w:sz w:val="20"/>
              </w:rPr>
              <w:t>Reflections collected</w:t>
            </w:r>
          </w:p>
        </w:tc>
        <w:tc>
          <w:tcPr>
            <w:tcW w:w="1687" w:type="dxa"/>
            <w:vAlign w:val="center"/>
          </w:tcPr>
          <w:p w14:paraId="72EBF3A1" w14:textId="77777777" w:rsidR="00A1363E" w:rsidRPr="00C85550" w:rsidRDefault="00A1363E" w:rsidP="00B520E7">
            <w:pPr>
              <w:rPr>
                <w:rFonts w:ascii="Times New Roman" w:hAnsi="Times New Roman"/>
              </w:rPr>
            </w:pPr>
            <w:r w:rsidRPr="00C85550">
              <w:rPr>
                <w:rFonts w:ascii="Times New Roman" w:hAnsi="Times New Roman"/>
                <w:sz w:val="20"/>
              </w:rPr>
              <w:t>17049</w:t>
            </w:r>
          </w:p>
        </w:tc>
        <w:tc>
          <w:tcPr>
            <w:tcW w:w="1688" w:type="dxa"/>
            <w:vAlign w:val="center"/>
          </w:tcPr>
          <w:p w14:paraId="60EE625E" w14:textId="77777777" w:rsidR="00A1363E" w:rsidRPr="00C85550" w:rsidRDefault="00A1363E" w:rsidP="00B520E7">
            <w:pPr>
              <w:rPr>
                <w:rFonts w:ascii="Times New Roman" w:hAnsi="Times New Roman"/>
              </w:rPr>
            </w:pPr>
            <w:r w:rsidRPr="00C85550">
              <w:rPr>
                <w:rFonts w:ascii="Times New Roman" w:hAnsi="Times New Roman"/>
                <w:sz w:val="20"/>
              </w:rPr>
              <w:t>6361</w:t>
            </w:r>
          </w:p>
        </w:tc>
        <w:tc>
          <w:tcPr>
            <w:tcW w:w="1688" w:type="dxa"/>
            <w:vAlign w:val="center"/>
          </w:tcPr>
          <w:p w14:paraId="3440AC28" w14:textId="77777777" w:rsidR="00A1363E" w:rsidRPr="00C85550" w:rsidRDefault="00A1363E" w:rsidP="00B520E7">
            <w:pPr>
              <w:rPr>
                <w:rFonts w:ascii="Times New Roman" w:hAnsi="Times New Roman"/>
              </w:rPr>
            </w:pPr>
            <w:r w:rsidRPr="00C85550">
              <w:rPr>
                <w:rFonts w:ascii="Times New Roman" w:hAnsi="Times New Roman"/>
                <w:sz w:val="20"/>
              </w:rPr>
              <w:t>13040</w:t>
            </w:r>
          </w:p>
        </w:tc>
        <w:tc>
          <w:tcPr>
            <w:tcW w:w="1688" w:type="dxa"/>
            <w:vAlign w:val="center"/>
          </w:tcPr>
          <w:p w14:paraId="3019459C" w14:textId="77777777" w:rsidR="00A1363E" w:rsidRPr="00C85550" w:rsidRDefault="00A1363E" w:rsidP="00B520E7">
            <w:pPr>
              <w:rPr>
                <w:rFonts w:ascii="Times New Roman" w:hAnsi="Times New Roman"/>
              </w:rPr>
            </w:pPr>
            <w:r w:rsidRPr="00C85550">
              <w:rPr>
                <w:rFonts w:ascii="Times New Roman" w:hAnsi="Times New Roman"/>
                <w:sz w:val="20"/>
              </w:rPr>
              <w:t>15002</w:t>
            </w:r>
          </w:p>
        </w:tc>
      </w:tr>
      <w:tr w:rsidR="00A1363E" w:rsidRPr="00C85550" w14:paraId="407D5859" w14:textId="77777777" w:rsidTr="00B520E7">
        <w:trPr>
          <w:trHeight w:val="283"/>
        </w:trPr>
        <w:tc>
          <w:tcPr>
            <w:tcW w:w="2316" w:type="dxa"/>
            <w:vAlign w:val="center"/>
          </w:tcPr>
          <w:p w14:paraId="3EB37201" w14:textId="77777777" w:rsidR="00A1363E" w:rsidRPr="00C85550" w:rsidRDefault="00A1363E" w:rsidP="00B520E7">
            <w:pPr>
              <w:rPr>
                <w:rFonts w:ascii="Times New Roman" w:hAnsi="Times New Roman"/>
              </w:rPr>
            </w:pPr>
            <w:r w:rsidRPr="00C85550">
              <w:rPr>
                <w:rFonts w:ascii="Times New Roman" w:hAnsi="Times New Roman"/>
                <w:sz w:val="20"/>
              </w:rPr>
              <w:t>Independent reflections</w:t>
            </w:r>
          </w:p>
        </w:tc>
        <w:tc>
          <w:tcPr>
            <w:tcW w:w="1687" w:type="dxa"/>
            <w:vAlign w:val="center"/>
          </w:tcPr>
          <w:p w14:paraId="05296184" w14:textId="77777777" w:rsidR="00A1363E" w:rsidRPr="00C85550" w:rsidRDefault="00A1363E" w:rsidP="00B520E7">
            <w:pPr>
              <w:rPr>
                <w:rFonts w:ascii="Times New Roman" w:hAnsi="Times New Roman"/>
              </w:rPr>
            </w:pPr>
            <w:r w:rsidRPr="00C85550">
              <w:rPr>
                <w:rFonts w:ascii="Times New Roman" w:hAnsi="Times New Roman"/>
                <w:sz w:val="20"/>
              </w:rPr>
              <w:t>3395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5.45%,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7.58 %]</w:t>
            </w:r>
          </w:p>
        </w:tc>
        <w:tc>
          <w:tcPr>
            <w:tcW w:w="1688" w:type="dxa"/>
            <w:vAlign w:val="center"/>
          </w:tcPr>
          <w:p w14:paraId="1F8EAD91" w14:textId="77777777" w:rsidR="00A1363E" w:rsidRPr="00C85550" w:rsidRDefault="00A1363E" w:rsidP="00B520E7">
            <w:pPr>
              <w:rPr>
                <w:rFonts w:ascii="Times New Roman" w:hAnsi="Times New Roman"/>
              </w:rPr>
            </w:pPr>
            <w:r w:rsidRPr="00C85550">
              <w:rPr>
                <w:rFonts w:ascii="Times New Roman" w:hAnsi="Times New Roman"/>
                <w:sz w:val="20"/>
              </w:rPr>
              <w:t>2812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5.71%,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5.9 %]</w:t>
            </w:r>
          </w:p>
        </w:tc>
        <w:tc>
          <w:tcPr>
            <w:tcW w:w="1688" w:type="dxa"/>
            <w:vAlign w:val="center"/>
          </w:tcPr>
          <w:p w14:paraId="3FA55863" w14:textId="77777777" w:rsidR="00A1363E" w:rsidRPr="00C85550" w:rsidRDefault="00A1363E" w:rsidP="00B520E7">
            <w:pPr>
              <w:rPr>
                <w:rFonts w:ascii="Times New Roman" w:hAnsi="Times New Roman"/>
              </w:rPr>
            </w:pPr>
            <w:r w:rsidRPr="00C85550">
              <w:rPr>
                <w:rFonts w:ascii="Times New Roman" w:hAnsi="Times New Roman"/>
                <w:sz w:val="20"/>
              </w:rPr>
              <w:t>3517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6.81%,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7.14 %]</w:t>
            </w:r>
          </w:p>
        </w:tc>
        <w:tc>
          <w:tcPr>
            <w:tcW w:w="1688" w:type="dxa"/>
            <w:vAlign w:val="center"/>
          </w:tcPr>
          <w:p w14:paraId="453C9718" w14:textId="77777777" w:rsidR="00A1363E" w:rsidRPr="00C85550" w:rsidRDefault="00A1363E" w:rsidP="00B520E7">
            <w:pPr>
              <w:rPr>
                <w:rFonts w:ascii="Times New Roman" w:hAnsi="Times New Roman"/>
              </w:rPr>
            </w:pPr>
            <w:r w:rsidRPr="00C85550">
              <w:rPr>
                <w:rFonts w:ascii="Times New Roman" w:hAnsi="Times New Roman"/>
                <w:sz w:val="20"/>
              </w:rPr>
              <w:t>3095 [</w:t>
            </w:r>
            <w:proofErr w:type="spellStart"/>
            <w:r w:rsidRPr="00C85550">
              <w:rPr>
                <w:rFonts w:ascii="Times New Roman" w:hAnsi="Times New Roman"/>
                <w:i/>
                <w:sz w:val="20"/>
              </w:rPr>
              <w:t>R</w:t>
            </w:r>
            <w:r w:rsidRPr="00C85550">
              <w:rPr>
                <w:rFonts w:ascii="Times New Roman" w:hAnsi="Times New Roman"/>
                <w:sz w:val="20"/>
                <w:vertAlign w:val="subscript"/>
              </w:rPr>
              <w:t>int</w:t>
            </w:r>
            <w:proofErr w:type="spellEnd"/>
            <w:r w:rsidRPr="00C85550">
              <w:rPr>
                <w:rFonts w:ascii="Times New Roman" w:hAnsi="Times New Roman"/>
                <w:sz w:val="20"/>
              </w:rPr>
              <w:t xml:space="preserve"> = 4.61%, </w:t>
            </w:r>
            <w:proofErr w:type="spellStart"/>
            <w:r w:rsidRPr="00C85550">
              <w:rPr>
                <w:rFonts w:ascii="Times New Roman" w:hAnsi="Times New Roman"/>
                <w:i/>
                <w:sz w:val="20"/>
              </w:rPr>
              <w:t>R</w:t>
            </w:r>
            <w:r w:rsidRPr="00C85550">
              <w:rPr>
                <w:rFonts w:ascii="Times New Roman" w:hAnsi="Times New Roman"/>
                <w:sz w:val="20"/>
                <w:vertAlign w:val="subscript"/>
              </w:rPr>
              <w:t>sigma</w:t>
            </w:r>
            <w:proofErr w:type="spellEnd"/>
            <w:r w:rsidRPr="00C85550">
              <w:rPr>
                <w:rFonts w:ascii="Times New Roman" w:hAnsi="Times New Roman"/>
                <w:sz w:val="20"/>
              </w:rPr>
              <w:t xml:space="preserve"> = 7.69 %]</w:t>
            </w:r>
          </w:p>
        </w:tc>
      </w:tr>
      <w:tr w:rsidR="00A1363E" w:rsidRPr="00C85550" w14:paraId="420DC153" w14:textId="77777777" w:rsidTr="00B520E7">
        <w:trPr>
          <w:trHeight w:val="283"/>
        </w:trPr>
        <w:tc>
          <w:tcPr>
            <w:tcW w:w="2316" w:type="dxa"/>
            <w:vAlign w:val="center"/>
          </w:tcPr>
          <w:p w14:paraId="23B32600" w14:textId="77777777" w:rsidR="00A1363E" w:rsidRPr="00C85550" w:rsidRDefault="00A1363E" w:rsidP="00B520E7">
            <w:pPr>
              <w:rPr>
                <w:rFonts w:ascii="Times New Roman" w:hAnsi="Times New Roman"/>
              </w:rPr>
            </w:pPr>
            <w:r w:rsidRPr="00C85550">
              <w:rPr>
                <w:rFonts w:ascii="Times New Roman" w:hAnsi="Times New Roman"/>
                <w:sz w:val="20"/>
              </w:rPr>
              <w:t>Data/restraints/parameters</w:t>
            </w:r>
          </w:p>
        </w:tc>
        <w:tc>
          <w:tcPr>
            <w:tcW w:w="1687" w:type="dxa"/>
            <w:vAlign w:val="center"/>
          </w:tcPr>
          <w:p w14:paraId="2AC59569" w14:textId="77777777" w:rsidR="00A1363E" w:rsidRPr="00C85550" w:rsidRDefault="00A1363E" w:rsidP="00B520E7">
            <w:pPr>
              <w:rPr>
                <w:rFonts w:ascii="Times New Roman" w:hAnsi="Times New Roman"/>
              </w:rPr>
            </w:pPr>
            <w:r w:rsidRPr="00C85550">
              <w:rPr>
                <w:rFonts w:ascii="Times New Roman" w:hAnsi="Times New Roman"/>
                <w:sz w:val="20"/>
              </w:rPr>
              <w:t>3395/-/232</w:t>
            </w:r>
          </w:p>
        </w:tc>
        <w:tc>
          <w:tcPr>
            <w:tcW w:w="1688" w:type="dxa"/>
            <w:vAlign w:val="center"/>
          </w:tcPr>
          <w:p w14:paraId="79019497" w14:textId="77777777" w:rsidR="00A1363E" w:rsidRPr="00C85550" w:rsidRDefault="00A1363E" w:rsidP="00B520E7">
            <w:pPr>
              <w:rPr>
                <w:rFonts w:ascii="Times New Roman" w:hAnsi="Times New Roman"/>
              </w:rPr>
            </w:pPr>
            <w:r w:rsidRPr="00C85550">
              <w:rPr>
                <w:rFonts w:ascii="Times New Roman" w:hAnsi="Times New Roman"/>
                <w:sz w:val="20"/>
              </w:rPr>
              <w:t>2812/-/231</w:t>
            </w:r>
          </w:p>
        </w:tc>
        <w:tc>
          <w:tcPr>
            <w:tcW w:w="1688" w:type="dxa"/>
            <w:vAlign w:val="center"/>
          </w:tcPr>
          <w:p w14:paraId="4CAE4E94" w14:textId="77777777" w:rsidR="00A1363E" w:rsidRPr="00C85550" w:rsidRDefault="00A1363E" w:rsidP="00B520E7">
            <w:pPr>
              <w:rPr>
                <w:rFonts w:ascii="Times New Roman" w:hAnsi="Times New Roman"/>
              </w:rPr>
            </w:pPr>
            <w:r w:rsidRPr="00C85550">
              <w:rPr>
                <w:rFonts w:ascii="Times New Roman" w:hAnsi="Times New Roman"/>
                <w:sz w:val="20"/>
              </w:rPr>
              <w:t>3517/-/246</w:t>
            </w:r>
          </w:p>
        </w:tc>
        <w:tc>
          <w:tcPr>
            <w:tcW w:w="1688" w:type="dxa"/>
            <w:vAlign w:val="center"/>
          </w:tcPr>
          <w:p w14:paraId="560968FE" w14:textId="77777777" w:rsidR="00A1363E" w:rsidRPr="00C85550" w:rsidRDefault="00A1363E" w:rsidP="00B520E7">
            <w:pPr>
              <w:rPr>
                <w:rFonts w:ascii="Times New Roman" w:hAnsi="Times New Roman"/>
              </w:rPr>
            </w:pPr>
            <w:r w:rsidRPr="00C85550">
              <w:rPr>
                <w:rFonts w:ascii="Times New Roman" w:hAnsi="Times New Roman"/>
                <w:sz w:val="20"/>
              </w:rPr>
              <w:t>3095/-/219</w:t>
            </w:r>
          </w:p>
        </w:tc>
      </w:tr>
      <w:tr w:rsidR="00A1363E" w:rsidRPr="00C85550" w14:paraId="7E665C6E" w14:textId="77777777" w:rsidTr="00B520E7">
        <w:trPr>
          <w:trHeight w:val="283"/>
        </w:trPr>
        <w:tc>
          <w:tcPr>
            <w:tcW w:w="2316" w:type="dxa"/>
            <w:vAlign w:val="center"/>
          </w:tcPr>
          <w:p w14:paraId="24BE59F5" w14:textId="77777777" w:rsidR="00A1363E" w:rsidRPr="00C85550" w:rsidRDefault="00A1363E" w:rsidP="00B520E7">
            <w:pPr>
              <w:rPr>
                <w:rFonts w:ascii="Times New Roman" w:hAnsi="Times New Roman"/>
              </w:rPr>
            </w:pPr>
            <w:r w:rsidRPr="00C85550">
              <w:rPr>
                <w:rFonts w:ascii="Times New Roman" w:hAnsi="Times New Roman"/>
                <w:i/>
                <w:sz w:val="20"/>
              </w:rPr>
              <w:t>g</w:t>
            </w:r>
            <w:r w:rsidRPr="00C85550">
              <w:rPr>
                <w:rFonts w:ascii="Times New Roman" w:hAnsi="Times New Roman"/>
                <w:sz w:val="20"/>
                <w:vertAlign w:val="subscript"/>
              </w:rPr>
              <w:t>1</w:t>
            </w:r>
            <w:r w:rsidRPr="00C85550">
              <w:rPr>
                <w:rFonts w:ascii="Times New Roman" w:hAnsi="Times New Roman"/>
                <w:sz w:val="20"/>
              </w:rPr>
              <w:t xml:space="preserve">, </w:t>
            </w:r>
            <w:r w:rsidRPr="00C85550">
              <w:rPr>
                <w:rFonts w:ascii="Times New Roman" w:hAnsi="Times New Roman"/>
                <w:i/>
                <w:sz w:val="20"/>
              </w:rPr>
              <w:t>g</w:t>
            </w:r>
            <w:r w:rsidRPr="00C85550">
              <w:rPr>
                <w:rFonts w:ascii="Times New Roman" w:hAnsi="Times New Roman"/>
                <w:sz w:val="20"/>
                <w:vertAlign w:val="subscript"/>
              </w:rPr>
              <w:t>2</w:t>
            </w:r>
            <w:r w:rsidRPr="00C85550">
              <w:rPr>
                <w:rFonts w:ascii="Times New Roman" w:hAnsi="Times New Roman"/>
                <w:sz w:val="20"/>
              </w:rPr>
              <w:t xml:space="preserve"> in </w:t>
            </w:r>
            <w:proofErr w:type="spellStart"/>
            <w:r w:rsidRPr="00C85550">
              <w:rPr>
                <w:rFonts w:ascii="Times New Roman" w:hAnsi="Times New Roman"/>
                <w:i/>
                <w:sz w:val="20"/>
              </w:rPr>
              <w:t>w</w:t>
            </w:r>
            <w:r w:rsidRPr="00C85550">
              <w:rPr>
                <w:rFonts w:ascii="Times New Roman" w:hAnsi="Times New Roman"/>
                <w:sz w:val="20"/>
                <w:vertAlign w:val="superscript"/>
              </w:rPr>
              <w:t>a</w:t>
            </w:r>
            <w:proofErr w:type="spellEnd"/>
          </w:p>
        </w:tc>
        <w:tc>
          <w:tcPr>
            <w:tcW w:w="1687" w:type="dxa"/>
            <w:vAlign w:val="center"/>
          </w:tcPr>
          <w:p w14:paraId="358DC673" w14:textId="77777777" w:rsidR="00A1363E" w:rsidRPr="00C85550" w:rsidRDefault="00A1363E" w:rsidP="00B520E7">
            <w:pPr>
              <w:rPr>
                <w:rFonts w:ascii="Times New Roman" w:hAnsi="Times New Roman"/>
              </w:rPr>
            </w:pPr>
            <w:r w:rsidRPr="00C85550">
              <w:rPr>
                <w:rFonts w:ascii="Times New Roman" w:hAnsi="Times New Roman"/>
                <w:sz w:val="20"/>
              </w:rPr>
              <w:t>0.0855, 0</w:t>
            </w:r>
          </w:p>
        </w:tc>
        <w:tc>
          <w:tcPr>
            <w:tcW w:w="1688" w:type="dxa"/>
            <w:vAlign w:val="center"/>
          </w:tcPr>
          <w:p w14:paraId="1B02F755" w14:textId="77777777" w:rsidR="00A1363E" w:rsidRPr="00C85550" w:rsidRDefault="00A1363E" w:rsidP="00B520E7">
            <w:pPr>
              <w:rPr>
                <w:rFonts w:ascii="Times New Roman" w:hAnsi="Times New Roman"/>
              </w:rPr>
            </w:pPr>
            <w:r w:rsidRPr="00C85550">
              <w:rPr>
                <w:rFonts w:ascii="Times New Roman" w:hAnsi="Times New Roman"/>
                <w:sz w:val="20"/>
              </w:rPr>
              <w:t>0.1140, 0</w:t>
            </w:r>
          </w:p>
        </w:tc>
        <w:tc>
          <w:tcPr>
            <w:tcW w:w="1688" w:type="dxa"/>
            <w:vAlign w:val="center"/>
          </w:tcPr>
          <w:p w14:paraId="5BD72B47" w14:textId="77777777" w:rsidR="00A1363E" w:rsidRPr="00C85550" w:rsidRDefault="00A1363E" w:rsidP="00B520E7">
            <w:pPr>
              <w:rPr>
                <w:rFonts w:ascii="Times New Roman" w:hAnsi="Times New Roman"/>
              </w:rPr>
            </w:pPr>
            <w:r w:rsidRPr="00C85550">
              <w:rPr>
                <w:rFonts w:ascii="Times New Roman" w:hAnsi="Times New Roman"/>
                <w:sz w:val="20"/>
              </w:rPr>
              <w:t>0.0001, 7.1347</w:t>
            </w:r>
          </w:p>
        </w:tc>
        <w:tc>
          <w:tcPr>
            <w:tcW w:w="1688" w:type="dxa"/>
            <w:vAlign w:val="center"/>
          </w:tcPr>
          <w:p w14:paraId="68A433DC" w14:textId="77777777" w:rsidR="00A1363E" w:rsidRPr="00C85550" w:rsidRDefault="00A1363E" w:rsidP="00B520E7">
            <w:pPr>
              <w:rPr>
                <w:rFonts w:ascii="Times New Roman" w:hAnsi="Times New Roman"/>
              </w:rPr>
            </w:pPr>
            <w:r w:rsidRPr="00C85550">
              <w:rPr>
                <w:rFonts w:ascii="Times New Roman" w:hAnsi="Times New Roman"/>
                <w:sz w:val="20"/>
              </w:rPr>
              <w:t>0.0822, 0.3951</w:t>
            </w:r>
          </w:p>
        </w:tc>
      </w:tr>
      <w:tr w:rsidR="00A1363E" w:rsidRPr="00C85550" w14:paraId="42D8C23A" w14:textId="77777777" w:rsidTr="00B520E7">
        <w:trPr>
          <w:trHeight w:val="283"/>
        </w:trPr>
        <w:tc>
          <w:tcPr>
            <w:tcW w:w="2316" w:type="dxa"/>
            <w:vAlign w:val="center"/>
          </w:tcPr>
          <w:p w14:paraId="37F4DC2D" w14:textId="77777777" w:rsidR="00A1363E" w:rsidRPr="00C85550" w:rsidRDefault="00A1363E" w:rsidP="00B520E7">
            <w:pPr>
              <w:rPr>
                <w:rFonts w:ascii="Times New Roman" w:hAnsi="Times New Roman"/>
              </w:rPr>
            </w:pPr>
            <w:r w:rsidRPr="00C85550">
              <w:rPr>
                <w:rFonts w:ascii="Times New Roman" w:hAnsi="Times New Roman"/>
                <w:sz w:val="20"/>
              </w:rPr>
              <w:t xml:space="preserve">Goodness–of–fit on </w:t>
            </w:r>
            <w:r w:rsidRPr="00C85550">
              <w:rPr>
                <w:rFonts w:ascii="Times New Roman" w:hAnsi="Times New Roman"/>
                <w:i/>
                <w:sz w:val="20"/>
              </w:rPr>
              <w:t>F</w:t>
            </w:r>
            <w:r w:rsidRPr="00C85550">
              <w:rPr>
                <w:rFonts w:ascii="Times New Roman" w:hAnsi="Times New Roman"/>
                <w:sz w:val="20"/>
                <w:vertAlign w:val="superscript"/>
              </w:rPr>
              <w:t>2</w:t>
            </w:r>
            <w:r w:rsidRPr="00C85550">
              <w:rPr>
                <w:rFonts w:ascii="Times New Roman" w:hAnsi="Times New Roman"/>
                <w:sz w:val="20"/>
              </w:rPr>
              <w:t xml:space="preserve">, </w:t>
            </w:r>
            <w:r w:rsidRPr="00C85550">
              <w:rPr>
                <w:rFonts w:ascii="Times New Roman" w:hAnsi="Times New Roman"/>
                <w:i/>
                <w:sz w:val="20"/>
              </w:rPr>
              <w:t>S</w:t>
            </w:r>
            <w:r w:rsidRPr="00C85550">
              <w:rPr>
                <w:rFonts w:ascii="Times New Roman" w:hAnsi="Times New Roman"/>
                <w:sz w:val="20"/>
                <w:vertAlign w:val="superscript"/>
              </w:rPr>
              <w:t>b</w:t>
            </w:r>
          </w:p>
        </w:tc>
        <w:tc>
          <w:tcPr>
            <w:tcW w:w="1687" w:type="dxa"/>
            <w:vAlign w:val="center"/>
          </w:tcPr>
          <w:p w14:paraId="47AF79B2" w14:textId="77777777" w:rsidR="00A1363E" w:rsidRPr="00C85550" w:rsidRDefault="00A1363E" w:rsidP="00B520E7">
            <w:pPr>
              <w:rPr>
                <w:rFonts w:ascii="Times New Roman" w:hAnsi="Times New Roman"/>
              </w:rPr>
            </w:pPr>
            <w:r w:rsidRPr="00C85550">
              <w:rPr>
                <w:rFonts w:ascii="Times New Roman" w:hAnsi="Times New Roman"/>
                <w:sz w:val="20"/>
              </w:rPr>
              <w:t>1.086</w:t>
            </w:r>
          </w:p>
        </w:tc>
        <w:tc>
          <w:tcPr>
            <w:tcW w:w="1688" w:type="dxa"/>
            <w:vAlign w:val="center"/>
          </w:tcPr>
          <w:p w14:paraId="31DC8937" w14:textId="77777777" w:rsidR="00A1363E" w:rsidRPr="00C85550" w:rsidRDefault="00A1363E" w:rsidP="00B520E7">
            <w:pPr>
              <w:rPr>
                <w:rFonts w:ascii="Times New Roman" w:hAnsi="Times New Roman"/>
              </w:rPr>
            </w:pPr>
            <w:r w:rsidRPr="00C85550">
              <w:rPr>
                <w:rFonts w:ascii="Times New Roman" w:hAnsi="Times New Roman"/>
                <w:sz w:val="20"/>
              </w:rPr>
              <w:t>1.113</w:t>
            </w:r>
          </w:p>
        </w:tc>
        <w:tc>
          <w:tcPr>
            <w:tcW w:w="1688" w:type="dxa"/>
            <w:vAlign w:val="center"/>
          </w:tcPr>
          <w:p w14:paraId="7488DDDE" w14:textId="77777777" w:rsidR="00A1363E" w:rsidRPr="00C85550" w:rsidRDefault="00A1363E" w:rsidP="00B520E7">
            <w:pPr>
              <w:rPr>
                <w:rFonts w:ascii="Times New Roman" w:hAnsi="Times New Roman"/>
              </w:rPr>
            </w:pPr>
            <w:r w:rsidRPr="00C85550">
              <w:rPr>
                <w:rFonts w:ascii="Times New Roman" w:hAnsi="Times New Roman"/>
                <w:sz w:val="20"/>
              </w:rPr>
              <w:t>1.099</w:t>
            </w:r>
          </w:p>
        </w:tc>
        <w:tc>
          <w:tcPr>
            <w:tcW w:w="1688" w:type="dxa"/>
            <w:vAlign w:val="center"/>
          </w:tcPr>
          <w:p w14:paraId="41B47427" w14:textId="77777777" w:rsidR="00A1363E" w:rsidRPr="00C85550" w:rsidRDefault="00A1363E" w:rsidP="00B520E7">
            <w:pPr>
              <w:rPr>
                <w:rFonts w:ascii="Times New Roman" w:hAnsi="Times New Roman"/>
              </w:rPr>
            </w:pPr>
            <w:r w:rsidRPr="00C85550">
              <w:rPr>
                <w:rFonts w:ascii="Times New Roman" w:hAnsi="Times New Roman"/>
                <w:sz w:val="20"/>
              </w:rPr>
              <w:t>1.078</w:t>
            </w:r>
          </w:p>
        </w:tc>
      </w:tr>
      <w:tr w:rsidR="00A1363E" w:rsidRPr="00C85550" w14:paraId="3A8565AA" w14:textId="77777777" w:rsidTr="00B520E7">
        <w:trPr>
          <w:trHeight w:val="283"/>
        </w:trPr>
        <w:tc>
          <w:tcPr>
            <w:tcW w:w="2316" w:type="dxa"/>
            <w:vAlign w:val="center"/>
          </w:tcPr>
          <w:p w14:paraId="109FFE8B" w14:textId="77777777" w:rsidR="00A1363E" w:rsidRPr="00C85550" w:rsidRDefault="00A1363E" w:rsidP="00B520E7">
            <w:pPr>
              <w:rPr>
                <w:rFonts w:ascii="Times New Roman" w:hAnsi="Times New Roman"/>
              </w:rPr>
            </w:pPr>
            <w:r w:rsidRPr="00C85550">
              <w:rPr>
                <w:rFonts w:ascii="Times New Roman" w:hAnsi="Times New Roman"/>
                <w:sz w:val="20"/>
              </w:rPr>
              <w:t xml:space="preserve">Final </w:t>
            </w:r>
            <w:r w:rsidRPr="00C85550">
              <w:rPr>
                <w:rFonts w:ascii="Times New Roman" w:hAnsi="Times New Roman"/>
                <w:i/>
                <w:sz w:val="20"/>
              </w:rPr>
              <w:t>R</w:t>
            </w:r>
            <w:r w:rsidRPr="00C85550">
              <w:rPr>
                <w:rFonts w:ascii="Times New Roman" w:hAnsi="Times New Roman"/>
                <w:sz w:val="20"/>
              </w:rPr>
              <w:t xml:space="preserve"> and </w:t>
            </w:r>
            <w:proofErr w:type="spellStart"/>
            <w:r w:rsidRPr="00C85550">
              <w:rPr>
                <w:rFonts w:ascii="Times New Roman" w:hAnsi="Times New Roman"/>
                <w:i/>
                <w:sz w:val="20"/>
              </w:rPr>
              <w:t>wR</w:t>
            </w:r>
            <w:r w:rsidRPr="00C85550">
              <w:rPr>
                <w:rFonts w:ascii="Times New Roman" w:hAnsi="Times New Roman"/>
                <w:sz w:val="20"/>
                <w:vertAlign w:val="superscript"/>
              </w:rPr>
              <w:t>c</w:t>
            </w:r>
            <w:proofErr w:type="spellEnd"/>
            <w:r w:rsidRPr="00C85550">
              <w:rPr>
                <w:rFonts w:ascii="Times New Roman" w:hAnsi="Times New Roman"/>
                <w:sz w:val="20"/>
              </w:rPr>
              <w:t xml:space="preserve"> values [</w:t>
            </w:r>
            <w:r w:rsidRPr="00C85550">
              <w:rPr>
                <w:rFonts w:ascii="Times New Roman" w:hAnsi="Times New Roman"/>
                <w:i/>
                <w:sz w:val="20"/>
              </w:rPr>
              <w:t>I</w:t>
            </w:r>
            <w:r w:rsidRPr="00C85550">
              <w:rPr>
                <w:rFonts w:ascii="Times New Roman" w:hAnsi="Times New Roman"/>
                <w:sz w:val="20"/>
              </w:rPr>
              <w:t>≥2</w:t>
            </w:r>
            <w:r w:rsidRPr="00C85550">
              <w:rPr>
                <w:rFonts w:ascii="Times New Roman" w:hAnsi="Times New Roman"/>
                <w:i/>
                <w:sz w:val="20"/>
              </w:rPr>
              <w:t>σ</w:t>
            </w:r>
            <w:r w:rsidRPr="00C85550">
              <w:rPr>
                <w:rFonts w:ascii="Times New Roman" w:hAnsi="Times New Roman"/>
                <w:sz w:val="20"/>
              </w:rPr>
              <w:t>(</w:t>
            </w:r>
            <w:r w:rsidRPr="00C85550">
              <w:rPr>
                <w:rFonts w:ascii="Times New Roman" w:hAnsi="Times New Roman"/>
                <w:i/>
                <w:sz w:val="20"/>
              </w:rPr>
              <w:t>I</w:t>
            </w:r>
            <w:r w:rsidRPr="00C85550">
              <w:rPr>
                <w:rFonts w:ascii="Times New Roman" w:hAnsi="Times New Roman"/>
                <w:sz w:val="20"/>
              </w:rPr>
              <w:t>)]</w:t>
            </w:r>
          </w:p>
        </w:tc>
        <w:tc>
          <w:tcPr>
            <w:tcW w:w="1687" w:type="dxa"/>
            <w:vAlign w:val="center"/>
          </w:tcPr>
          <w:p w14:paraId="64F4DB4F"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4.22%,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11.35%</w:t>
            </w:r>
          </w:p>
        </w:tc>
        <w:tc>
          <w:tcPr>
            <w:tcW w:w="1688" w:type="dxa"/>
            <w:vAlign w:val="center"/>
          </w:tcPr>
          <w:p w14:paraId="208E441C"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5.51%,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14.78%</w:t>
            </w:r>
          </w:p>
        </w:tc>
        <w:tc>
          <w:tcPr>
            <w:tcW w:w="1688" w:type="dxa"/>
            <w:vAlign w:val="center"/>
          </w:tcPr>
          <w:p w14:paraId="0CD7BAEB"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5.5%,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13.71%</w:t>
            </w:r>
          </w:p>
        </w:tc>
        <w:tc>
          <w:tcPr>
            <w:tcW w:w="1688" w:type="dxa"/>
            <w:vAlign w:val="center"/>
          </w:tcPr>
          <w:p w14:paraId="4B2A8D8E"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4.1%,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11.38%</w:t>
            </w:r>
          </w:p>
        </w:tc>
      </w:tr>
      <w:tr w:rsidR="00A1363E" w:rsidRPr="00C85550" w14:paraId="0DA7D7D8" w14:textId="77777777" w:rsidTr="00B520E7">
        <w:trPr>
          <w:trHeight w:val="283"/>
        </w:trPr>
        <w:tc>
          <w:tcPr>
            <w:tcW w:w="2316" w:type="dxa"/>
            <w:vAlign w:val="center"/>
          </w:tcPr>
          <w:p w14:paraId="2A9A05DF" w14:textId="77777777" w:rsidR="00A1363E" w:rsidRPr="00C85550" w:rsidRDefault="00A1363E" w:rsidP="00B520E7">
            <w:pPr>
              <w:rPr>
                <w:rFonts w:ascii="Times New Roman" w:hAnsi="Times New Roman"/>
              </w:rPr>
            </w:pPr>
            <w:r w:rsidRPr="00C85550">
              <w:rPr>
                <w:rFonts w:ascii="Times New Roman" w:hAnsi="Times New Roman"/>
                <w:sz w:val="20"/>
              </w:rPr>
              <w:t xml:space="preserve">Final </w:t>
            </w:r>
            <w:r w:rsidRPr="00C85550">
              <w:rPr>
                <w:rFonts w:ascii="Times New Roman" w:hAnsi="Times New Roman"/>
                <w:i/>
                <w:sz w:val="20"/>
              </w:rPr>
              <w:t>R</w:t>
            </w:r>
            <w:r w:rsidRPr="00C85550">
              <w:rPr>
                <w:rFonts w:ascii="Times New Roman" w:hAnsi="Times New Roman"/>
                <w:sz w:val="20"/>
              </w:rPr>
              <w:t xml:space="preserve"> and </w:t>
            </w:r>
            <w:proofErr w:type="spellStart"/>
            <w:r w:rsidRPr="00C85550">
              <w:rPr>
                <w:rFonts w:ascii="Times New Roman" w:hAnsi="Times New Roman"/>
                <w:i/>
                <w:sz w:val="20"/>
              </w:rPr>
              <w:t>wR</w:t>
            </w:r>
            <w:r w:rsidRPr="00C85550">
              <w:rPr>
                <w:rFonts w:ascii="Times New Roman" w:hAnsi="Times New Roman"/>
                <w:sz w:val="20"/>
                <w:vertAlign w:val="superscript"/>
              </w:rPr>
              <w:t>c</w:t>
            </w:r>
            <w:proofErr w:type="spellEnd"/>
            <w:r w:rsidRPr="00C85550">
              <w:rPr>
                <w:rFonts w:ascii="Times New Roman" w:hAnsi="Times New Roman"/>
                <w:sz w:val="20"/>
              </w:rPr>
              <w:t xml:space="preserve"> values [all data]</w:t>
            </w:r>
          </w:p>
        </w:tc>
        <w:tc>
          <w:tcPr>
            <w:tcW w:w="1687" w:type="dxa"/>
            <w:vAlign w:val="center"/>
          </w:tcPr>
          <w:p w14:paraId="71E0110D"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4.77%,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12.32%</w:t>
            </w:r>
          </w:p>
        </w:tc>
        <w:tc>
          <w:tcPr>
            <w:tcW w:w="1688" w:type="dxa"/>
            <w:vAlign w:val="center"/>
          </w:tcPr>
          <w:p w14:paraId="3BFB2625"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5.64%,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15.22%</w:t>
            </w:r>
          </w:p>
        </w:tc>
        <w:tc>
          <w:tcPr>
            <w:tcW w:w="1688" w:type="dxa"/>
            <w:vAlign w:val="center"/>
          </w:tcPr>
          <w:p w14:paraId="2CF32E30"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5.89%,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13.88%</w:t>
            </w:r>
          </w:p>
        </w:tc>
        <w:tc>
          <w:tcPr>
            <w:tcW w:w="1688" w:type="dxa"/>
            <w:vAlign w:val="center"/>
          </w:tcPr>
          <w:p w14:paraId="083FABA0" w14:textId="77777777" w:rsidR="00A1363E" w:rsidRPr="00C85550" w:rsidRDefault="00A1363E" w:rsidP="00B520E7">
            <w:pPr>
              <w:rPr>
                <w:rFonts w:ascii="Times New Roman" w:hAnsi="Times New Roman"/>
              </w:rPr>
            </w:pPr>
            <w:r w:rsidRPr="00C85550">
              <w:rPr>
                <w:rFonts w:ascii="Times New Roman" w:hAnsi="Times New Roman"/>
                <w:i/>
                <w:sz w:val="20"/>
              </w:rPr>
              <w:t>R</w:t>
            </w:r>
            <w:r w:rsidRPr="00C85550">
              <w:rPr>
                <w:rFonts w:ascii="Times New Roman" w:hAnsi="Times New Roman"/>
                <w:sz w:val="20"/>
                <w:vertAlign w:val="subscript"/>
              </w:rPr>
              <w:t>1</w:t>
            </w:r>
            <w:r w:rsidRPr="00C85550">
              <w:rPr>
                <w:rFonts w:ascii="Times New Roman" w:hAnsi="Times New Roman"/>
                <w:sz w:val="20"/>
              </w:rPr>
              <w:t xml:space="preserve"> = 4.18%, </w:t>
            </w:r>
            <w:r w:rsidRPr="00C85550">
              <w:rPr>
                <w:rFonts w:ascii="Times New Roman" w:hAnsi="Times New Roman"/>
                <w:i/>
                <w:sz w:val="20"/>
              </w:rPr>
              <w:t>wR</w:t>
            </w:r>
            <w:r w:rsidRPr="00C85550">
              <w:rPr>
                <w:rFonts w:ascii="Times New Roman" w:hAnsi="Times New Roman"/>
                <w:sz w:val="20"/>
                <w:vertAlign w:val="subscript"/>
              </w:rPr>
              <w:t>2</w:t>
            </w:r>
            <w:r w:rsidRPr="00C85550">
              <w:rPr>
                <w:rFonts w:ascii="Times New Roman" w:hAnsi="Times New Roman"/>
                <w:sz w:val="20"/>
              </w:rPr>
              <w:t xml:space="preserve"> = 11.52%</w:t>
            </w:r>
          </w:p>
        </w:tc>
      </w:tr>
      <w:tr w:rsidR="00A1363E" w:rsidRPr="00C85550" w14:paraId="7CEFCA78" w14:textId="77777777" w:rsidTr="00B520E7">
        <w:trPr>
          <w:trHeight w:val="283"/>
        </w:trPr>
        <w:tc>
          <w:tcPr>
            <w:tcW w:w="2316" w:type="dxa"/>
            <w:vAlign w:val="center"/>
          </w:tcPr>
          <w:p w14:paraId="7B102E37" w14:textId="77777777" w:rsidR="00A1363E" w:rsidRPr="00C85550" w:rsidRDefault="00A1363E" w:rsidP="00B520E7">
            <w:pPr>
              <w:rPr>
                <w:rFonts w:ascii="Times New Roman" w:hAnsi="Times New Roman"/>
              </w:rPr>
            </w:pPr>
            <w:r w:rsidRPr="00C85550">
              <w:rPr>
                <w:rFonts w:ascii="Times New Roman" w:hAnsi="Times New Roman"/>
                <w:sz w:val="20"/>
              </w:rPr>
              <w:t>Largest diff. peak/hole / e Å</w:t>
            </w:r>
            <w:r w:rsidRPr="00C85550">
              <w:rPr>
                <w:rFonts w:ascii="Times New Roman" w:hAnsi="Times New Roman"/>
                <w:sz w:val="20"/>
                <w:vertAlign w:val="superscript"/>
              </w:rPr>
              <w:t>–3</w:t>
            </w:r>
          </w:p>
        </w:tc>
        <w:tc>
          <w:tcPr>
            <w:tcW w:w="1687" w:type="dxa"/>
            <w:vAlign w:val="center"/>
          </w:tcPr>
          <w:p w14:paraId="36C9EF63" w14:textId="77777777" w:rsidR="00A1363E" w:rsidRPr="00C85550" w:rsidRDefault="00A1363E" w:rsidP="00B520E7">
            <w:pPr>
              <w:rPr>
                <w:rFonts w:ascii="Times New Roman" w:hAnsi="Times New Roman"/>
              </w:rPr>
            </w:pPr>
            <w:r w:rsidRPr="00C85550">
              <w:rPr>
                <w:rFonts w:ascii="Times New Roman" w:hAnsi="Times New Roman"/>
                <w:sz w:val="20"/>
              </w:rPr>
              <w:t>1.227/–1.461</w:t>
            </w:r>
          </w:p>
        </w:tc>
        <w:tc>
          <w:tcPr>
            <w:tcW w:w="1688" w:type="dxa"/>
            <w:vAlign w:val="center"/>
          </w:tcPr>
          <w:p w14:paraId="7BF18918" w14:textId="77777777" w:rsidR="00A1363E" w:rsidRPr="00C85550" w:rsidRDefault="00A1363E" w:rsidP="00B520E7">
            <w:pPr>
              <w:rPr>
                <w:rFonts w:ascii="Times New Roman" w:hAnsi="Times New Roman"/>
              </w:rPr>
            </w:pPr>
            <w:r w:rsidRPr="00C85550">
              <w:rPr>
                <w:rFonts w:ascii="Times New Roman" w:hAnsi="Times New Roman"/>
                <w:sz w:val="20"/>
              </w:rPr>
              <w:t>1.821/–1.786</w:t>
            </w:r>
          </w:p>
        </w:tc>
        <w:tc>
          <w:tcPr>
            <w:tcW w:w="1688" w:type="dxa"/>
            <w:vAlign w:val="center"/>
          </w:tcPr>
          <w:p w14:paraId="7C255FA4" w14:textId="77777777" w:rsidR="00A1363E" w:rsidRPr="00C85550" w:rsidRDefault="00A1363E" w:rsidP="00B520E7">
            <w:pPr>
              <w:rPr>
                <w:rFonts w:ascii="Times New Roman" w:hAnsi="Times New Roman"/>
              </w:rPr>
            </w:pPr>
            <w:r w:rsidRPr="00C85550">
              <w:rPr>
                <w:rFonts w:ascii="Times New Roman" w:hAnsi="Times New Roman"/>
                <w:sz w:val="20"/>
              </w:rPr>
              <w:t>1.413/–1.063</w:t>
            </w:r>
          </w:p>
        </w:tc>
        <w:tc>
          <w:tcPr>
            <w:tcW w:w="1688" w:type="dxa"/>
            <w:vAlign w:val="center"/>
          </w:tcPr>
          <w:p w14:paraId="40D31595" w14:textId="77777777" w:rsidR="00A1363E" w:rsidRPr="00C85550" w:rsidRDefault="00A1363E" w:rsidP="00B520E7">
            <w:pPr>
              <w:rPr>
                <w:rFonts w:ascii="Times New Roman" w:hAnsi="Times New Roman"/>
              </w:rPr>
            </w:pPr>
            <w:r w:rsidRPr="00C85550">
              <w:rPr>
                <w:rFonts w:ascii="Times New Roman" w:hAnsi="Times New Roman"/>
                <w:sz w:val="20"/>
              </w:rPr>
              <w:t>1.384/–1.229</w:t>
            </w:r>
          </w:p>
        </w:tc>
      </w:tr>
      <w:tr w:rsidR="00A1363E" w:rsidRPr="00C85550" w14:paraId="12A463F0" w14:textId="77777777" w:rsidTr="00B520E7">
        <w:trPr>
          <w:trHeight w:val="283"/>
        </w:trPr>
        <w:tc>
          <w:tcPr>
            <w:tcW w:w="2316" w:type="dxa"/>
            <w:vAlign w:val="center"/>
          </w:tcPr>
          <w:p w14:paraId="16375987" w14:textId="77777777" w:rsidR="00A1363E" w:rsidRPr="00C85550" w:rsidRDefault="00A1363E" w:rsidP="00B520E7">
            <w:pPr>
              <w:rPr>
                <w:rFonts w:ascii="Times New Roman" w:hAnsi="Times New Roman"/>
                <w:sz w:val="20"/>
              </w:rPr>
            </w:pPr>
            <w:r w:rsidRPr="00C85550">
              <w:rPr>
                <w:rFonts w:ascii="Times New Roman" w:hAnsi="Times New Roman"/>
                <w:sz w:val="20"/>
              </w:rPr>
              <w:t>Flack parameter</w:t>
            </w:r>
          </w:p>
        </w:tc>
        <w:tc>
          <w:tcPr>
            <w:tcW w:w="1687" w:type="dxa"/>
            <w:vAlign w:val="center"/>
          </w:tcPr>
          <w:p w14:paraId="6472544D" w14:textId="77777777" w:rsidR="00A1363E" w:rsidRPr="00C85550" w:rsidRDefault="00A1363E" w:rsidP="00B520E7">
            <w:pPr>
              <w:rPr>
                <w:rFonts w:ascii="Times New Roman" w:hAnsi="Times New Roman"/>
                <w:sz w:val="20"/>
              </w:rPr>
            </w:pPr>
            <w:r w:rsidRPr="00C85550">
              <w:rPr>
                <w:rFonts w:ascii="Times New Roman" w:hAnsi="Times New Roman"/>
                <w:sz w:val="20"/>
              </w:rPr>
              <w:t>/</w:t>
            </w:r>
          </w:p>
        </w:tc>
        <w:tc>
          <w:tcPr>
            <w:tcW w:w="1688" w:type="dxa"/>
            <w:vAlign w:val="center"/>
          </w:tcPr>
          <w:p w14:paraId="1118FA06" w14:textId="77777777" w:rsidR="00A1363E" w:rsidRPr="00C85550" w:rsidRDefault="00A1363E" w:rsidP="00B520E7">
            <w:pPr>
              <w:rPr>
                <w:rFonts w:ascii="Times New Roman" w:hAnsi="Times New Roman"/>
              </w:rPr>
            </w:pPr>
            <w:r w:rsidRPr="00C85550">
              <w:rPr>
                <w:rFonts w:ascii="Times New Roman" w:hAnsi="Times New Roman"/>
                <w:sz w:val="20"/>
              </w:rPr>
              <w:t>0.00(2)</w:t>
            </w:r>
          </w:p>
        </w:tc>
        <w:tc>
          <w:tcPr>
            <w:tcW w:w="1688" w:type="dxa"/>
            <w:vAlign w:val="center"/>
          </w:tcPr>
          <w:p w14:paraId="063C68D0" w14:textId="77777777" w:rsidR="00A1363E" w:rsidRPr="00C85550" w:rsidRDefault="00A1363E" w:rsidP="00B520E7">
            <w:pPr>
              <w:rPr>
                <w:rFonts w:ascii="Times New Roman" w:hAnsi="Times New Roman"/>
                <w:sz w:val="20"/>
              </w:rPr>
            </w:pPr>
            <w:r w:rsidRPr="00C85550">
              <w:rPr>
                <w:rFonts w:ascii="Times New Roman" w:hAnsi="Times New Roman"/>
                <w:sz w:val="20"/>
              </w:rPr>
              <w:t>/</w:t>
            </w:r>
          </w:p>
        </w:tc>
        <w:tc>
          <w:tcPr>
            <w:tcW w:w="1688" w:type="dxa"/>
            <w:vAlign w:val="center"/>
          </w:tcPr>
          <w:p w14:paraId="568DA29E" w14:textId="77777777" w:rsidR="00A1363E" w:rsidRPr="00C85550" w:rsidRDefault="00A1363E" w:rsidP="00B520E7">
            <w:pPr>
              <w:rPr>
                <w:rFonts w:ascii="Times New Roman" w:hAnsi="Times New Roman"/>
                <w:sz w:val="20"/>
              </w:rPr>
            </w:pPr>
            <w:r w:rsidRPr="00C85550">
              <w:rPr>
                <w:rFonts w:ascii="Times New Roman" w:hAnsi="Times New Roman"/>
                <w:sz w:val="20"/>
              </w:rPr>
              <w:t>/</w:t>
            </w:r>
          </w:p>
        </w:tc>
      </w:tr>
    </w:tbl>
    <w:p w14:paraId="479AAE2D" w14:textId="77777777" w:rsidR="00A1363E" w:rsidRPr="00C85550" w:rsidRDefault="00A1363E" w:rsidP="00A1363E">
      <w:pPr>
        <w:spacing w:before="240"/>
        <w:rPr>
          <w:rFonts w:ascii="Times New Roman" w:hAnsi="Times New Roman"/>
        </w:rPr>
      </w:pPr>
      <w:r w:rsidRPr="00C85550">
        <w:rPr>
          <w:rFonts w:ascii="Times New Roman" w:hAnsi="Times New Roman"/>
          <w:sz w:val="16"/>
          <w:vertAlign w:val="superscript"/>
        </w:rPr>
        <w:t>a</w:t>
      </w:r>
      <w:r w:rsidRPr="00C85550">
        <w:rPr>
          <w:rFonts w:ascii="Times New Roman" w:hAnsi="Times New Roman"/>
          <w:i/>
          <w:sz w:val="16"/>
        </w:rPr>
        <w:t>w = 1/[σF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(g</w:t>
      </w:r>
      <w:r w:rsidRPr="00C85550">
        <w:rPr>
          <w:rFonts w:ascii="Times New Roman" w:hAnsi="Times New Roman"/>
          <w:sz w:val="16"/>
          <w:vertAlign w:val="subscript"/>
        </w:rPr>
        <w:t>1</w:t>
      </w:r>
      <w:r w:rsidRPr="00C85550">
        <w:rPr>
          <w:rFonts w:ascii="Times New Roman" w:hAnsi="Times New Roman"/>
          <w:i/>
          <w:sz w:val="16"/>
        </w:rPr>
        <w:t>P)</w:t>
      </w:r>
      <w:r w:rsidRPr="00C85550">
        <w:rPr>
          <w:rFonts w:ascii="Times New Roman" w:hAnsi="Times New Roman"/>
          <w:sz w:val="16"/>
          <w:vertAlign w:val="superscript"/>
        </w:rPr>
        <w:t>2</w:t>
      </w:r>
      <w:r w:rsidRPr="00C85550">
        <w:rPr>
          <w:rFonts w:ascii="Times New Roman" w:hAnsi="Times New Roman"/>
          <w:i/>
          <w:sz w:val="16"/>
        </w:rPr>
        <w:t xml:space="preserve"> + g</w:t>
      </w:r>
      <w:r w:rsidRPr="00C85550">
        <w:rPr>
          <w:rFonts w:ascii="Times New Roman" w:hAnsi="Times New Roman"/>
          <w:sz w:val="16"/>
          <w:vertAlign w:val="subscript"/>
        </w:rPr>
        <w:t>2</w:t>
      </w:r>
      <w:r w:rsidRPr="00C85550">
        <w:rPr>
          <w:rFonts w:ascii="Times New Roman" w:hAnsi="Times New Roman"/>
          <w:i/>
          <w:sz w:val="16"/>
        </w:rPr>
        <w:t>P]</w:t>
      </w:r>
      <w:r w:rsidRPr="00C85550">
        <w:rPr>
          <w:rFonts w:ascii="Times New Roman" w:hAnsi="Times New Roman"/>
          <w:sz w:val="16"/>
        </w:rPr>
        <w:t xml:space="preserve"> where </w:t>
      </w:r>
      <w:r w:rsidRPr="00C85550">
        <w:rPr>
          <w:rFonts w:ascii="Times New Roman" w:hAnsi="Times New Roman"/>
          <w:i/>
          <w:sz w:val="16"/>
        </w:rPr>
        <w:t>P = (F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+ 2F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)/3</w:t>
      </w:r>
      <w:r w:rsidRPr="00C85550">
        <w:rPr>
          <w:rFonts w:ascii="Times New Roman" w:hAnsi="Times New Roman"/>
          <w:sz w:val="16"/>
        </w:rPr>
        <w:br/>
      </w:r>
      <w:proofErr w:type="spellStart"/>
      <w:r w:rsidRPr="00C85550">
        <w:rPr>
          <w:rFonts w:ascii="Times New Roman" w:hAnsi="Times New Roman"/>
          <w:sz w:val="16"/>
          <w:vertAlign w:val="superscript"/>
        </w:rPr>
        <w:t>b</w:t>
      </w:r>
      <w:r w:rsidRPr="00C85550">
        <w:rPr>
          <w:rFonts w:ascii="Times New Roman" w:hAnsi="Times New Roman"/>
          <w:i/>
          <w:sz w:val="16"/>
        </w:rPr>
        <w:t>S</w:t>
      </w:r>
      <w:proofErr w:type="spellEnd"/>
      <w:r w:rsidRPr="00C85550">
        <w:rPr>
          <w:rFonts w:ascii="Times New Roman" w:hAnsi="Times New Roman"/>
          <w:i/>
          <w:sz w:val="16"/>
        </w:rPr>
        <w:t xml:space="preserve"> = {Σ[w(F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)2]/(N</w:t>
      </w:r>
      <w:r w:rsidRPr="00C85550">
        <w:rPr>
          <w:rFonts w:ascii="Times New Roman" w:hAnsi="Times New Roman"/>
          <w:sz w:val="16"/>
          <w:vertAlign w:val="subscript"/>
        </w:rPr>
        <w:t>r</w:t>
      </w:r>
      <w:r w:rsidRPr="00C85550">
        <w:rPr>
          <w:rFonts w:ascii="Times New Roman" w:hAnsi="Times New Roman"/>
          <w:i/>
          <w:sz w:val="16"/>
        </w:rPr>
        <w:t xml:space="preserve"> – N</w:t>
      </w:r>
      <w:r w:rsidRPr="00C85550">
        <w:rPr>
          <w:rFonts w:ascii="Times New Roman" w:hAnsi="Times New Roman"/>
          <w:sz w:val="16"/>
          <w:vertAlign w:val="subscript"/>
        </w:rPr>
        <w:t>p</w:t>
      </w:r>
      <w:r w:rsidRPr="00C85550">
        <w:rPr>
          <w:rFonts w:ascii="Times New Roman" w:hAnsi="Times New Roman"/>
          <w:i/>
          <w:sz w:val="16"/>
        </w:rPr>
        <w:t>)}</w:t>
      </w:r>
      <w:r w:rsidRPr="00C85550">
        <w:rPr>
          <w:rFonts w:ascii="Times New Roman" w:hAnsi="Times New Roman"/>
          <w:sz w:val="16"/>
          <w:vertAlign w:val="superscript"/>
        </w:rPr>
        <w:t>1/2</w:t>
      </w:r>
      <w:r w:rsidRPr="00C85550">
        <w:rPr>
          <w:rFonts w:ascii="Times New Roman" w:hAnsi="Times New Roman"/>
          <w:sz w:val="16"/>
        </w:rPr>
        <w:t xml:space="preserve"> where </w:t>
      </w:r>
      <w:r w:rsidRPr="00C85550">
        <w:rPr>
          <w:rFonts w:ascii="Times New Roman" w:hAnsi="Times New Roman"/>
          <w:i/>
          <w:sz w:val="16"/>
        </w:rPr>
        <w:t>N</w:t>
      </w:r>
      <w:r w:rsidRPr="00C85550">
        <w:rPr>
          <w:rFonts w:ascii="Times New Roman" w:hAnsi="Times New Roman"/>
          <w:sz w:val="16"/>
          <w:vertAlign w:val="subscript"/>
        </w:rPr>
        <w:t>r</w:t>
      </w:r>
      <w:r w:rsidRPr="00C85550">
        <w:rPr>
          <w:rFonts w:ascii="Times New Roman" w:hAnsi="Times New Roman"/>
          <w:sz w:val="16"/>
        </w:rPr>
        <w:t xml:space="preserve"> = number of independent reflections, </w:t>
      </w:r>
      <w:r w:rsidRPr="00C85550">
        <w:rPr>
          <w:rFonts w:ascii="Times New Roman" w:hAnsi="Times New Roman"/>
          <w:i/>
          <w:sz w:val="16"/>
        </w:rPr>
        <w:t>N</w:t>
      </w:r>
      <w:r w:rsidRPr="00C85550">
        <w:rPr>
          <w:rFonts w:ascii="Times New Roman" w:hAnsi="Times New Roman"/>
          <w:sz w:val="16"/>
          <w:vertAlign w:val="subscript"/>
        </w:rPr>
        <w:t>p</w:t>
      </w:r>
      <w:r w:rsidRPr="00C85550">
        <w:rPr>
          <w:rFonts w:ascii="Times New Roman" w:hAnsi="Times New Roman"/>
          <w:sz w:val="16"/>
        </w:rPr>
        <w:t xml:space="preserve"> = number of refined parameters.</w:t>
      </w:r>
      <w:r w:rsidRPr="00C85550">
        <w:rPr>
          <w:rFonts w:ascii="Times New Roman" w:hAnsi="Times New Roman"/>
          <w:sz w:val="16"/>
        </w:rPr>
        <w:br/>
      </w:r>
      <w:proofErr w:type="spellStart"/>
      <w:r w:rsidRPr="00C85550">
        <w:rPr>
          <w:rFonts w:ascii="Times New Roman" w:hAnsi="Times New Roman"/>
          <w:sz w:val="16"/>
          <w:vertAlign w:val="superscript"/>
        </w:rPr>
        <w:t>c</w:t>
      </w:r>
      <w:r w:rsidRPr="00C85550">
        <w:rPr>
          <w:rFonts w:ascii="Times New Roman" w:hAnsi="Times New Roman"/>
          <w:i/>
          <w:sz w:val="16"/>
        </w:rPr>
        <w:t>R</w:t>
      </w:r>
      <w:proofErr w:type="spellEnd"/>
      <w:r w:rsidRPr="00C85550">
        <w:rPr>
          <w:rFonts w:ascii="Times New Roman" w:hAnsi="Times New Roman"/>
          <w:i/>
          <w:sz w:val="16"/>
        </w:rPr>
        <w:t xml:space="preserve"> = Σ||</w:t>
      </w:r>
      <w:proofErr w:type="spellStart"/>
      <w:r w:rsidRPr="00C85550">
        <w:rPr>
          <w:rFonts w:ascii="Times New Roman" w:hAnsi="Times New Roman"/>
          <w:i/>
          <w:sz w:val="16"/>
        </w:rPr>
        <w:t>F</w:t>
      </w:r>
      <w:r w:rsidRPr="00C85550">
        <w:rPr>
          <w:rFonts w:ascii="Times New Roman" w:hAnsi="Times New Roman"/>
          <w:sz w:val="16"/>
          <w:vertAlign w:val="subscript"/>
        </w:rPr>
        <w:t>o</w:t>
      </w:r>
      <w:proofErr w:type="spellEnd"/>
      <w:r w:rsidRPr="00C85550">
        <w:rPr>
          <w:rFonts w:ascii="Times New Roman" w:hAnsi="Times New Roman"/>
          <w:i/>
          <w:sz w:val="16"/>
        </w:rPr>
        <w:t>| – |F</w:t>
      </w:r>
      <w:r w:rsidRPr="00C85550">
        <w:rPr>
          <w:rFonts w:ascii="Times New Roman" w:hAnsi="Times New Roman"/>
          <w:sz w:val="16"/>
          <w:vertAlign w:val="subscript"/>
        </w:rPr>
        <w:t>c</w:t>
      </w:r>
      <w:r w:rsidRPr="00C85550">
        <w:rPr>
          <w:rFonts w:ascii="Times New Roman" w:hAnsi="Times New Roman"/>
          <w:i/>
          <w:sz w:val="16"/>
        </w:rPr>
        <w:t>|/</w:t>
      </w:r>
      <w:proofErr w:type="spellStart"/>
      <w:r w:rsidRPr="00C85550">
        <w:rPr>
          <w:rFonts w:ascii="Times New Roman" w:hAnsi="Times New Roman"/>
          <w:i/>
          <w:sz w:val="16"/>
        </w:rPr>
        <w:t>Σ|F</w:t>
      </w:r>
      <w:r w:rsidRPr="00C85550">
        <w:rPr>
          <w:rFonts w:ascii="Times New Roman" w:hAnsi="Times New Roman"/>
          <w:sz w:val="16"/>
          <w:vertAlign w:val="subscript"/>
        </w:rPr>
        <w:t>o</w:t>
      </w:r>
      <w:proofErr w:type="spellEnd"/>
      <w:r w:rsidRPr="00C85550">
        <w:rPr>
          <w:rFonts w:ascii="Times New Roman" w:hAnsi="Times New Roman"/>
          <w:i/>
          <w:sz w:val="16"/>
        </w:rPr>
        <w:t xml:space="preserve">|; </w:t>
      </w:r>
      <w:proofErr w:type="spellStart"/>
      <w:r w:rsidRPr="00C85550">
        <w:rPr>
          <w:rFonts w:ascii="Times New Roman" w:hAnsi="Times New Roman"/>
          <w:i/>
          <w:sz w:val="16"/>
        </w:rPr>
        <w:t>wR</w:t>
      </w:r>
      <w:proofErr w:type="spellEnd"/>
      <w:r w:rsidRPr="00C85550">
        <w:rPr>
          <w:rFonts w:ascii="Times New Roman" w:hAnsi="Times New Roman"/>
          <w:i/>
          <w:sz w:val="16"/>
        </w:rPr>
        <w:t xml:space="preserve"> = {Σ[w(F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 xml:space="preserve"> – F</w:t>
      </w:r>
      <w:r w:rsidRPr="00C85550">
        <w:rPr>
          <w:rFonts w:ascii="Times New Roman" w:hAnsi="Times New Roman"/>
          <w:sz w:val="16"/>
          <w:vertAlign w:val="subscript"/>
        </w:rPr>
        <w:t>c</w:t>
      </w:r>
      <w:r w:rsidRPr="00C85550">
        <w:rPr>
          <w:rFonts w:ascii="Times New Roman" w:hAnsi="Times New Roman"/>
          <w:sz w:val="16"/>
          <w:vertAlign w:val="superscript"/>
        </w:rPr>
        <w:t>2</w:t>
      </w:r>
      <w:r w:rsidRPr="00C85550">
        <w:rPr>
          <w:rFonts w:ascii="Times New Roman" w:hAnsi="Times New Roman"/>
          <w:i/>
          <w:sz w:val="16"/>
        </w:rPr>
        <w:t>)2]/Σ[w(F</w:t>
      </w:r>
      <w:r w:rsidRPr="00C85550">
        <w:rPr>
          <w:rFonts w:ascii="Times New Roman" w:hAnsi="Times New Roman"/>
          <w:sz w:val="16"/>
          <w:vertAlign w:val="subscript"/>
        </w:rPr>
        <w:t>o</w:t>
      </w:r>
      <w:r w:rsidRPr="00C85550">
        <w:rPr>
          <w:rFonts w:ascii="Times New Roman" w:hAnsi="Times New Roman"/>
          <w:sz w:val="16"/>
          <w:vertAlign w:val="superscript"/>
        </w:rPr>
        <w:t>2</w:t>
      </w:r>
      <w:r w:rsidRPr="00C85550">
        <w:rPr>
          <w:rFonts w:ascii="Times New Roman" w:hAnsi="Times New Roman"/>
          <w:i/>
          <w:sz w:val="16"/>
        </w:rPr>
        <w:t>)2]}</w:t>
      </w:r>
      <w:r w:rsidRPr="00C85550">
        <w:rPr>
          <w:rFonts w:ascii="Times New Roman" w:hAnsi="Times New Roman"/>
          <w:sz w:val="16"/>
          <w:vertAlign w:val="superscript"/>
        </w:rPr>
        <w:t>1/2</w:t>
      </w:r>
    </w:p>
    <w:p w14:paraId="1418D2D6" w14:textId="77777777" w:rsidR="00A1363E" w:rsidRPr="00C85550" w:rsidRDefault="00A1363E" w:rsidP="00A1363E">
      <w:pPr>
        <w:rPr>
          <w:rFonts w:ascii="Times New Roman" w:hAnsi="Times New Roman"/>
        </w:rPr>
      </w:pPr>
      <w:r w:rsidRPr="00C85550">
        <w:rPr>
          <w:rFonts w:ascii="Times New Roman" w:hAnsi="Times New Roman"/>
        </w:rPr>
        <w:br w:type="page"/>
      </w:r>
    </w:p>
    <w:p w14:paraId="175D1118" w14:textId="7972787C" w:rsidR="00A1363E" w:rsidRPr="00C85550" w:rsidRDefault="00A1363E" w:rsidP="00A1363E">
      <w:pPr>
        <w:rPr>
          <w:rFonts w:ascii="Times New Roman" w:hAnsi="Times New Roman"/>
        </w:rPr>
      </w:pPr>
      <w:r w:rsidRPr="00C85550">
        <w:rPr>
          <w:rFonts w:ascii="Times New Roman" w:hAnsi="Times New Roman"/>
          <w:b/>
        </w:rPr>
        <w:lastRenderedPageBreak/>
        <w:t>Table S6.</w:t>
      </w:r>
      <w:r w:rsidRPr="00C85550">
        <w:rPr>
          <w:rFonts w:ascii="Times New Roman" w:hAnsi="Times New Roman"/>
        </w:rPr>
        <w:t xml:space="preserve"> Selected bond lengths in the crystal structure</w:t>
      </w:r>
      <w:r w:rsidR="005E3A48" w:rsidRPr="00C85550">
        <w:rPr>
          <w:rFonts w:ascii="Times New Roman" w:hAnsi="Times New Roman"/>
        </w:rPr>
        <w:t>s</w:t>
      </w:r>
      <w:r w:rsidRPr="00C85550">
        <w:rPr>
          <w:rFonts w:ascii="Times New Roman" w:hAnsi="Times New Roman"/>
        </w:rPr>
        <w:t xml:space="preserve"> </w:t>
      </w:r>
      <w:r w:rsidR="005E3A48" w:rsidRPr="00C85550">
        <w:rPr>
          <w:rFonts w:ascii="Times New Roman" w:hAnsi="Times New Roman"/>
        </w:rPr>
        <w:t xml:space="preserve">of </w:t>
      </w:r>
      <w:r w:rsidR="005E3A48" w:rsidRPr="00C85550">
        <w:rPr>
          <w:rFonts w:ascii="Times New Roman" w:hAnsi="Times New Roman"/>
          <w:b/>
        </w:rPr>
        <w:t xml:space="preserve">1a, 2a, 3a </w:t>
      </w:r>
      <w:r w:rsidR="005E3A48" w:rsidRPr="00C85550">
        <w:rPr>
          <w:rFonts w:ascii="Times New Roman" w:hAnsi="Times New Roman"/>
        </w:rPr>
        <w:t>and</w:t>
      </w:r>
      <w:r w:rsidR="005E3A48" w:rsidRPr="00C85550">
        <w:rPr>
          <w:rFonts w:ascii="Times New Roman" w:hAnsi="Times New Roman"/>
          <w:b/>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438"/>
        <w:gridCol w:w="1437"/>
        <w:gridCol w:w="1438"/>
        <w:gridCol w:w="1437"/>
        <w:gridCol w:w="1438"/>
      </w:tblGrid>
      <w:tr w:rsidR="00A1363E" w:rsidRPr="00C85550" w14:paraId="19CA2F1D" w14:textId="77777777" w:rsidTr="00B520E7">
        <w:trPr>
          <w:trHeight w:val="283"/>
        </w:trPr>
        <w:tc>
          <w:tcPr>
            <w:tcW w:w="8624" w:type="dxa"/>
            <w:gridSpan w:val="6"/>
            <w:vAlign w:val="center"/>
          </w:tcPr>
          <w:p w14:paraId="686585C8" w14:textId="77777777" w:rsidR="00A1363E" w:rsidRPr="00C85550" w:rsidRDefault="00A1363E" w:rsidP="00B520E7">
            <w:pPr>
              <w:jc w:val="center"/>
              <w:rPr>
                <w:rFonts w:ascii="Times New Roman" w:hAnsi="Times New Roman"/>
              </w:rPr>
            </w:pPr>
            <w:r w:rsidRPr="00C85550">
              <w:rPr>
                <w:rFonts w:ascii="Times New Roman" w:hAnsi="Times New Roman"/>
                <w:b/>
              </w:rPr>
              <w:t>1a</w:t>
            </w:r>
          </w:p>
        </w:tc>
      </w:tr>
      <w:tr w:rsidR="00A1363E" w:rsidRPr="00C85550" w14:paraId="3E03CEB0" w14:textId="77777777" w:rsidTr="00B520E7">
        <w:trPr>
          <w:trHeight w:val="283"/>
        </w:trPr>
        <w:tc>
          <w:tcPr>
            <w:tcW w:w="1436" w:type="dxa"/>
            <w:vAlign w:val="center"/>
          </w:tcPr>
          <w:p w14:paraId="7C7E1CC2"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0D224BA5"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77BCB482"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1D65C894"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64CC983A"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17F8C755"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723AF17A" w14:textId="77777777" w:rsidTr="00B520E7">
        <w:trPr>
          <w:trHeight w:val="283"/>
        </w:trPr>
        <w:tc>
          <w:tcPr>
            <w:tcW w:w="1436" w:type="dxa"/>
            <w:vAlign w:val="center"/>
          </w:tcPr>
          <w:p w14:paraId="331D025E" w14:textId="77777777" w:rsidR="00A1363E" w:rsidRPr="00C85550" w:rsidRDefault="00A1363E" w:rsidP="00B520E7">
            <w:pPr>
              <w:rPr>
                <w:rFonts w:ascii="Times New Roman" w:hAnsi="Times New Roman"/>
              </w:rPr>
            </w:pPr>
            <w:r w:rsidRPr="00C85550">
              <w:rPr>
                <w:rFonts w:ascii="Times New Roman" w:hAnsi="Times New Roman"/>
                <w:sz w:val="20"/>
              </w:rPr>
              <w:t>C4–C5</w:t>
            </w:r>
          </w:p>
        </w:tc>
        <w:tc>
          <w:tcPr>
            <w:tcW w:w="1438" w:type="dxa"/>
            <w:vAlign w:val="center"/>
          </w:tcPr>
          <w:p w14:paraId="7AF08E1C" w14:textId="77777777" w:rsidR="00A1363E" w:rsidRPr="00C85550" w:rsidRDefault="00A1363E" w:rsidP="00B520E7">
            <w:pPr>
              <w:rPr>
                <w:rFonts w:ascii="Times New Roman" w:hAnsi="Times New Roman"/>
              </w:rPr>
            </w:pPr>
            <w:r w:rsidRPr="00C85550">
              <w:rPr>
                <w:rFonts w:ascii="Times New Roman" w:hAnsi="Times New Roman"/>
                <w:sz w:val="20"/>
              </w:rPr>
              <w:t>1.373(5)</w:t>
            </w:r>
          </w:p>
        </w:tc>
        <w:tc>
          <w:tcPr>
            <w:tcW w:w="1437" w:type="dxa"/>
            <w:vAlign w:val="center"/>
          </w:tcPr>
          <w:p w14:paraId="7988D0B0" w14:textId="77777777" w:rsidR="00A1363E" w:rsidRPr="00C85550" w:rsidRDefault="00A1363E" w:rsidP="00B520E7">
            <w:pPr>
              <w:rPr>
                <w:rFonts w:ascii="Times New Roman" w:hAnsi="Times New Roman"/>
              </w:rPr>
            </w:pPr>
            <w:r w:rsidRPr="00C85550">
              <w:rPr>
                <w:rFonts w:ascii="Times New Roman" w:hAnsi="Times New Roman"/>
                <w:sz w:val="20"/>
              </w:rPr>
              <w:t>Mo1–O1</w:t>
            </w:r>
          </w:p>
        </w:tc>
        <w:tc>
          <w:tcPr>
            <w:tcW w:w="1438" w:type="dxa"/>
            <w:vAlign w:val="center"/>
          </w:tcPr>
          <w:p w14:paraId="10BAEE58" w14:textId="77777777" w:rsidR="00A1363E" w:rsidRPr="00C85550" w:rsidRDefault="00A1363E" w:rsidP="00B520E7">
            <w:pPr>
              <w:rPr>
                <w:rFonts w:ascii="Times New Roman" w:hAnsi="Times New Roman"/>
              </w:rPr>
            </w:pPr>
            <w:r w:rsidRPr="00C85550">
              <w:rPr>
                <w:rFonts w:ascii="Times New Roman" w:hAnsi="Times New Roman"/>
                <w:sz w:val="20"/>
              </w:rPr>
              <w:t>1.916(2)</w:t>
            </w:r>
          </w:p>
        </w:tc>
        <w:tc>
          <w:tcPr>
            <w:tcW w:w="1437" w:type="dxa"/>
            <w:vAlign w:val="center"/>
          </w:tcPr>
          <w:p w14:paraId="6E5669ED" w14:textId="77777777" w:rsidR="00A1363E" w:rsidRPr="00C85550" w:rsidRDefault="00A1363E" w:rsidP="00B520E7">
            <w:pPr>
              <w:rPr>
                <w:rFonts w:ascii="Times New Roman" w:hAnsi="Times New Roman"/>
              </w:rPr>
            </w:pPr>
            <w:r w:rsidRPr="00C85550">
              <w:rPr>
                <w:rFonts w:ascii="Times New Roman" w:hAnsi="Times New Roman"/>
                <w:sz w:val="20"/>
              </w:rPr>
              <w:t>N3–C6</w:t>
            </w:r>
          </w:p>
        </w:tc>
        <w:tc>
          <w:tcPr>
            <w:tcW w:w="1438" w:type="dxa"/>
            <w:vAlign w:val="center"/>
          </w:tcPr>
          <w:p w14:paraId="042A9FA3" w14:textId="77777777" w:rsidR="00A1363E" w:rsidRPr="00C85550" w:rsidRDefault="00A1363E" w:rsidP="00B520E7">
            <w:pPr>
              <w:rPr>
                <w:rFonts w:ascii="Times New Roman" w:hAnsi="Times New Roman"/>
              </w:rPr>
            </w:pPr>
            <w:r w:rsidRPr="00C85550">
              <w:rPr>
                <w:rFonts w:ascii="Times New Roman" w:hAnsi="Times New Roman"/>
                <w:sz w:val="20"/>
              </w:rPr>
              <w:t>1.334(5)</w:t>
            </w:r>
          </w:p>
        </w:tc>
      </w:tr>
      <w:tr w:rsidR="00A1363E" w:rsidRPr="00C85550" w14:paraId="1A994998" w14:textId="77777777" w:rsidTr="00B520E7">
        <w:trPr>
          <w:trHeight w:val="283"/>
        </w:trPr>
        <w:tc>
          <w:tcPr>
            <w:tcW w:w="1436" w:type="dxa"/>
            <w:vAlign w:val="center"/>
          </w:tcPr>
          <w:p w14:paraId="5A4EB72D"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38" w:type="dxa"/>
            <w:vAlign w:val="center"/>
          </w:tcPr>
          <w:p w14:paraId="18D61BE2" w14:textId="77777777" w:rsidR="00A1363E" w:rsidRPr="00C85550" w:rsidRDefault="00A1363E" w:rsidP="00B520E7">
            <w:pPr>
              <w:rPr>
                <w:rFonts w:ascii="Times New Roman" w:hAnsi="Times New Roman"/>
              </w:rPr>
            </w:pPr>
            <w:r w:rsidRPr="00C85550">
              <w:rPr>
                <w:rFonts w:ascii="Times New Roman" w:hAnsi="Times New Roman"/>
                <w:sz w:val="20"/>
              </w:rPr>
              <w:t>1.392(5)</w:t>
            </w:r>
          </w:p>
        </w:tc>
        <w:tc>
          <w:tcPr>
            <w:tcW w:w="1437" w:type="dxa"/>
            <w:vAlign w:val="center"/>
          </w:tcPr>
          <w:p w14:paraId="68F85B1B" w14:textId="77777777" w:rsidR="00A1363E" w:rsidRPr="00C85550" w:rsidRDefault="00A1363E" w:rsidP="00B520E7">
            <w:pPr>
              <w:rPr>
                <w:rFonts w:ascii="Times New Roman" w:hAnsi="Times New Roman"/>
              </w:rPr>
            </w:pPr>
            <w:r w:rsidRPr="00C85550">
              <w:rPr>
                <w:rFonts w:ascii="Times New Roman" w:hAnsi="Times New Roman"/>
                <w:sz w:val="20"/>
              </w:rPr>
              <w:t>Mo1–O2</w:t>
            </w:r>
          </w:p>
        </w:tc>
        <w:tc>
          <w:tcPr>
            <w:tcW w:w="1438" w:type="dxa"/>
            <w:vAlign w:val="center"/>
          </w:tcPr>
          <w:p w14:paraId="1ACC08E1" w14:textId="77777777" w:rsidR="00A1363E" w:rsidRPr="00C85550" w:rsidRDefault="00A1363E" w:rsidP="00B520E7">
            <w:pPr>
              <w:rPr>
                <w:rFonts w:ascii="Times New Roman" w:hAnsi="Times New Roman"/>
              </w:rPr>
            </w:pPr>
            <w:r w:rsidRPr="00C85550">
              <w:rPr>
                <w:rFonts w:ascii="Times New Roman" w:hAnsi="Times New Roman"/>
                <w:sz w:val="20"/>
              </w:rPr>
              <w:t>2.038(2)</w:t>
            </w:r>
          </w:p>
        </w:tc>
        <w:tc>
          <w:tcPr>
            <w:tcW w:w="1437" w:type="dxa"/>
            <w:vAlign w:val="center"/>
          </w:tcPr>
          <w:p w14:paraId="207D7310" w14:textId="77777777" w:rsidR="00A1363E" w:rsidRPr="00C85550" w:rsidRDefault="00A1363E" w:rsidP="00B520E7">
            <w:pPr>
              <w:rPr>
                <w:rFonts w:ascii="Times New Roman" w:hAnsi="Times New Roman"/>
              </w:rPr>
            </w:pPr>
            <w:r w:rsidRPr="00C85550">
              <w:rPr>
                <w:rFonts w:ascii="Times New Roman" w:hAnsi="Times New Roman"/>
                <w:sz w:val="20"/>
              </w:rPr>
              <w:t>O1–C9</w:t>
            </w:r>
          </w:p>
        </w:tc>
        <w:tc>
          <w:tcPr>
            <w:tcW w:w="1438" w:type="dxa"/>
            <w:vAlign w:val="center"/>
          </w:tcPr>
          <w:p w14:paraId="07B3DFB1" w14:textId="77777777" w:rsidR="00A1363E" w:rsidRPr="00C85550" w:rsidRDefault="00A1363E" w:rsidP="00B520E7">
            <w:pPr>
              <w:rPr>
                <w:rFonts w:ascii="Times New Roman" w:hAnsi="Times New Roman"/>
              </w:rPr>
            </w:pPr>
            <w:r w:rsidRPr="00C85550">
              <w:rPr>
                <w:rFonts w:ascii="Times New Roman" w:hAnsi="Times New Roman"/>
                <w:sz w:val="20"/>
              </w:rPr>
              <w:t>1.351(4)</w:t>
            </w:r>
          </w:p>
        </w:tc>
      </w:tr>
      <w:tr w:rsidR="00A1363E" w:rsidRPr="00C85550" w14:paraId="383C1495" w14:textId="77777777" w:rsidTr="00B520E7">
        <w:trPr>
          <w:trHeight w:val="283"/>
        </w:trPr>
        <w:tc>
          <w:tcPr>
            <w:tcW w:w="1436" w:type="dxa"/>
            <w:vAlign w:val="center"/>
          </w:tcPr>
          <w:p w14:paraId="05A8F9DB" w14:textId="77777777" w:rsidR="00A1363E" w:rsidRPr="00C85550" w:rsidRDefault="00A1363E" w:rsidP="00B520E7">
            <w:pPr>
              <w:rPr>
                <w:rFonts w:ascii="Times New Roman" w:hAnsi="Times New Roman"/>
              </w:rPr>
            </w:pPr>
            <w:r w:rsidRPr="00C85550">
              <w:rPr>
                <w:rFonts w:ascii="Times New Roman" w:hAnsi="Times New Roman"/>
                <w:sz w:val="20"/>
              </w:rPr>
              <w:t>C8–C9</w:t>
            </w:r>
          </w:p>
        </w:tc>
        <w:tc>
          <w:tcPr>
            <w:tcW w:w="1438" w:type="dxa"/>
            <w:vAlign w:val="center"/>
          </w:tcPr>
          <w:p w14:paraId="3E85EB6C" w14:textId="77777777" w:rsidR="00A1363E" w:rsidRPr="00C85550" w:rsidRDefault="00A1363E" w:rsidP="00B520E7">
            <w:pPr>
              <w:rPr>
                <w:rFonts w:ascii="Times New Roman" w:hAnsi="Times New Roman"/>
              </w:rPr>
            </w:pPr>
            <w:r w:rsidRPr="00C85550">
              <w:rPr>
                <w:rFonts w:ascii="Times New Roman" w:hAnsi="Times New Roman"/>
                <w:sz w:val="20"/>
              </w:rPr>
              <w:t>1.421(4)</w:t>
            </w:r>
          </w:p>
        </w:tc>
        <w:tc>
          <w:tcPr>
            <w:tcW w:w="1437" w:type="dxa"/>
            <w:vAlign w:val="center"/>
          </w:tcPr>
          <w:p w14:paraId="32A57629" w14:textId="77777777" w:rsidR="00A1363E" w:rsidRPr="00C85550" w:rsidRDefault="00A1363E" w:rsidP="00B520E7">
            <w:pPr>
              <w:rPr>
                <w:rFonts w:ascii="Times New Roman" w:hAnsi="Times New Roman"/>
              </w:rPr>
            </w:pPr>
            <w:r w:rsidRPr="00C85550">
              <w:rPr>
                <w:rFonts w:ascii="Times New Roman" w:hAnsi="Times New Roman"/>
                <w:sz w:val="20"/>
              </w:rPr>
              <w:t>Mo1–O4</w:t>
            </w:r>
          </w:p>
        </w:tc>
        <w:tc>
          <w:tcPr>
            <w:tcW w:w="1438" w:type="dxa"/>
            <w:vAlign w:val="center"/>
          </w:tcPr>
          <w:p w14:paraId="10B2DA44" w14:textId="77777777" w:rsidR="00A1363E" w:rsidRPr="00C85550" w:rsidRDefault="00A1363E" w:rsidP="00B520E7">
            <w:pPr>
              <w:rPr>
                <w:rFonts w:ascii="Times New Roman" w:hAnsi="Times New Roman"/>
              </w:rPr>
            </w:pPr>
            <w:r w:rsidRPr="00C85550">
              <w:rPr>
                <w:rFonts w:ascii="Times New Roman" w:hAnsi="Times New Roman"/>
                <w:sz w:val="20"/>
              </w:rPr>
              <w:t>1.704(2)</w:t>
            </w:r>
          </w:p>
        </w:tc>
        <w:tc>
          <w:tcPr>
            <w:tcW w:w="1437" w:type="dxa"/>
            <w:vAlign w:val="center"/>
          </w:tcPr>
          <w:p w14:paraId="386C0E3D" w14:textId="77777777" w:rsidR="00A1363E" w:rsidRPr="00C85550" w:rsidRDefault="00A1363E" w:rsidP="00B520E7">
            <w:pPr>
              <w:rPr>
                <w:rFonts w:ascii="Times New Roman" w:hAnsi="Times New Roman"/>
              </w:rPr>
            </w:pPr>
            <w:r w:rsidRPr="00C85550">
              <w:rPr>
                <w:rFonts w:ascii="Times New Roman" w:hAnsi="Times New Roman"/>
                <w:sz w:val="20"/>
              </w:rPr>
              <w:t>O2–C2</w:t>
            </w:r>
          </w:p>
        </w:tc>
        <w:tc>
          <w:tcPr>
            <w:tcW w:w="1438" w:type="dxa"/>
            <w:vAlign w:val="center"/>
          </w:tcPr>
          <w:p w14:paraId="246B0218" w14:textId="77777777" w:rsidR="00A1363E" w:rsidRPr="00C85550" w:rsidRDefault="00A1363E" w:rsidP="00B520E7">
            <w:pPr>
              <w:rPr>
                <w:rFonts w:ascii="Times New Roman" w:hAnsi="Times New Roman"/>
              </w:rPr>
            </w:pPr>
            <w:r w:rsidRPr="00C85550">
              <w:rPr>
                <w:rFonts w:ascii="Times New Roman" w:hAnsi="Times New Roman"/>
                <w:sz w:val="20"/>
              </w:rPr>
              <w:t>1.323(3)</w:t>
            </w:r>
          </w:p>
        </w:tc>
      </w:tr>
      <w:tr w:rsidR="00A1363E" w:rsidRPr="00C85550" w14:paraId="6A28A61C" w14:textId="77777777" w:rsidTr="00B520E7">
        <w:trPr>
          <w:trHeight w:val="283"/>
        </w:trPr>
        <w:tc>
          <w:tcPr>
            <w:tcW w:w="1436" w:type="dxa"/>
            <w:vAlign w:val="center"/>
          </w:tcPr>
          <w:p w14:paraId="73EE6501" w14:textId="77777777" w:rsidR="00A1363E" w:rsidRPr="00C85550" w:rsidRDefault="00A1363E" w:rsidP="00B520E7">
            <w:pPr>
              <w:rPr>
                <w:rFonts w:ascii="Times New Roman" w:hAnsi="Times New Roman"/>
              </w:rPr>
            </w:pPr>
            <w:r w:rsidRPr="00C85550">
              <w:rPr>
                <w:rFonts w:ascii="Times New Roman" w:hAnsi="Times New Roman"/>
                <w:sz w:val="20"/>
              </w:rPr>
              <w:t>C8–C13</w:t>
            </w:r>
          </w:p>
        </w:tc>
        <w:tc>
          <w:tcPr>
            <w:tcW w:w="1438" w:type="dxa"/>
            <w:vAlign w:val="center"/>
          </w:tcPr>
          <w:p w14:paraId="1BA5BF24" w14:textId="77777777" w:rsidR="00A1363E" w:rsidRPr="00C85550" w:rsidRDefault="00A1363E" w:rsidP="00B520E7">
            <w:pPr>
              <w:rPr>
                <w:rFonts w:ascii="Times New Roman" w:hAnsi="Times New Roman"/>
              </w:rPr>
            </w:pPr>
            <w:r w:rsidRPr="00C85550">
              <w:rPr>
                <w:rFonts w:ascii="Times New Roman" w:hAnsi="Times New Roman"/>
                <w:sz w:val="20"/>
              </w:rPr>
              <w:t>1.392(4)</w:t>
            </w:r>
          </w:p>
        </w:tc>
        <w:tc>
          <w:tcPr>
            <w:tcW w:w="1437" w:type="dxa"/>
            <w:vAlign w:val="center"/>
          </w:tcPr>
          <w:p w14:paraId="40A29195" w14:textId="77777777" w:rsidR="00A1363E" w:rsidRPr="00C85550" w:rsidRDefault="00A1363E" w:rsidP="00B520E7">
            <w:pPr>
              <w:rPr>
                <w:rFonts w:ascii="Times New Roman" w:hAnsi="Times New Roman"/>
              </w:rPr>
            </w:pPr>
            <w:r w:rsidRPr="00C85550">
              <w:rPr>
                <w:rFonts w:ascii="Times New Roman" w:hAnsi="Times New Roman"/>
                <w:sz w:val="20"/>
              </w:rPr>
              <w:t>Mo1–O5</w:t>
            </w:r>
          </w:p>
        </w:tc>
        <w:tc>
          <w:tcPr>
            <w:tcW w:w="1438" w:type="dxa"/>
            <w:vAlign w:val="center"/>
          </w:tcPr>
          <w:p w14:paraId="37B7E23D" w14:textId="77777777" w:rsidR="00A1363E" w:rsidRPr="00C85550" w:rsidRDefault="00A1363E" w:rsidP="00B520E7">
            <w:pPr>
              <w:rPr>
                <w:rFonts w:ascii="Times New Roman" w:hAnsi="Times New Roman"/>
              </w:rPr>
            </w:pPr>
            <w:r w:rsidRPr="00C85550">
              <w:rPr>
                <w:rFonts w:ascii="Times New Roman" w:hAnsi="Times New Roman"/>
                <w:sz w:val="20"/>
              </w:rPr>
              <w:t>1.706(2)</w:t>
            </w:r>
          </w:p>
        </w:tc>
        <w:tc>
          <w:tcPr>
            <w:tcW w:w="1437" w:type="dxa"/>
            <w:vAlign w:val="center"/>
          </w:tcPr>
          <w:p w14:paraId="246F0139" w14:textId="77777777" w:rsidR="00A1363E" w:rsidRPr="00C85550" w:rsidRDefault="00A1363E" w:rsidP="00B520E7">
            <w:pPr>
              <w:rPr>
                <w:rFonts w:ascii="Times New Roman" w:hAnsi="Times New Roman"/>
              </w:rPr>
            </w:pPr>
            <w:r w:rsidRPr="00C85550">
              <w:rPr>
                <w:rFonts w:ascii="Times New Roman" w:hAnsi="Times New Roman"/>
                <w:sz w:val="20"/>
              </w:rPr>
              <w:t>O3–C12</w:t>
            </w:r>
          </w:p>
        </w:tc>
        <w:tc>
          <w:tcPr>
            <w:tcW w:w="1438" w:type="dxa"/>
            <w:vAlign w:val="center"/>
          </w:tcPr>
          <w:p w14:paraId="518EB0FC" w14:textId="77777777" w:rsidR="00A1363E" w:rsidRPr="00C85550" w:rsidRDefault="00A1363E" w:rsidP="00B520E7">
            <w:pPr>
              <w:rPr>
                <w:rFonts w:ascii="Times New Roman" w:hAnsi="Times New Roman"/>
              </w:rPr>
            </w:pPr>
            <w:r w:rsidRPr="00C85550">
              <w:rPr>
                <w:rFonts w:ascii="Times New Roman" w:hAnsi="Times New Roman"/>
                <w:sz w:val="20"/>
              </w:rPr>
              <w:t>1.364(4)</w:t>
            </w:r>
          </w:p>
        </w:tc>
      </w:tr>
      <w:tr w:rsidR="00A1363E" w:rsidRPr="00C85550" w14:paraId="619A3C39" w14:textId="77777777" w:rsidTr="00B520E7">
        <w:trPr>
          <w:trHeight w:val="283"/>
        </w:trPr>
        <w:tc>
          <w:tcPr>
            <w:tcW w:w="1436" w:type="dxa"/>
            <w:vAlign w:val="center"/>
          </w:tcPr>
          <w:p w14:paraId="347975F6"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38" w:type="dxa"/>
            <w:vAlign w:val="center"/>
          </w:tcPr>
          <w:p w14:paraId="32AF2686" w14:textId="77777777" w:rsidR="00A1363E" w:rsidRPr="00C85550" w:rsidRDefault="00A1363E" w:rsidP="00B520E7">
            <w:pPr>
              <w:rPr>
                <w:rFonts w:ascii="Times New Roman" w:hAnsi="Times New Roman"/>
              </w:rPr>
            </w:pPr>
            <w:r w:rsidRPr="00C85550">
              <w:rPr>
                <w:rFonts w:ascii="Times New Roman" w:hAnsi="Times New Roman"/>
                <w:sz w:val="20"/>
              </w:rPr>
              <w:t>1.392(5)</w:t>
            </w:r>
          </w:p>
        </w:tc>
        <w:tc>
          <w:tcPr>
            <w:tcW w:w="1437" w:type="dxa"/>
            <w:vAlign w:val="center"/>
          </w:tcPr>
          <w:p w14:paraId="0465B973" w14:textId="77777777" w:rsidR="00A1363E" w:rsidRPr="00C85550" w:rsidRDefault="00A1363E" w:rsidP="00B520E7">
            <w:pPr>
              <w:rPr>
                <w:rFonts w:ascii="Times New Roman" w:hAnsi="Times New Roman"/>
              </w:rPr>
            </w:pPr>
            <w:r w:rsidRPr="00C85550">
              <w:rPr>
                <w:rFonts w:ascii="Times New Roman" w:hAnsi="Times New Roman"/>
                <w:sz w:val="20"/>
              </w:rPr>
              <w:t>Mo1–O6</w:t>
            </w:r>
          </w:p>
        </w:tc>
        <w:tc>
          <w:tcPr>
            <w:tcW w:w="1438" w:type="dxa"/>
            <w:vAlign w:val="center"/>
          </w:tcPr>
          <w:p w14:paraId="4D88314A" w14:textId="77777777" w:rsidR="00A1363E" w:rsidRPr="00C85550" w:rsidRDefault="00A1363E" w:rsidP="00B520E7">
            <w:pPr>
              <w:rPr>
                <w:rFonts w:ascii="Times New Roman" w:hAnsi="Times New Roman"/>
              </w:rPr>
            </w:pPr>
            <w:r w:rsidRPr="00C85550">
              <w:rPr>
                <w:rFonts w:ascii="Times New Roman" w:hAnsi="Times New Roman"/>
                <w:sz w:val="20"/>
              </w:rPr>
              <w:t>2.313(2)</w:t>
            </w:r>
          </w:p>
        </w:tc>
        <w:tc>
          <w:tcPr>
            <w:tcW w:w="1437" w:type="dxa"/>
            <w:vAlign w:val="center"/>
          </w:tcPr>
          <w:p w14:paraId="7CD7CCC7" w14:textId="77777777" w:rsidR="00A1363E" w:rsidRPr="00C85550" w:rsidRDefault="00A1363E" w:rsidP="00B520E7">
            <w:pPr>
              <w:rPr>
                <w:rFonts w:ascii="Times New Roman" w:hAnsi="Times New Roman"/>
              </w:rPr>
            </w:pPr>
            <w:r w:rsidRPr="00C85550">
              <w:rPr>
                <w:rFonts w:ascii="Times New Roman" w:hAnsi="Times New Roman"/>
                <w:sz w:val="20"/>
              </w:rPr>
              <w:t>O3–C14</w:t>
            </w:r>
          </w:p>
        </w:tc>
        <w:tc>
          <w:tcPr>
            <w:tcW w:w="1438" w:type="dxa"/>
            <w:vAlign w:val="center"/>
          </w:tcPr>
          <w:p w14:paraId="7DD7F9E2" w14:textId="77777777" w:rsidR="00A1363E" w:rsidRPr="00C85550" w:rsidRDefault="00A1363E" w:rsidP="00B520E7">
            <w:pPr>
              <w:rPr>
                <w:rFonts w:ascii="Times New Roman" w:hAnsi="Times New Roman"/>
              </w:rPr>
            </w:pPr>
            <w:r w:rsidRPr="00C85550">
              <w:rPr>
                <w:rFonts w:ascii="Times New Roman" w:hAnsi="Times New Roman"/>
                <w:sz w:val="20"/>
              </w:rPr>
              <w:t>1.425(4)</w:t>
            </w:r>
          </w:p>
        </w:tc>
      </w:tr>
      <w:tr w:rsidR="00A1363E" w:rsidRPr="00C85550" w14:paraId="59C87761" w14:textId="77777777" w:rsidTr="00B520E7">
        <w:trPr>
          <w:trHeight w:val="283"/>
        </w:trPr>
        <w:tc>
          <w:tcPr>
            <w:tcW w:w="1436" w:type="dxa"/>
            <w:vAlign w:val="center"/>
          </w:tcPr>
          <w:p w14:paraId="750550EA"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38" w:type="dxa"/>
            <w:vAlign w:val="center"/>
          </w:tcPr>
          <w:p w14:paraId="67FE04A9" w14:textId="77777777" w:rsidR="00A1363E" w:rsidRPr="00C85550" w:rsidRDefault="00A1363E" w:rsidP="00B520E7">
            <w:pPr>
              <w:rPr>
                <w:rFonts w:ascii="Times New Roman" w:hAnsi="Times New Roman"/>
              </w:rPr>
            </w:pPr>
            <w:r w:rsidRPr="00C85550">
              <w:rPr>
                <w:rFonts w:ascii="Times New Roman" w:hAnsi="Times New Roman"/>
                <w:sz w:val="20"/>
              </w:rPr>
              <w:t>1.384(5)</w:t>
            </w:r>
          </w:p>
        </w:tc>
        <w:tc>
          <w:tcPr>
            <w:tcW w:w="1437" w:type="dxa"/>
            <w:vAlign w:val="center"/>
          </w:tcPr>
          <w:p w14:paraId="1705B7B7" w14:textId="77777777" w:rsidR="00A1363E" w:rsidRPr="00C85550" w:rsidRDefault="00A1363E" w:rsidP="00B520E7">
            <w:pPr>
              <w:rPr>
                <w:rFonts w:ascii="Times New Roman" w:hAnsi="Times New Roman"/>
              </w:rPr>
            </w:pPr>
            <w:r w:rsidRPr="00C85550">
              <w:rPr>
                <w:rFonts w:ascii="Times New Roman" w:hAnsi="Times New Roman"/>
                <w:sz w:val="20"/>
              </w:rPr>
              <w:t>N1–C1</w:t>
            </w:r>
          </w:p>
        </w:tc>
        <w:tc>
          <w:tcPr>
            <w:tcW w:w="1438" w:type="dxa"/>
            <w:vAlign w:val="center"/>
          </w:tcPr>
          <w:p w14:paraId="5165A5AC" w14:textId="77777777" w:rsidR="00A1363E" w:rsidRPr="00C85550" w:rsidRDefault="00A1363E" w:rsidP="00B520E7">
            <w:pPr>
              <w:rPr>
                <w:rFonts w:ascii="Times New Roman" w:hAnsi="Times New Roman"/>
              </w:rPr>
            </w:pPr>
            <w:r w:rsidRPr="00C85550">
              <w:rPr>
                <w:rFonts w:ascii="Times New Roman" w:hAnsi="Times New Roman"/>
                <w:sz w:val="20"/>
              </w:rPr>
              <w:t>1.281(4)</w:t>
            </w:r>
          </w:p>
        </w:tc>
        <w:tc>
          <w:tcPr>
            <w:tcW w:w="1437" w:type="dxa"/>
            <w:vAlign w:val="center"/>
          </w:tcPr>
          <w:p w14:paraId="4391882F" w14:textId="77777777" w:rsidR="00A1363E" w:rsidRPr="00C85550" w:rsidRDefault="00A1363E" w:rsidP="00B520E7">
            <w:pPr>
              <w:rPr>
                <w:rFonts w:ascii="Times New Roman" w:hAnsi="Times New Roman"/>
              </w:rPr>
            </w:pPr>
            <w:r w:rsidRPr="00C85550">
              <w:rPr>
                <w:rFonts w:ascii="Times New Roman" w:hAnsi="Times New Roman"/>
                <w:sz w:val="20"/>
              </w:rPr>
              <w:t>O6–C15</w:t>
            </w:r>
          </w:p>
        </w:tc>
        <w:tc>
          <w:tcPr>
            <w:tcW w:w="1438" w:type="dxa"/>
            <w:vAlign w:val="center"/>
          </w:tcPr>
          <w:p w14:paraId="41223E9A" w14:textId="77777777" w:rsidR="00A1363E" w:rsidRPr="00C85550" w:rsidRDefault="00A1363E" w:rsidP="00B520E7">
            <w:pPr>
              <w:rPr>
                <w:rFonts w:ascii="Times New Roman" w:hAnsi="Times New Roman"/>
              </w:rPr>
            </w:pPr>
            <w:r w:rsidRPr="00C85550">
              <w:rPr>
                <w:rFonts w:ascii="Times New Roman" w:hAnsi="Times New Roman"/>
                <w:sz w:val="20"/>
              </w:rPr>
              <w:t>1.419(4)</w:t>
            </w:r>
          </w:p>
        </w:tc>
      </w:tr>
      <w:tr w:rsidR="00A1363E" w:rsidRPr="00C85550" w14:paraId="422DF7B9" w14:textId="77777777" w:rsidTr="00B520E7">
        <w:trPr>
          <w:trHeight w:val="283"/>
        </w:trPr>
        <w:tc>
          <w:tcPr>
            <w:tcW w:w="1436" w:type="dxa"/>
            <w:vAlign w:val="center"/>
          </w:tcPr>
          <w:p w14:paraId="7A98B17B"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38" w:type="dxa"/>
            <w:vAlign w:val="center"/>
          </w:tcPr>
          <w:p w14:paraId="4EDDB571" w14:textId="77777777" w:rsidR="00A1363E" w:rsidRPr="00C85550" w:rsidRDefault="00A1363E" w:rsidP="00B520E7">
            <w:pPr>
              <w:rPr>
                <w:rFonts w:ascii="Times New Roman" w:hAnsi="Times New Roman"/>
              </w:rPr>
            </w:pPr>
            <w:r w:rsidRPr="00C85550">
              <w:rPr>
                <w:rFonts w:ascii="Times New Roman" w:hAnsi="Times New Roman"/>
                <w:sz w:val="20"/>
              </w:rPr>
              <w:t>1.399(4)</w:t>
            </w:r>
          </w:p>
        </w:tc>
        <w:tc>
          <w:tcPr>
            <w:tcW w:w="1437" w:type="dxa"/>
            <w:vAlign w:val="center"/>
          </w:tcPr>
          <w:p w14:paraId="2A869056"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38" w:type="dxa"/>
            <w:vAlign w:val="center"/>
          </w:tcPr>
          <w:p w14:paraId="075BF662" w14:textId="77777777" w:rsidR="00A1363E" w:rsidRPr="00C85550" w:rsidRDefault="00A1363E" w:rsidP="00B520E7">
            <w:pPr>
              <w:rPr>
                <w:rFonts w:ascii="Times New Roman" w:hAnsi="Times New Roman"/>
              </w:rPr>
            </w:pPr>
            <w:r w:rsidRPr="00C85550">
              <w:rPr>
                <w:rFonts w:ascii="Times New Roman" w:hAnsi="Times New Roman"/>
                <w:sz w:val="20"/>
              </w:rPr>
              <w:t>1.398(4)</w:t>
            </w:r>
          </w:p>
        </w:tc>
        <w:tc>
          <w:tcPr>
            <w:tcW w:w="1437" w:type="dxa"/>
            <w:vAlign w:val="center"/>
          </w:tcPr>
          <w:p w14:paraId="6E07B77C" w14:textId="77777777" w:rsidR="00A1363E" w:rsidRPr="00C85550" w:rsidRDefault="00A1363E" w:rsidP="00B520E7">
            <w:pPr>
              <w:rPr>
                <w:rFonts w:ascii="Times New Roman" w:hAnsi="Times New Roman"/>
              </w:rPr>
            </w:pPr>
            <w:r w:rsidRPr="00C85550">
              <w:rPr>
                <w:rFonts w:ascii="Times New Roman" w:hAnsi="Times New Roman"/>
                <w:sz w:val="20"/>
              </w:rPr>
              <w:t>O6–H6</w:t>
            </w:r>
          </w:p>
        </w:tc>
        <w:tc>
          <w:tcPr>
            <w:tcW w:w="1438" w:type="dxa"/>
            <w:vAlign w:val="center"/>
          </w:tcPr>
          <w:p w14:paraId="3916FE7E" w14:textId="77777777" w:rsidR="00A1363E" w:rsidRPr="00C85550" w:rsidRDefault="00A1363E" w:rsidP="00B520E7">
            <w:pPr>
              <w:rPr>
                <w:rFonts w:ascii="Times New Roman" w:hAnsi="Times New Roman"/>
              </w:rPr>
            </w:pPr>
            <w:r w:rsidRPr="00C85550">
              <w:rPr>
                <w:rFonts w:ascii="Times New Roman" w:hAnsi="Times New Roman"/>
                <w:sz w:val="20"/>
              </w:rPr>
              <w:t>0.88(3)</w:t>
            </w:r>
          </w:p>
        </w:tc>
      </w:tr>
      <w:tr w:rsidR="00A1363E" w:rsidRPr="00C85550" w14:paraId="40444FC0" w14:textId="77777777" w:rsidTr="00B520E7">
        <w:trPr>
          <w:trHeight w:val="283"/>
        </w:trPr>
        <w:tc>
          <w:tcPr>
            <w:tcW w:w="1436" w:type="dxa"/>
            <w:vAlign w:val="center"/>
          </w:tcPr>
          <w:p w14:paraId="788546C6" w14:textId="77777777" w:rsidR="00A1363E" w:rsidRPr="00C85550" w:rsidRDefault="00A1363E" w:rsidP="00B520E7">
            <w:pPr>
              <w:rPr>
                <w:rFonts w:ascii="Times New Roman" w:hAnsi="Times New Roman"/>
              </w:rPr>
            </w:pPr>
            <w:r w:rsidRPr="00C85550">
              <w:rPr>
                <w:rFonts w:ascii="Times New Roman" w:hAnsi="Times New Roman"/>
                <w:sz w:val="20"/>
              </w:rPr>
              <w:t>C12–C13</w:t>
            </w:r>
          </w:p>
        </w:tc>
        <w:tc>
          <w:tcPr>
            <w:tcW w:w="1438" w:type="dxa"/>
            <w:vAlign w:val="center"/>
          </w:tcPr>
          <w:p w14:paraId="2BF92094" w14:textId="77777777" w:rsidR="00A1363E" w:rsidRPr="00C85550" w:rsidRDefault="00A1363E" w:rsidP="00B520E7">
            <w:pPr>
              <w:rPr>
                <w:rFonts w:ascii="Times New Roman" w:hAnsi="Times New Roman"/>
              </w:rPr>
            </w:pPr>
            <w:r w:rsidRPr="00C85550">
              <w:rPr>
                <w:rFonts w:ascii="Times New Roman" w:hAnsi="Times New Roman"/>
                <w:sz w:val="20"/>
              </w:rPr>
              <w:t>1.385(4)</w:t>
            </w:r>
          </w:p>
        </w:tc>
        <w:tc>
          <w:tcPr>
            <w:tcW w:w="1437" w:type="dxa"/>
            <w:vAlign w:val="center"/>
          </w:tcPr>
          <w:p w14:paraId="0F6390FB" w14:textId="77777777" w:rsidR="00A1363E" w:rsidRPr="00C85550" w:rsidRDefault="00A1363E" w:rsidP="00B520E7">
            <w:pPr>
              <w:rPr>
                <w:rFonts w:ascii="Times New Roman" w:hAnsi="Times New Roman"/>
              </w:rPr>
            </w:pPr>
            <w:r w:rsidRPr="00C85550">
              <w:rPr>
                <w:rFonts w:ascii="Times New Roman" w:hAnsi="Times New Roman"/>
                <w:sz w:val="20"/>
              </w:rPr>
              <w:t>N2–C2</w:t>
            </w:r>
          </w:p>
        </w:tc>
        <w:tc>
          <w:tcPr>
            <w:tcW w:w="1438" w:type="dxa"/>
            <w:vAlign w:val="center"/>
          </w:tcPr>
          <w:p w14:paraId="79BD9E09" w14:textId="77777777" w:rsidR="00A1363E" w:rsidRPr="00C85550" w:rsidRDefault="00A1363E" w:rsidP="00B520E7">
            <w:pPr>
              <w:rPr>
                <w:rFonts w:ascii="Times New Roman" w:hAnsi="Times New Roman"/>
              </w:rPr>
            </w:pPr>
            <w:r w:rsidRPr="00C85550">
              <w:rPr>
                <w:rFonts w:ascii="Times New Roman" w:hAnsi="Times New Roman"/>
                <w:sz w:val="20"/>
              </w:rPr>
              <w:t>1.289(4)</w:t>
            </w:r>
          </w:p>
        </w:tc>
        <w:tc>
          <w:tcPr>
            <w:tcW w:w="1437" w:type="dxa"/>
            <w:vAlign w:val="center"/>
          </w:tcPr>
          <w:p w14:paraId="7A64A997" w14:textId="77777777" w:rsidR="00A1363E" w:rsidRPr="00C85550" w:rsidRDefault="00A1363E" w:rsidP="00B520E7">
            <w:pPr>
              <w:rPr>
                <w:rFonts w:ascii="Times New Roman" w:hAnsi="Times New Roman"/>
              </w:rPr>
            </w:pPr>
          </w:p>
        </w:tc>
        <w:tc>
          <w:tcPr>
            <w:tcW w:w="1438" w:type="dxa"/>
            <w:vAlign w:val="center"/>
          </w:tcPr>
          <w:p w14:paraId="02CAFC79" w14:textId="77777777" w:rsidR="00A1363E" w:rsidRPr="00C85550" w:rsidRDefault="00A1363E" w:rsidP="00B520E7">
            <w:pPr>
              <w:rPr>
                <w:rFonts w:ascii="Times New Roman" w:hAnsi="Times New Roman"/>
              </w:rPr>
            </w:pPr>
          </w:p>
        </w:tc>
      </w:tr>
      <w:tr w:rsidR="00A1363E" w:rsidRPr="00C85550" w14:paraId="49DEF908" w14:textId="77777777" w:rsidTr="00B520E7">
        <w:trPr>
          <w:trHeight w:val="283"/>
        </w:trPr>
        <w:tc>
          <w:tcPr>
            <w:tcW w:w="1436" w:type="dxa"/>
            <w:vAlign w:val="center"/>
          </w:tcPr>
          <w:p w14:paraId="17B44F86" w14:textId="77777777" w:rsidR="00A1363E" w:rsidRPr="00C85550" w:rsidRDefault="00A1363E" w:rsidP="00B520E7">
            <w:pPr>
              <w:rPr>
                <w:rFonts w:ascii="Times New Roman" w:hAnsi="Times New Roman"/>
              </w:rPr>
            </w:pPr>
            <w:r w:rsidRPr="00C85550">
              <w:rPr>
                <w:rFonts w:ascii="Times New Roman" w:hAnsi="Times New Roman"/>
                <w:sz w:val="20"/>
              </w:rPr>
              <w:t>Mo1–N1</w:t>
            </w:r>
          </w:p>
        </w:tc>
        <w:tc>
          <w:tcPr>
            <w:tcW w:w="1438" w:type="dxa"/>
            <w:vAlign w:val="center"/>
          </w:tcPr>
          <w:p w14:paraId="7B5B78D4" w14:textId="77777777" w:rsidR="00A1363E" w:rsidRPr="00C85550" w:rsidRDefault="00A1363E" w:rsidP="00B520E7">
            <w:pPr>
              <w:rPr>
                <w:rFonts w:ascii="Times New Roman" w:hAnsi="Times New Roman"/>
              </w:rPr>
            </w:pPr>
            <w:r w:rsidRPr="00C85550">
              <w:rPr>
                <w:rFonts w:ascii="Times New Roman" w:hAnsi="Times New Roman"/>
                <w:sz w:val="20"/>
              </w:rPr>
              <w:t>2.244(2)</w:t>
            </w:r>
          </w:p>
        </w:tc>
        <w:tc>
          <w:tcPr>
            <w:tcW w:w="1437" w:type="dxa"/>
            <w:vAlign w:val="center"/>
          </w:tcPr>
          <w:p w14:paraId="7F376335" w14:textId="77777777" w:rsidR="00A1363E" w:rsidRPr="00C85550" w:rsidRDefault="00A1363E" w:rsidP="00B520E7">
            <w:pPr>
              <w:rPr>
                <w:rFonts w:ascii="Times New Roman" w:hAnsi="Times New Roman"/>
              </w:rPr>
            </w:pPr>
            <w:r w:rsidRPr="00C85550">
              <w:rPr>
                <w:rFonts w:ascii="Times New Roman" w:hAnsi="Times New Roman"/>
                <w:sz w:val="20"/>
              </w:rPr>
              <w:t>N3–C5</w:t>
            </w:r>
          </w:p>
        </w:tc>
        <w:tc>
          <w:tcPr>
            <w:tcW w:w="1438" w:type="dxa"/>
            <w:vAlign w:val="center"/>
          </w:tcPr>
          <w:p w14:paraId="0AE5F4BF" w14:textId="77777777" w:rsidR="00A1363E" w:rsidRPr="00C85550" w:rsidRDefault="00A1363E" w:rsidP="00B520E7">
            <w:pPr>
              <w:rPr>
                <w:rFonts w:ascii="Times New Roman" w:hAnsi="Times New Roman"/>
              </w:rPr>
            </w:pPr>
            <w:r w:rsidRPr="00C85550">
              <w:rPr>
                <w:rFonts w:ascii="Times New Roman" w:hAnsi="Times New Roman"/>
                <w:sz w:val="20"/>
              </w:rPr>
              <w:t>1.335(5)</w:t>
            </w:r>
          </w:p>
        </w:tc>
        <w:tc>
          <w:tcPr>
            <w:tcW w:w="1437" w:type="dxa"/>
            <w:vAlign w:val="center"/>
          </w:tcPr>
          <w:p w14:paraId="32EB0D0B" w14:textId="77777777" w:rsidR="00A1363E" w:rsidRPr="00C85550" w:rsidRDefault="00A1363E" w:rsidP="00B520E7">
            <w:pPr>
              <w:rPr>
                <w:rFonts w:ascii="Times New Roman" w:hAnsi="Times New Roman"/>
              </w:rPr>
            </w:pPr>
          </w:p>
        </w:tc>
        <w:tc>
          <w:tcPr>
            <w:tcW w:w="1438" w:type="dxa"/>
            <w:vAlign w:val="center"/>
          </w:tcPr>
          <w:p w14:paraId="7E6027AC" w14:textId="77777777" w:rsidR="00A1363E" w:rsidRPr="00C85550" w:rsidRDefault="00A1363E" w:rsidP="00B520E7">
            <w:pPr>
              <w:rPr>
                <w:rFonts w:ascii="Times New Roman" w:hAnsi="Times New Roman"/>
              </w:rPr>
            </w:pPr>
          </w:p>
        </w:tc>
      </w:tr>
      <w:tr w:rsidR="00A1363E" w:rsidRPr="00C85550" w14:paraId="6796A937" w14:textId="77777777" w:rsidTr="00B520E7">
        <w:trPr>
          <w:trHeight w:val="283"/>
        </w:trPr>
        <w:tc>
          <w:tcPr>
            <w:tcW w:w="8624" w:type="dxa"/>
            <w:gridSpan w:val="6"/>
            <w:vAlign w:val="center"/>
          </w:tcPr>
          <w:p w14:paraId="0A047204" w14:textId="77777777" w:rsidR="00A1363E" w:rsidRPr="00C85550" w:rsidRDefault="00A1363E" w:rsidP="00B520E7">
            <w:pPr>
              <w:jc w:val="center"/>
              <w:rPr>
                <w:rFonts w:ascii="Times New Roman" w:hAnsi="Times New Roman"/>
              </w:rPr>
            </w:pPr>
            <w:r w:rsidRPr="00C85550">
              <w:rPr>
                <w:rFonts w:ascii="Times New Roman" w:hAnsi="Times New Roman"/>
                <w:b/>
              </w:rPr>
              <w:t>2a</w:t>
            </w:r>
          </w:p>
        </w:tc>
      </w:tr>
      <w:tr w:rsidR="00A1363E" w:rsidRPr="00C85550" w14:paraId="488C0427" w14:textId="77777777" w:rsidTr="00B520E7">
        <w:trPr>
          <w:trHeight w:val="283"/>
        </w:trPr>
        <w:tc>
          <w:tcPr>
            <w:tcW w:w="1436" w:type="dxa"/>
            <w:vAlign w:val="center"/>
          </w:tcPr>
          <w:p w14:paraId="19E691CD"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3D7431C0"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2DA56925"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3DBF747A"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74E44376"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73FCE938"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150E2774" w14:textId="77777777" w:rsidTr="00B520E7">
        <w:trPr>
          <w:trHeight w:val="283"/>
        </w:trPr>
        <w:tc>
          <w:tcPr>
            <w:tcW w:w="1436" w:type="dxa"/>
            <w:vAlign w:val="center"/>
          </w:tcPr>
          <w:p w14:paraId="3E881AEB" w14:textId="77777777" w:rsidR="00A1363E" w:rsidRPr="00C85550" w:rsidRDefault="00A1363E" w:rsidP="00B520E7">
            <w:pPr>
              <w:rPr>
                <w:rFonts w:ascii="Times New Roman" w:hAnsi="Times New Roman"/>
              </w:rPr>
            </w:pPr>
            <w:r w:rsidRPr="00C85550">
              <w:rPr>
                <w:rFonts w:ascii="Times New Roman" w:hAnsi="Times New Roman"/>
                <w:sz w:val="20"/>
              </w:rPr>
              <w:t>C5–C6</w:t>
            </w:r>
          </w:p>
        </w:tc>
        <w:tc>
          <w:tcPr>
            <w:tcW w:w="1438" w:type="dxa"/>
            <w:vAlign w:val="center"/>
          </w:tcPr>
          <w:p w14:paraId="067D7F8B" w14:textId="77777777" w:rsidR="00A1363E" w:rsidRPr="00C85550" w:rsidRDefault="00A1363E" w:rsidP="00B520E7">
            <w:pPr>
              <w:rPr>
                <w:rFonts w:ascii="Times New Roman" w:hAnsi="Times New Roman"/>
              </w:rPr>
            </w:pPr>
            <w:r w:rsidRPr="00C85550">
              <w:rPr>
                <w:rFonts w:ascii="Times New Roman" w:hAnsi="Times New Roman"/>
                <w:sz w:val="20"/>
              </w:rPr>
              <w:t>1.381(14)</w:t>
            </w:r>
          </w:p>
        </w:tc>
        <w:tc>
          <w:tcPr>
            <w:tcW w:w="1437" w:type="dxa"/>
            <w:vAlign w:val="center"/>
          </w:tcPr>
          <w:p w14:paraId="1792A6A1" w14:textId="77777777" w:rsidR="00A1363E" w:rsidRPr="00C85550" w:rsidRDefault="00A1363E" w:rsidP="00B520E7">
            <w:pPr>
              <w:rPr>
                <w:rFonts w:ascii="Times New Roman" w:hAnsi="Times New Roman"/>
              </w:rPr>
            </w:pPr>
            <w:r w:rsidRPr="00C85550">
              <w:rPr>
                <w:rFonts w:ascii="Times New Roman" w:hAnsi="Times New Roman"/>
                <w:sz w:val="20"/>
              </w:rPr>
              <w:t>Mo1–O1</w:t>
            </w:r>
          </w:p>
        </w:tc>
        <w:tc>
          <w:tcPr>
            <w:tcW w:w="1438" w:type="dxa"/>
            <w:vAlign w:val="center"/>
          </w:tcPr>
          <w:p w14:paraId="700F2BA1" w14:textId="77777777" w:rsidR="00A1363E" w:rsidRPr="00C85550" w:rsidRDefault="00A1363E" w:rsidP="00B520E7">
            <w:pPr>
              <w:rPr>
                <w:rFonts w:ascii="Times New Roman" w:hAnsi="Times New Roman"/>
              </w:rPr>
            </w:pPr>
            <w:r w:rsidRPr="00C85550">
              <w:rPr>
                <w:rFonts w:ascii="Times New Roman" w:hAnsi="Times New Roman"/>
                <w:sz w:val="20"/>
              </w:rPr>
              <w:t>2.024(6)</w:t>
            </w:r>
          </w:p>
        </w:tc>
        <w:tc>
          <w:tcPr>
            <w:tcW w:w="1437" w:type="dxa"/>
            <w:vAlign w:val="center"/>
          </w:tcPr>
          <w:p w14:paraId="1109A1B9" w14:textId="77777777" w:rsidR="00A1363E" w:rsidRPr="00C85550" w:rsidRDefault="00A1363E" w:rsidP="00B520E7">
            <w:pPr>
              <w:rPr>
                <w:rFonts w:ascii="Times New Roman" w:hAnsi="Times New Roman"/>
              </w:rPr>
            </w:pPr>
            <w:r w:rsidRPr="00C85550">
              <w:rPr>
                <w:rFonts w:ascii="Times New Roman" w:hAnsi="Times New Roman"/>
                <w:sz w:val="20"/>
              </w:rPr>
              <w:t>N3–C5</w:t>
            </w:r>
          </w:p>
        </w:tc>
        <w:tc>
          <w:tcPr>
            <w:tcW w:w="1438" w:type="dxa"/>
            <w:vAlign w:val="center"/>
          </w:tcPr>
          <w:p w14:paraId="398DEEC7" w14:textId="77777777" w:rsidR="00A1363E" w:rsidRPr="00C85550" w:rsidRDefault="00A1363E" w:rsidP="00B520E7">
            <w:pPr>
              <w:rPr>
                <w:rFonts w:ascii="Times New Roman" w:hAnsi="Times New Roman"/>
              </w:rPr>
            </w:pPr>
            <w:r w:rsidRPr="00C85550">
              <w:rPr>
                <w:rFonts w:ascii="Times New Roman" w:hAnsi="Times New Roman"/>
                <w:sz w:val="20"/>
              </w:rPr>
              <w:t>1.327(14)</w:t>
            </w:r>
          </w:p>
        </w:tc>
      </w:tr>
      <w:tr w:rsidR="00A1363E" w:rsidRPr="00C85550" w14:paraId="21874185" w14:textId="77777777" w:rsidTr="00B520E7">
        <w:trPr>
          <w:trHeight w:val="283"/>
        </w:trPr>
        <w:tc>
          <w:tcPr>
            <w:tcW w:w="1436" w:type="dxa"/>
            <w:vAlign w:val="center"/>
          </w:tcPr>
          <w:p w14:paraId="5B0C5AD7"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38" w:type="dxa"/>
            <w:vAlign w:val="center"/>
          </w:tcPr>
          <w:p w14:paraId="0405D1CF" w14:textId="77777777" w:rsidR="00A1363E" w:rsidRPr="00C85550" w:rsidRDefault="00A1363E" w:rsidP="00B520E7">
            <w:pPr>
              <w:rPr>
                <w:rFonts w:ascii="Times New Roman" w:hAnsi="Times New Roman"/>
              </w:rPr>
            </w:pPr>
            <w:r w:rsidRPr="00C85550">
              <w:rPr>
                <w:rFonts w:ascii="Times New Roman" w:hAnsi="Times New Roman"/>
                <w:sz w:val="20"/>
              </w:rPr>
              <w:t>1.395(14)</w:t>
            </w:r>
          </w:p>
        </w:tc>
        <w:tc>
          <w:tcPr>
            <w:tcW w:w="1437" w:type="dxa"/>
            <w:vAlign w:val="center"/>
          </w:tcPr>
          <w:p w14:paraId="6E4EB4A8" w14:textId="77777777" w:rsidR="00A1363E" w:rsidRPr="00C85550" w:rsidRDefault="00A1363E" w:rsidP="00B520E7">
            <w:pPr>
              <w:rPr>
                <w:rFonts w:ascii="Times New Roman" w:hAnsi="Times New Roman"/>
              </w:rPr>
            </w:pPr>
            <w:r w:rsidRPr="00C85550">
              <w:rPr>
                <w:rFonts w:ascii="Times New Roman" w:hAnsi="Times New Roman"/>
                <w:sz w:val="20"/>
              </w:rPr>
              <w:t>Mo1–O2</w:t>
            </w:r>
          </w:p>
        </w:tc>
        <w:tc>
          <w:tcPr>
            <w:tcW w:w="1438" w:type="dxa"/>
            <w:vAlign w:val="center"/>
          </w:tcPr>
          <w:p w14:paraId="5C7595A7" w14:textId="77777777" w:rsidR="00A1363E" w:rsidRPr="00C85550" w:rsidRDefault="00A1363E" w:rsidP="00B520E7">
            <w:pPr>
              <w:rPr>
                <w:rFonts w:ascii="Times New Roman" w:hAnsi="Times New Roman"/>
              </w:rPr>
            </w:pPr>
            <w:r w:rsidRPr="00C85550">
              <w:rPr>
                <w:rFonts w:ascii="Times New Roman" w:hAnsi="Times New Roman"/>
                <w:sz w:val="20"/>
              </w:rPr>
              <w:t>1.918(5)</w:t>
            </w:r>
          </w:p>
        </w:tc>
        <w:tc>
          <w:tcPr>
            <w:tcW w:w="1437" w:type="dxa"/>
            <w:vAlign w:val="center"/>
          </w:tcPr>
          <w:p w14:paraId="25FB14FE" w14:textId="77777777" w:rsidR="00A1363E" w:rsidRPr="00C85550" w:rsidRDefault="00A1363E" w:rsidP="00B520E7">
            <w:pPr>
              <w:rPr>
                <w:rFonts w:ascii="Times New Roman" w:hAnsi="Times New Roman"/>
              </w:rPr>
            </w:pPr>
            <w:r w:rsidRPr="00C85550">
              <w:rPr>
                <w:rFonts w:ascii="Times New Roman" w:hAnsi="Times New Roman"/>
                <w:sz w:val="20"/>
              </w:rPr>
              <w:t>O1–C2</w:t>
            </w:r>
          </w:p>
        </w:tc>
        <w:tc>
          <w:tcPr>
            <w:tcW w:w="1438" w:type="dxa"/>
            <w:vAlign w:val="center"/>
          </w:tcPr>
          <w:p w14:paraId="2C610846" w14:textId="77777777" w:rsidR="00A1363E" w:rsidRPr="00C85550" w:rsidRDefault="00A1363E" w:rsidP="00B520E7">
            <w:pPr>
              <w:rPr>
                <w:rFonts w:ascii="Times New Roman" w:hAnsi="Times New Roman"/>
              </w:rPr>
            </w:pPr>
            <w:r w:rsidRPr="00C85550">
              <w:rPr>
                <w:rFonts w:ascii="Times New Roman" w:hAnsi="Times New Roman"/>
                <w:sz w:val="20"/>
              </w:rPr>
              <w:t>1.308(12)</w:t>
            </w:r>
          </w:p>
        </w:tc>
      </w:tr>
      <w:tr w:rsidR="00A1363E" w:rsidRPr="00C85550" w14:paraId="46C3F70E" w14:textId="77777777" w:rsidTr="00B520E7">
        <w:trPr>
          <w:trHeight w:val="283"/>
        </w:trPr>
        <w:tc>
          <w:tcPr>
            <w:tcW w:w="1436" w:type="dxa"/>
            <w:vAlign w:val="center"/>
          </w:tcPr>
          <w:p w14:paraId="5CE947DB" w14:textId="77777777" w:rsidR="00A1363E" w:rsidRPr="00C85550" w:rsidRDefault="00A1363E" w:rsidP="00B520E7">
            <w:pPr>
              <w:rPr>
                <w:rFonts w:ascii="Times New Roman" w:hAnsi="Times New Roman"/>
              </w:rPr>
            </w:pPr>
            <w:r w:rsidRPr="00C85550">
              <w:rPr>
                <w:rFonts w:ascii="Times New Roman" w:hAnsi="Times New Roman"/>
                <w:sz w:val="20"/>
              </w:rPr>
              <w:t>C8–C9</w:t>
            </w:r>
          </w:p>
        </w:tc>
        <w:tc>
          <w:tcPr>
            <w:tcW w:w="1438" w:type="dxa"/>
            <w:vAlign w:val="center"/>
          </w:tcPr>
          <w:p w14:paraId="7C7693C4" w14:textId="77777777" w:rsidR="00A1363E" w:rsidRPr="00C85550" w:rsidRDefault="00A1363E" w:rsidP="00B520E7">
            <w:pPr>
              <w:rPr>
                <w:rFonts w:ascii="Times New Roman" w:hAnsi="Times New Roman"/>
              </w:rPr>
            </w:pPr>
            <w:r w:rsidRPr="00C85550">
              <w:rPr>
                <w:rFonts w:ascii="Times New Roman" w:hAnsi="Times New Roman"/>
                <w:sz w:val="20"/>
              </w:rPr>
              <w:t>1.402(13)</w:t>
            </w:r>
          </w:p>
        </w:tc>
        <w:tc>
          <w:tcPr>
            <w:tcW w:w="1437" w:type="dxa"/>
            <w:vAlign w:val="center"/>
          </w:tcPr>
          <w:p w14:paraId="6C0FC607" w14:textId="77777777" w:rsidR="00A1363E" w:rsidRPr="00C85550" w:rsidRDefault="00A1363E" w:rsidP="00B520E7">
            <w:pPr>
              <w:rPr>
                <w:rFonts w:ascii="Times New Roman" w:hAnsi="Times New Roman"/>
              </w:rPr>
            </w:pPr>
            <w:r w:rsidRPr="00C85550">
              <w:rPr>
                <w:rFonts w:ascii="Times New Roman" w:hAnsi="Times New Roman"/>
                <w:sz w:val="20"/>
              </w:rPr>
              <w:t>Mo1–O4</w:t>
            </w:r>
          </w:p>
        </w:tc>
        <w:tc>
          <w:tcPr>
            <w:tcW w:w="1438" w:type="dxa"/>
            <w:vAlign w:val="center"/>
          </w:tcPr>
          <w:p w14:paraId="342CF640" w14:textId="77777777" w:rsidR="00A1363E" w:rsidRPr="00C85550" w:rsidRDefault="00A1363E" w:rsidP="00B520E7">
            <w:pPr>
              <w:rPr>
                <w:rFonts w:ascii="Times New Roman" w:hAnsi="Times New Roman"/>
              </w:rPr>
            </w:pPr>
            <w:r w:rsidRPr="00C85550">
              <w:rPr>
                <w:rFonts w:ascii="Times New Roman" w:hAnsi="Times New Roman"/>
                <w:sz w:val="20"/>
              </w:rPr>
              <w:t>1.707(7)</w:t>
            </w:r>
          </w:p>
        </w:tc>
        <w:tc>
          <w:tcPr>
            <w:tcW w:w="1437" w:type="dxa"/>
            <w:vAlign w:val="center"/>
          </w:tcPr>
          <w:p w14:paraId="3BEFCAE5" w14:textId="77777777" w:rsidR="00A1363E" w:rsidRPr="00C85550" w:rsidRDefault="00A1363E" w:rsidP="00B520E7">
            <w:pPr>
              <w:rPr>
                <w:rFonts w:ascii="Times New Roman" w:hAnsi="Times New Roman"/>
              </w:rPr>
            </w:pPr>
            <w:r w:rsidRPr="00C85550">
              <w:rPr>
                <w:rFonts w:ascii="Times New Roman" w:hAnsi="Times New Roman"/>
                <w:sz w:val="20"/>
              </w:rPr>
              <w:t>O2–C9</w:t>
            </w:r>
          </w:p>
        </w:tc>
        <w:tc>
          <w:tcPr>
            <w:tcW w:w="1438" w:type="dxa"/>
            <w:vAlign w:val="center"/>
          </w:tcPr>
          <w:p w14:paraId="79477E44" w14:textId="77777777" w:rsidR="00A1363E" w:rsidRPr="00C85550" w:rsidRDefault="00A1363E" w:rsidP="00B520E7">
            <w:pPr>
              <w:rPr>
                <w:rFonts w:ascii="Times New Roman" w:hAnsi="Times New Roman"/>
              </w:rPr>
            </w:pPr>
            <w:r w:rsidRPr="00C85550">
              <w:rPr>
                <w:rFonts w:ascii="Times New Roman" w:hAnsi="Times New Roman"/>
                <w:sz w:val="20"/>
              </w:rPr>
              <w:t>1.349(12)</w:t>
            </w:r>
          </w:p>
        </w:tc>
      </w:tr>
      <w:tr w:rsidR="00A1363E" w:rsidRPr="00C85550" w14:paraId="4E692070" w14:textId="77777777" w:rsidTr="00B520E7">
        <w:trPr>
          <w:trHeight w:val="283"/>
        </w:trPr>
        <w:tc>
          <w:tcPr>
            <w:tcW w:w="1436" w:type="dxa"/>
            <w:vAlign w:val="center"/>
          </w:tcPr>
          <w:p w14:paraId="66E9B3C4" w14:textId="77777777" w:rsidR="00A1363E" w:rsidRPr="00C85550" w:rsidRDefault="00A1363E" w:rsidP="00B520E7">
            <w:pPr>
              <w:rPr>
                <w:rFonts w:ascii="Times New Roman" w:hAnsi="Times New Roman"/>
              </w:rPr>
            </w:pPr>
            <w:r w:rsidRPr="00C85550">
              <w:rPr>
                <w:rFonts w:ascii="Times New Roman" w:hAnsi="Times New Roman"/>
                <w:sz w:val="20"/>
              </w:rPr>
              <w:t>C8–C13</w:t>
            </w:r>
          </w:p>
        </w:tc>
        <w:tc>
          <w:tcPr>
            <w:tcW w:w="1438" w:type="dxa"/>
            <w:vAlign w:val="center"/>
          </w:tcPr>
          <w:p w14:paraId="2EA264AF" w14:textId="77777777" w:rsidR="00A1363E" w:rsidRPr="00C85550" w:rsidRDefault="00A1363E" w:rsidP="00B520E7">
            <w:pPr>
              <w:rPr>
                <w:rFonts w:ascii="Times New Roman" w:hAnsi="Times New Roman"/>
              </w:rPr>
            </w:pPr>
            <w:r w:rsidRPr="00C85550">
              <w:rPr>
                <w:rFonts w:ascii="Times New Roman" w:hAnsi="Times New Roman"/>
                <w:sz w:val="20"/>
              </w:rPr>
              <w:t>1.408(12)</w:t>
            </w:r>
          </w:p>
        </w:tc>
        <w:tc>
          <w:tcPr>
            <w:tcW w:w="1437" w:type="dxa"/>
            <w:vAlign w:val="center"/>
          </w:tcPr>
          <w:p w14:paraId="26FD586E" w14:textId="77777777" w:rsidR="00A1363E" w:rsidRPr="00C85550" w:rsidRDefault="00A1363E" w:rsidP="00B520E7">
            <w:pPr>
              <w:rPr>
                <w:rFonts w:ascii="Times New Roman" w:hAnsi="Times New Roman"/>
              </w:rPr>
            </w:pPr>
            <w:r w:rsidRPr="00C85550">
              <w:rPr>
                <w:rFonts w:ascii="Times New Roman" w:hAnsi="Times New Roman"/>
                <w:sz w:val="20"/>
              </w:rPr>
              <w:t>Mo1–O5</w:t>
            </w:r>
          </w:p>
        </w:tc>
        <w:tc>
          <w:tcPr>
            <w:tcW w:w="1438" w:type="dxa"/>
            <w:vAlign w:val="center"/>
          </w:tcPr>
          <w:p w14:paraId="6036390B" w14:textId="77777777" w:rsidR="00A1363E" w:rsidRPr="00C85550" w:rsidRDefault="00A1363E" w:rsidP="00B520E7">
            <w:pPr>
              <w:rPr>
                <w:rFonts w:ascii="Times New Roman" w:hAnsi="Times New Roman"/>
              </w:rPr>
            </w:pPr>
            <w:r w:rsidRPr="00C85550">
              <w:rPr>
                <w:rFonts w:ascii="Times New Roman" w:hAnsi="Times New Roman"/>
                <w:sz w:val="20"/>
              </w:rPr>
              <w:t>1.704(9)</w:t>
            </w:r>
          </w:p>
        </w:tc>
        <w:tc>
          <w:tcPr>
            <w:tcW w:w="1437" w:type="dxa"/>
            <w:vAlign w:val="center"/>
          </w:tcPr>
          <w:p w14:paraId="1B3746F8" w14:textId="77777777" w:rsidR="00A1363E" w:rsidRPr="00C85550" w:rsidRDefault="00A1363E" w:rsidP="00B520E7">
            <w:pPr>
              <w:rPr>
                <w:rFonts w:ascii="Times New Roman" w:hAnsi="Times New Roman"/>
              </w:rPr>
            </w:pPr>
            <w:r w:rsidRPr="00C85550">
              <w:rPr>
                <w:rFonts w:ascii="Times New Roman" w:hAnsi="Times New Roman"/>
                <w:sz w:val="20"/>
              </w:rPr>
              <w:t>O3–C12</w:t>
            </w:r>
          </w:p>
        </w:tc>
        <w:tc>
          <w:tcPr>
            <w:tcW w:w="1438" w:type="dxa"/>
            <w:vAlign w:val="center"/>
          </w:tcPr>
          <w:p w14:paraId="32AA681E" w14:textId="77777777" w:rsidR="00A1363E" w:rsidRPr="00C85550" w:rsidRDefault="00A1363E" w:rsidP="00B520E7">
            <w:pPr>
              <w:rPr>
                <w:rFonts w:ascii="Times New Roman" w:hAnsi="Times New Roman"/>
              </w:rPr>
            </w:pPr>
            <w:r w:rsidRPr="00C85550">
              <w:rPr>
                <w:rFonts w:ascii="Times New Roman" w:hAnsi="Times New Roman"/>
                <w:sz w:val="20"/>
              </w:rPr>
              <w:t>1.371(12)</w:t>
            </w:r>
          </w:p>
        </w:tc>
      </w:tr>
      <w:tr w:rsidR="00A1363E" w:rsidRPr="00C85550" w14:paraId="30EB7C38" w14:textId="77777777" w:rsidTr="00B520E7">
        <w:trPr>
          <w:trHeight w:val="283"/>
        </w:trPr>
        <w:tc>
          <w:tcPr>
            <w:tcW w:w="1436" w:type="dxa"/>
            <w:vAlign w:val="center"/>
          </w:tcPr>
          <w:p w14:paraId="320E44DA"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38" w:type="dxa"/>
            <w:vAlign w:val="center"/>
          </w:tcPr>
          <w:p w14:paraId="687422B4" w14:textId="77777777" w:rsidR="00A1363E" w:rsidRPr="00C85550" w:rsidRDefault="00A1363E" w:rsidP="00B520E7">
            <w:pPr>
              <w:rPr>
                <w:rFonts w:ascii="Times New Roman" w:hAnsi="Times New Roman"/>
              </w:rPr>
            </w:pPr>
            <w:r w:rsidRPr="00C85550">
              <w:rPr>
                <w:rFonts w:ascii="Times New Roman" w:hAnsi="Times New Roman"/>
                <w:sz w:val="20"/>
              </w:rPr>
              <w:t>1.399(12)</w:t>
            </w:r>
          </w:p>
        </w:tc>
        <w:tc>
          <w:tcPr>
            <w:tcW w:w="1437" w:type="dxa"/>
            <w:vAlign w:val="center"/>
          </w:tcPr>
          <w:p w14:paraId="4A64467B" w14:textId="77777777" w:rsidR="00A1363E" w:rsidRPr="00C85550" w:rsidRDefault="00A1363E" w:rsidP="00B520E7">
            <w:pPr>
              <w:rPr>
                <w:rFonts w:ascii="Times New Roman" w:hAnsi="Times New Roman"/>
              </w:rPr>
            </w:pPr>
            <w:r w:rsidRPr="00C85550">
              <w:rPr>
                <w:rFonts w:ascii="Times New Roman" w:hAnsi="Times New Roman"/>
                <w:sz w:val="20"/>
              </w:rPr>
              <w:t>Mo1–O6</w:t>
            </w:r>
          </w:p>
        </w:tc>
        <w:tc>
          <w:tcPr>
            <w:tcW w:w="1438" w:type="dxa"/>
            <w:vAlign w:val="center"/>
          </w:tcPr>
          <w:p w14:paraId="03F0B687" w14:textId="77777777" w:rsidR="00A1363E" w:rsidRPr="00C85550" w:rsidRDefault="00A1363E" w:rsidP="00B520E7">
            <w:pPr>
              <w:rPr>
                <w:rFonts w:ascii="Times New Roman" w:hAnsi="Times New Roman"/>
              </w:rPr>
            </w:pPr>
            <w:r w:rsidRPr="00C85550">
              <w:rPr>
                <w:rFonts w:ascii="Times New Roman" w:hAnsi="Times New Roman"/>
                <w:sz w:val="20"/>
              </w:rPr>
              <w:t>2.295(7)</w:t>
            </w:r>
          </w:p>
        </w:tc>
        <w:tc>
          <w:tcPr>
            <w:tcW w:w="1437" w:type="dxa"/>
            <w:vAlign w:val="center"/>
          </w:tcPr>
          <w:p w14:paraId="4497045A" w14:textId="77777777" w:rsidR="00A1363E" w:rsidRPr="00C85550" w:rsidRDefault="00A1363E" w:rsidP="00B520E7">
            <w:pPr>
              <w:rPr>
                <w:rFonts w:ascii="Times New Roman" w:hAnsi="Times New Roman"/>
              </w:rPr>
            </w:pPr>
            <w:r w:rsidRPr="00C85550">
              <w:rPr>
                <w:rFonts w:ascii="Times New Roman" w:hAnsi="Times New Roman"/>
                <w:sz w:val="20"/>
              </w:rPr>
              <w:t>O3–C14</w:t>
            </w:r>
          </w:p>
        </w:tc>
        <w:tc>
          <w:tcPr>
            <w:tcW w:w="1438" w:type="dxa"/>
            <w:vAlign w:val="center"/>
          </w:tcPr>
          <w:p w14:paraId="708ECA15" w14:textId="77777777" w:rsidR="00A1363E" w:rsidRPr="00C85550" w:rsidRDefault="00A1363E" w:rsidP="00B520E7">
            <w:pPr>
              <w:rPr>
                <w:rFonts w:ascii="Times New Roman" w:hAnsi="Times New Roman"/>
              </w:rPr>
            </w:pPr>
            <w:r w:rsidRPr="00C85550">
              <w:rPr>
                <w:rFonts w:ascii="Times New Roman" w:hAnsi="Times New Roman"/>
                <w:sz w:val="20"/>
              </w:rPr>
              <w:t>1.432(12)</w:t>
            </w:r>
          </w:p>
        </w:tc>
      </w:tr>
      <w:tr w:rsidR="00A1363E" w:rsidRPr="00C85550" w14:paraId="212F59CD" w14:textId="77777777" w:rsidTr="00B520E7">
        <w:trPr>
          <w:trHeight w:val="283"/>
        </w:trPr>
        <w:tc>
          <w:tcPr>
            <w:tcW w:w="1436" w:type="dxa"/>
            <w:vAlign w:val="center"/>
          </w:tcPr>
          <w:p w14:paraId="55093C18"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38" w:type="dxa"/>
            <w:vAlign w:val="center"/>
          </w:tcPr>
          <w:p w14:paraId="5E53570F" w14:textId="77777777" w:rsidR="00A1363E" w:rsidRPr="00C85550" w:rsidRDefault="00A1363E" w:rsidP="00B520E7">
            <w:pPr>
              <w:rPr>
                <w:rFonts w:ascii="Times New Roman" w:hAnsi="Times New Roman"/>
              </w:rPr>
            </w:pPr>
            <w:r w:rsidRPr="00C85550">
              <w:rPr>
                <w:rFonts w:ascii="Times New Roman" w:hAnsi="Times New Roman"/>
                <w:sz w:val="20"/>
              </w:rPr>
              <w:t>1.404(13)</w:t>
            </w:r>
          </w:p>
        </w:tc>
        <w:tc>
          <w:tcPr>
            <w:tcW w:w="1437" w:type="dxa"/>
            <w:vAlign w:val="center"/>
          </w:tcPr>
          <w:p w14:paraId="3E3FBB55" w14:textId="77777777" w:rsidR="00A1363E" w:rsidRPr="00C85550" w:rsidRDefault="00A1363E" w:rsidP="00B520E7">
            <w:pPr>
              <w:rPr>
                <w:rFonts w:ascii="Times New Roman" w:hAnsi="Times New Roman"/>
              </w:rPr>
            </w:pPr>
            <w:r w:rsidRPr="00C85550">
              <w:rPr>
                <w:rFonts w:ascii="Times New Roman" w:hAnsi="Times New Roman"/>
                <w:sz w:val="20"/>
              </w:rPr>
              <w:t>N1–C1</w:t>
            </w:r>
          </w:p>
        </w:tc>
        <w:tc>
          <w:tcPr>
            <w:tcW w:w="1438" w:type="dxa"/>
            <w:vAlign w:val="center"/>
          </w:tcPr>
          <w:p w14:paraId="2E028066" w14:textId="77777777" w:rsidR="00A1363E" w:rsidRPr="00C85550" w:rsidRDefault="00A1363E" w:rsidP="00B520E7">
            <w:pPr>
              <w:rPr>
                <w:rFonts w:ascii="Times New Roman" w:hAnsi="Times New Roman"/>
              </w:rPr>
            </w:pPr>
            <w:r w:rsidRPr="00C85550">
              <w:rPr>
                <w:rFonts w:ascii="Times New Roman" w:hAnsi="Times New Roman"/>
                <w:sz w:val="20"/>
              </w:rPr>
              <w:t>1.286(12)</w:t>
            </w:r>
          </w:p>
        </w:tc>
        <w:tc>
          <w:tcPr>
            <w:tcW w:w="1437" w:type="dxa"/>
            <w:vAlign w:val="center"/>
          </w:tcPr>
          <w:p w14:paraId="31049EB3" w14:textId="77777777" w:rsidR="00A1363E" w:rsidRPr="00C85550" w:rsidRDefault="00A1363E" w:rsidP="00B520E7">
            <w:pPr>
              <w:rPr>
                <w:rFonts w:ascii="Times New Roman" w:hAnsi="Times New Roman"/>
              </w:rPr>
            </w:pPr>
            <w:r w:rsidRPr="00C85550">
              <w:rPr>
                <w:rFonts w:ascii="Times New Roman" w:hAnsi="Times New Roman"/>
                <w:sz w:val="20"/>
              </w:rPr>
              <w:t>O6–C15</w:t>
            </w:r>
          </w:p>
        </w:tc>
        <w:tc>
          <w:tcPr>
            <w:tcW w:w="1438" w:type="dxa"/>
            <w:vAlign w:val="center"/>
          </w:tcPr>
          <w:p w14:paraId="1949041C" w14:textId="77777777" w:rsidR="00A1363E" w:rsidRPr="00C85550" w:rsidRDefault="00A1363E" w:rsidP="00B520E7">
            <w:pPr>
              <w:rPr>
                <w:rFonts w:ascii="Times New Roman" w:hAnsi="Times New Roman"/>
              </w:rPr>
            </w:pPr>
            <w:r w:rsidRPr="00C85550">
              <w:rPr>
                <w:rFonts w:ascii="Times New Roman" w:hAnsi="Times New Roman"/>
                <w:sz w:val="20"/>
              </w:rPr>
              <w:t>1.413(13)</w:t>
            </w:r>
          </w:p>
        </w:tc>
      </w:tr>
      <w:tr w:rsidR="00A1363E" w:rsidRPr="00C85550" w14:paraId="2E9C1BDF" w14:textId="77777777" w:rsidTr="00B520E7">
        <w:trPr>
          <w:trHeight w:val="283"/>
        </w:trPr>
        <w:tc>
          <w:tcPr>
            <w:tcW w:w="1436" w:type="dxa"/>
            <w:vAlign w:val="center"/>
          </w:tcPr>
          <w:p w14:paraId="3094C6B8"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38" w:type="dxa"/>
            <w:vAlign w:val="center"/>
          </w:tcPr>
          <w:p w14:paraId="569851FD" w14:textId="77777777" w:rsidR="00A1363E" w:rsidRPr="00C85550" w:rsidRDefault="00A1363E" w:rsidP="00B520E7">
            <w:pPr>
              <w:rPr>
                <w:rFonts w:ascii="Times New Roman" w:hAnsi="Times New Roman"/>
              </w:rPr>
            </w:pPr>
            <w:r w:rsidRPr="00C85550">
              <w:rPr>
                <w:rFonts w:ascii="Times New Roman" w:hAnsi="Times New Roman"/>
                <w:sz w:val="20"/>
              </w:rPr>
              <w:t>1.405(14)</w:t>
            </w:r>
          </w:p>
        </w:tc>
        <w:tc>
          <w:tcPr>
            <w:tcW w:w="1437" w:type="dxa"/>
            <w:vAlign w:val="center"/>
          </w:tcPr>
          <w:p w14:paraId="2C8E4C40"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38" w:type="dxa"/>
            <w:vAlign w:val="center"/>
          </w:tcPr>
          <w:p w14:paraId="6A0FF7F5" w14:textId="77777777" w:rsidR="00A1363E" w:rsidRPr="00C85550" w:rsidRDefault="00A1363E" w:rsidP="00B520E7">
            <w:pPr>
              <w:rPr>
                <w:rFonts w:ascii="Times New Roman" w:hAnsi="Times New Roman"/>
              </w:rPr>
            </w:pPr>
            <w:r w:rsidRPr="00C85550">
              <w:rPr>
                <w:rFonts w:ascii="Times New Roman" w:hAnsi="Times New Roman"/>
                <w:sz w:val="20"/>
              </w:rPr>
              <w:t>1.409(10)</w:t>
            </w:r>
          </w:p>
        </w:tc>
        <w:tc>
          <w:tcPr>
            <w:tcW w:w="1437" w:type="dxa"/>
            <w:vAlign w:val="center"/>
          </w:tcPr>
          <w:p w14:paraId="01A86180" w14:textId="77777777" w:rsidR="00A1363E" w:rsidRPr="00C85550" w:rsidRDefault="00A1363E" w:rsidP="00B520E7">
            <w:pPr>
              <w:rPr>
                <w:rFonts w:ascii="Times New Roman" w:hAnsi="Times New Roman"/>
              </w:rPr>
            </w:pPr>
            <w:r w:rsidRPr="00C85550">
              <w:rPr>
                <w:rFonts w:ascii="Times New Roman" w:hAnsi="Times New Roman"/>
                <w:sz w:val="20"/>
              </w:rPr>
              <w:t>O6–H6</w:t>
            </w:r>
          </w:p>
        </w:tc>
        <w:tc>
          <w:tcPr>
            <w:tcW w:w="1438" w:type="dxa"/>
            <w:vAlign w:val="center"/>
          </w:tcPr>
          <w:p w14:paraId="33B129C4" w14:textId="77777777" w:rsidR="00A1363E" w:rsidRPr="00C85550" w:rsidRDefault="00A1363E" w:rsidP="00B520E7">
            <w:pPr>
              <w:rPr>
                <w:rFonts w:ascii="Times New Roman" w:hAnsi="Times New Roman"/>
              </w:rPr>
            </w:pPr>
            <w:r w:rsidRPr="00C85550">
              <w:rPr>
                <w:rFonts w:ascii="Times New Roman" w:hAnsi="Times New Roman"/>
                <w:sz w:val="20"/>
              </w:rPr>
              <w:t>0.88(11)</w:t>
            </w:r>
          </w:p>
        </w:tc>
      </w:tr>
      <w:tr w:rsidR="00A1363E" w:rsidRPr="00C85550" w14:paraId="6B5E3EA3" w14:textId="77777777" w:rsidTr="00B520E7">
        <w:trPr>
          <w:trHeight w:val="283"/>
        </w:trPr>
        <w:tc>
          <w:tcPr>
            <w:tcW w:w="1436" w:type="dxa"/>
            <w:vAlign w:val="center"/>
          </w:tcPr>
          <w:p w14:paraId="35E60CEC" w14:textId="77777777" w:rsidR="00A1363E" w:rsidRPr="00C85550" w:rsidRDefault="00A1363E" w:rsidP="00B520E7">
            <w:pPr>
              <w:rPr>
                <w:rFonts w:ascii="Times New Roman" w:hAnsi="Times New Roman"/>
              </w:rPr>
            </w:pPr>
            <w:r w:rsidRPr="00C85550">
              <w:rPr>
                <w:rFonts w:ascii="Times New Roman" w:hAnsi="Times New Roman"/>
                <w:sz w:val="20"/>
              </w:rPr>
              <w:t>C12–C13</w:t>
            </w:r>
          </w:p>
        </w:tc>
        <w:tc>
          <w:tcPr>
            <w:tcW w:w="1438" w:type="dxa"/>
            <w:vAlign w:val="center"/>
          </w:tcPr>
          <w:p w14:paraId="558A7FD4" w14:textId="77777777" w:rsidR="00A1363E" w:rsidRPr="00C85550" w:rsidRDefault="00A1363E" w:rsidP="00B520E7">
            <w:pPr>
              <w:rPr>
                <w:rFonts w:ascii="Times New Roman" w:hAnsi="Times New Roman"/>
              </w:rPr>
            </w:pPr>
            <w:r w:rsidRPr="00C85550">
              <w:rPr>
                <w:rFonts w:ascii="Times New Roman" w:hAnsi="Times New Roman"/>
                <w:sz w:val="20"/>
              </w:rPr>
              <w:t>1.391(12)</w:t>
            </w:r>
          </w:p>
        </w:tc>
        <w:tc>
          <w:tcPr>
            <w:tcW w:w="1437" w:type="dxa"/>
            <w:vAlign w:val="center"/>
          </w:tcPr>
          <w:p w14:paraId="3D56D21D" w14:textId="77777777" w:rsidR="00A1363E" w:rsidRPr="00C85550" w:rsidRDefault="00A1363E" w:rsidP="00B520E7">
            <w:pPr>
              <w:rPr>
                <w:rFonts w:ascii="Times New Roman" w:hAnsi="Times New Roman"/>
              </w:rPr>
            </w:pPr>
            <w:r w:rsidRPr="00C85550">
              <w:rPr>
                <w:rFonts w:ascii="Times New Roman" w:hAnsi="Times New Roman"/>
                <w:sz w:val="20"/>
              </w:rPr>
              <w:t>N2–C2</w:t>
            </w:r>
          </w:p>
        </w:tc>
        <w:tc>
          <w:tcPr>
            <w:tcW w:w="1438" w:type="dxa"/>
            <w:vAlign w:val="center"/>
          </w:tcPr>
          <w:p w14:paraId="46C7842B" w14:textId="77777777" w:rsidR="00A1363E" w:rsidRPr="00C85550" w:rsidRDefault="00A1363E" w:rsidP="00B520E7">
            <w:pPr>
              <w:rPr>
                <w:rFonts w:ascii="Times New Roman" w:hAnsi="Times New Roman"/>
              </w:rPr>
            </w:pPr>
            <w:r w:rsidRPr="00C85550">
              <w:rPr>
                <w:rFonts w:ascii="Times New Roman" w:hAnsi="Times New Roman"/>
                <w:sz w:val="20"/>
              </w:rPr>
              <w:t>1.287(11)</w:t>
            </w:r>
          </w:p>
        </w:tc>
        <w:tc>
          <w:tcPr>
            <w:tcW w:w="1437" w:type="dxa"/>
            <w:vAlign w:val="center"/>
          </w:tcPr>
          <w:p w14:paraId="6F263318" w14:textId="77777777" w:rsidR="00A1363E" w:rsidRPr="00C85550" w:rsidRDefault="00A1363E" w:rsidP="00B520E7">
            <w:pPr>
              <w:rPr>
                <w:rFonts w:ascii="Times New Roman" w:hAnsi="Times New Roman"/>
              </w:rPr>
            </w:pPr>
          </w:p>
        </w:tc>
        <w:tc>
          <w:tcPr>
            <w:tcW w:w="1438" w:type="dxa"/>
            <w:vAlign w:val="center"/>
          </w:tcPr>
          <w:p w14:paraId="278318E1" w14:textId="77777777" w:rsidR="00A1363E" w:rsidRPr="00C85550" w:rsidRDefault="00A1363E" w:rsidP="00B520E7">
            <w:pPr>
              <w:rPr>
                <w:rFonts w:ascii="Times New Roman" w:hAnsi="Times New Roman"/>
              </w:rPr>
            </w:pPr>
          </w:p>
        </w:tc>
      </w:tr>
      <w:tr w:rsidR="00A1363E" w:rsidRPr="00C85550" w14:paraId="707043C5" w14:textId="77777777" w:rsidTr="00B520E7">
        <w:trPr>
          <w:trHeight w:val="283"/>
        </w:trPr>
        <w:tc>
          <w:tcPr>
            <w:tcW w:w="1436" w:type="dxa"/>
            <w:vAlign w:val="center"/>
          </w:tcPr>
          <w:p w14:paraId="1995D752" w14:textId="77777777" w:rsidR="00A1363E" w:rsidRPr="00C85550" w:rsidRDefault="00A1363E" w:rsidP="00B520E7">
            <w:pPr>
              <w:rPr>
                <w:rFonts w:ascii="Times New Roman" w:hAnsi="Times New Roman"/>
              </w:rPr>
            </w:pPr>
            <w:r w:rsidRPr="00C85550">
              <w:rPr>
                <w:rFonts w:ascii="Times New Roman" w:hAnsi="Times New Roman"/>
                <w:sz w:val="20"/>
              </w:rPr>
              <w:t>Mo1–N1</w:t>
            </w:r>
          </w:p>
        </w:tc>
        <w:tc>
          <w:tcPr>
            <w:tcW w:w="1438" w:type="dxa"/>
            <w:vAlign w:val="center"/>
          </w:tcPr>
          <w:p w14:paraId="2472320B" w14:textId="77777777" w:rsidR="00A1363E" w:rsidRPr="00C85550" w:rsidRDefault="00A1363E" w:rsidP="00B520E7">
            <w:pPr>
              <w:rPr>
                <w:rFonts w:ascii="Times New Roman" w:hAnsi="Times New Roman"/>
              </w:rPr>
            </w:pPr>
            <w:r w:rsidRPr="00C85550">
              <w:rPr>
                <w:rFonts w:ascii="Times New Roman" w:hAnsi="Times New Roman"/>
                <w:sz w:val="20"/>
              </w:rPr>
              <w:t>2.226(8)</w:t>
            </w:r>
          </w:p>
        </w:tc>
        <w:tc>
          <w:tcPr>
            <w:tcW w:w="1437" w:type="dxa"/>
            <w:vAlign w:val="center"/>
          </w:tcPr>
          <w:p w14:paraId="4BF68DE3" w14:textId="77777777" w:rsidR="00A1363E" w:rsidRPr="00C85550" w:rsidRDefault="00A1363E" w:rsidP="00B520E7">
            <w:pPr>
              <w:rPr>
                <w:rFonts w:ascii="Times New Roman" w:hAnsi="Times New Roman"/>
              </w:rPr>
            </w:pPr>
            <w:r w:rsidRPr="00C85550">
              <w:rPr>
                <w:rFonts w:ascii="Times New Roman" w:hAnsi="Times New Roman"/>
                <w:sz w:val="20"/>
              </w:rPr>
              <w:t>N3–C4</w:t>
            </w:r>
          </w:p>
        </w:tc>
        <w:tc>
          <w:tcPr>
            <w:tcW w:w="1438" w:type="dxa"/>
            <w:vAlign w:val="center"/>
          </w:tcPr>
          <w:p w14:paraId="4CAE18A7" w14:textId="77777777" w:rsidR="00A1363E" w:rsidRPr="00C85550" w:rsidRDefault="00A1363E" w:rsidP="00B520E7">
            <w:pPr>
              <w:rPr>
                <w:rFonts w:ascii="Times New Roman" w:hAnsi="Times New Roman"/>
              </w:rPr>
            </w:pPr>
            <w:r w:rsidRPr="00C85550">
              <w:rPr>
                <w:rFonts w:ascii="Times New Roman" w:hAnsi="Times New Roman"/>
                <w:sz w:val="20"/>
              </w:rPr>
              <w:t>1.343(12)</w:t>
            </w:r>
          </w:p>
        </w:tc>
        <w:tc>
          <w:tcPr>
            <w:tcW w:w="1437" w:type="dxa"/>
            <w:vAlign w:val="center"/>
          </w:tcPr>
          <w:p w14:paraId="4DF49AAE" w14:textId="77777777" w:rsidR="00A1363E" w:rsidRPr="00C85550" w:rsidRDefault="00A1363E" w:rsidP="00B520E7">
            <w:pPr>
              <w:rPr>
                <w:rFonts w:ascii="Times New Roman" w:hAnsi="Times New Roman"/>
              </w:rPr>
            </w:pPr>
          </w:p>
        </w:tc>
        <w:tc>
          <w:tcPr>
            <w:tcW w:w="1438" w:type="dxa"/>
            <w:vAlign w:val="center"/>
          </w:tcPr>
          <w:p w14:paraId="3BDEE126" w14:textId="77777777" w:rsidR="00A1363E" w:rsidRPr="00C85550" w:rsidRDefault="00A1363E" w:rsidP="00B520E7">
            <w:pPr>
              <w:rPr>
                <w:rFonts w:ascii="Times New Roman" w:hAnsi="Times New Roman"/>
              </w:rPr>
            </w:pPr>
          </w:p>
        </w:tc>
      </w:tr>
      <w:tr w:rsidR="00A1363E" w:rsidRPr="00C85550" w14:paraId="6FD9849B" w14:textId="77777777" w:rsidTr="00B520E7">
        <w:trPr>
          <w:trHeight w:val="283"/>
        </w:trPr>
        <w:tc>
          <w:tcPr>
            <w:tcW w:w="8624" w:type="dxa"/>
            <w:gridSpan w:val="6"/>
            <w:vAlign w:val="center"/>
          </w:tcPr>
          <w:p w14:paraId="1DE4DC06" w14:textId="77777777" w:rsidR="00A1363E" w:rsidRPr="00C85550" w:rsidRDefault="00A1363E" w:rsidP="00B520E7">
            <w:pPr>
              <w:jc w:val="center"/>
              <w:rPr>
                <w:rFonts w:ascii="Times New Roman" w:hAnsi="Times New Roman"/>
              </w:rPr>
            </w:pPr>
            <w:r w:rsidRPr="00C85550">
              <w:rPr>
                <w:rFonts w:ascii="Times New Roman" w:hAnsi="Times New Roman"/>
                <w:b/>
              </w:rPr>
              <w:t>3a</w:t>
            </w:r>
          </w:p>
        </w:tc>
      </w:tr>
      <w:tr w:rsidR="00A1363E" w:rsidRPr="00C85550" w14:paraId="482B8743" w14:textId="77777777" w:rsidTr="00B520E7">
        <w:trPr>
          <w:trHeight w:val="283"/>
        </w:trPr>
        <w:tc>
          <w:tcPr>
            <w:tcW w:w="1436" w:type="dxa"/>
            <w:vAlign w:val="center"/>
          </w:tcPr>
          <w:p w14:paraId="06C11184"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37C9BB50"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5123B50B"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61E53DB0"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327C68D9"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69CF137D"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2AD975D1" w14:textId="77777777" w:rsidTr="00B520E7">
        <w:trPr>
          <w:trHeight w:val="283"/>
        </w:trPr>
        <w:tc>
          <w:tcPr>
            <w:tcW w:w="1436" w:type="dxa"/>
            <w:vAlign w:val="center"/>
          </w:tcPr>
          <w:p w14:paraId="48F101E9" w14:textId="77777777" w:rsidR="00A1363E" w:rsidRPr="00C85550" w:rsidRDefault="00A1363E" w:rsidP="00B520E7">
            <w:pPr>
              <w:rPr>
                <w:rFonts w:ascii="Times New Roman" w:hAnsi="Times New Roman"/>
              </w:rPr>
            </w:pPr>
            <w:r w:rsidRPr="00C85550">
              <w:rPr>
                <w:rFonts w:ascii="Times New Roman" w:hAnsi="Times New Roman"/>
                <w:sz w:val="20"/>
              </w:rPr>
              <w:t>C5–C6</w:t>
            </w:r>
          </w:p>
        </w:tc>
        <w:tc>
          <w:tcPr>
            <w:tcW w:w="1438" w:type="dxa"/>
            <w:vAlign w:val="center"/>
          </w:tcPr>
          <w:p w14:paraId="60E3290D" w14:textId="77777777" w:rsidR="00A1363E" w:rsidRPr="00C85550" w:rsidRDefault="00A1363E" w:rsidP="00B520E7">
            <w:pPr>
              <w:rPr>
                <w:rFonts w:ascii="Times New Roman" w:hAnsi="Times New Roman"/>
              </w:rPr>
            </w:pPr>
            <w:r w:rsidRPr="00C85550">
              <w:rPr>
                <w:rFonts w:ascii="Times New Roman" w:hAnsi="Times New Roman"/>
                <w:sz w:val="20"/>
              </w:rPr>
              <w:t>1.376(9)</w:t>
            </w:r>
          </w:p>
        </w:tc>
        <w:tc>
          <w:tcPr>
            <w:tcW w:w="1437" w:type="dxa"/>
            <w:vAlign w:val="center"/>
          </w:tcPr>
          <w:p w14:paraId="05AAB6A9" w14:textId="77777777" w:rsidR="00A1363E" w:rsidRPr="00C85550" w:rsidRDefault="00A1363E" w:rsidP="00B520E7">
            <w:pPr>
              <w:rPr>
                <w:rFonts w:ascii="Times New Roman" w:hAnsi="Times New Roman"/>
              </w:rPr>
            </w:pPr>
            <w:r w:rsidRPr="00C85550">
              <w:rPr>
                <w:rFonts w:ascii="Times New Roman" w:hAnsi="Times New Roman"/>
                <w:sz w:val="20"/>
              </w:rPr>
              <w:t>Mo1–N1</w:t>
            </w:r>
          </w:p>
        </w:tc>
        <w:tc>
          <w:tcPr>
            <w:tcW w:w="1438" w:type="dxa"/>
            <w:vAlign w:val="center"/>
          </w:tcPr>
          <w:p w14:paraId="012E2A32" w14:textId="77777777" w:rsidR="00A1363E" w:rsidRPr="00C85550" w:rsidRDefault="00A1363E" w:rsidP="00B520E7">
            <w:pPr>
              <w:rPr>
                <w:rFonts w:ascii="Times New Roman" w:hAnsi="Times New Roman"/>
              </w:rPr>
            </w:pPr>
            <w:r w:rsidRPr="00C85550">
              <w:rPr>
                <w:rFonts w:ascii="Times New Roman" w:hAnsi="Times New Roman"/>
                <w:sz w:val="20"/>
              </w:rPr>
              <w:t>2.243(4)</w:t>
            </w:r>
          </w:p>
        </w:tc>
        <w:tc>
          <w:tcPr>
            <w:tcW w:w="1437" w:type="dxa"/>
            <w:vAlign w:val="center"/>
          </w:tcPr>
          <w:p w14:paraId="63156780" w14:textId="77777777" w:rsidR="00A1363E" w:rsidRPr="00C85550" w:rsidRDefault="00A1363E" w:rsidP="00B520E7">
            <w:pPr>
              <w:rPr>
                <w:rFonts w:ascii="Times New Roman" w:hAnsi="Times New Roman"/>
              </w:rPr>
            </w:pPr>
            <w:r w:rsidRPr="00C85550">
              <w:rPr>
                <w:rFonts w:ascii="Times New Roman" w:hAnsi="Times New Roman"/>
                <w:sz w:val="20"/>
              </w:rPr>
              <w:t>N3–H3B</w:t>
            </w:r>
          </w:p>
        </w:tc>
        <w:tc>
          <w:tcPr>
            <w:tcW w:w="1438" w:type="dxa"/>
            <w:vAlign w:val="center"/>
          </w:tcPr>
          <w:p w14:paraId="47308134" w14:textId="77777777" w:rsidR="00A1363E" w:rsidRPr="00C85550" w:rsidRDefault="00A1363E" w:rsidP="00B520E7">
            <w:pPr>
              <w:rPr>
                <w:rFonts w:ascii="Times New Roman" w:hAnsi="Times New Roman"/>
              </w:rPr>
            </w:pPr>
            <w:r w:rsidRPr="00C85550">
              <w:rPr>
                <w:rFonts w:ascii="Times New Roman" w:hAnsi="Times New Roman"/>
                <w:sz w:val="20"/>
              </w:rPr>
              <w:t>0.88(5)</w:t>
            </w:r>
          </w:p>
        </w:tc>
      </w:tr>
      <w:tr w:rsidR="00A1363E" w:rsidRPr="00C85550" w14:paraId="7A46CB24" w14:textId="77777777" w:rsidTr="00B520E7">
        <w:trPr>
          <w:trHeight w:val="283"/>
        </w:trPr>
        <w:tc>
          <w:tcPr>
            <w:tcW w:w="1436" w:type="dxa"/>
            <w:vAlign w:val="center"/>
          </w:tcPr>
          <w:p w14:paraId="7389A92A"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38" w:type="dxa"/>
            <w:vAlign w:val="center"/>
          </w:tcPr>
          <w:p w14:paraId="032BB316" w14:textId="77777777" w:rsidR="00A1363E" w:rsidRPr="00C85550" w:rsidRDefault="00A1363E" w:rsidP="00B520E7">
            <w:pPr>
              <w:rPr>
                <w:rFonts w:ascii="Times New Roman" w:hAnsi="Times New Roman"/>
              </w:rPr>
            </w:pPr>
            <w:r w:rsidRPr="00C85550">
              <w:rPr>
                <w:rFonts w:ascii="Times New Roman" w:hAnsi="Times New Roman"/>
                <w:sz w:val="20"/>
              </w:rPr>
              <w:t>1.396(9)</w:t>
            </w:r>
          </w:p>
        </w:tc>
        <w:tc>
          <w:tcPr>
            <w:tcW w:w="1437" w:type="dxa"/>
            <w:vAlign w:val="center"/>
          </w:tcPr>
          <w:p w14:paraId="3E820C2A" w14:textId="77777777" w:rsidR="00A1363E" w:rsidRPr="00C85550" w:rsidRDefault="00A1363E" w:rsidP="00B520E7">
            <w:pPr>
              <w:rPr>
                <w:rFonts w:ascii="Times New Roman" w:hAnsi="Times New Roman"/>
              </w:rPr>
            </w:pPr>
            <w:r w:rsidRPr="00C85550">
              <w:rPr>
                <w:rFonts w:ascii="Times New Roman" w:hAnsi="Times New Roman"/>
                <w:sz w:val="20"/>
              </w:rPr>
              <w:t>Mo1–O1</w:t>
            </w:r>
          </w:p>
        </w:tc>
        <w:tc>
          <w:tcPr>
            <w:tcW w:w="1438" w:type="dxa"/>
            <w:vAlign w:val="center"/>
          </w:tcPr>
          <w:p w14:paraId="1E197171" w14:textId="77777777" w:rsidR="00A1363E" w:rsidRPr="00C85550" w:rsidRDefault="00A1363E" w:rsidP="00B520E7">
            <w:pPr>
              <w:rPr>
                <w:rFonts w:ascii="Times New Roman" w:hAnsi="Times New Roman"/>
              </w:rPr>
            </w:pPr>
            <w:r w:rsidRPr="00C85550">
              <w:rPr>
                <w:rFonts w:ascii="Times New Roman" w:hAnsi="Times New Roman"/>
                <w:sz w:val="20"/>
              </w:rPr>
              <w:t>1.919(4)</w:t>
            </w:r>
          </w:p>
        </w:tc>
        <w:tc>
          <w:tcPr>
            <w:tcW w:w="1437" w:type="dxa"/>
            <w:vAlign w:val="center"/>
          </w:tcPr>
          <w:p w14:paraId="5121BFC9" w14:textId="77777777" w:rsidR="00A1363E" w:rsidRPr="00C85550" w:rsidRDefault="00A1363E" w:rsidP="00B520E7">
            <w:pPr>
              <w:rPr>
                <w:rFonts w:ascii="Times New Roman" w:hAnsi="Times New Roman"/>
              </w:rPr>
            </w:pPr>
            <w:r w:rsidRPr="00C85550">
              <w:rPr>
                <w:rFonts w:ascii="Times New Roman" w:hAnsi="Times New Roman"/>
                <w:sz w:val="20"/>
              </w:rPr>
              <w:t>O1–C10</w:t>
            </w:r>
          </w:p>
        </w:tc>
        <w:tc>
          <w:tcPr>
            <w:tcW w:w="1438" w:type="dxa"/>
            <w:vAlign w:val="center"/>
          </w:tcPr>
          <w:p w14:paraId="16C763A7" w14:textId="77777777" w:rsidR="00A1363E" w:rsidRPr="00C85550" w:rsidRDefault="00A1363E" w:rsidP="00B520E7">
            <w:pPr>
              <w:rPr>
                <w:rFonts w:ascii="Times New Roman" w:hAnsi="Times New Roman"/>
              </w:rPr>
            </w:pPr>
            <w:r w:rsidRPr="00C85550">
              <w:rPr>
                <w:rFonts w:ascii="Times New Roman" w:hAnsi="Times New Roman"/>
                <w:sz w:val="20"/>
              </w:rPr>
              <w:t>1.355(7)</w:t>
            </w:r>
          </w:p>
        </w:tc>
      </w:tr>
      <w:tr w:rsidR="00A1363E" w:rsidRPr="00C85550" w14:paraId="3892877B" w14:textId="77777777" w:rsidTr="00B520E7">
        <w:trPr>
          <w:trHeight w:val="283"/>
        </w:trPr>
        <w:tc>
          <w:tcPr>
            <w:tcW w:w="1436" w:type="dxa"/>
            <w:vAlign w:val="center"/>
          </w:tcPr>
          <w:p w14:paraId="08EC1D3E" w14:textId="77777777" w:rsidR="00A1363E" w:rsidRPr="00C85550" w:rsidRDefault="00A1363E" w:rsidP="00B520E7">
            <w:pPr>
              <w:rPr>
                <w:rFonts w:ascii="Times New Roman" w:hAnsi="Times New Roman"/>
              </w:rPr>
            </w:pPr>
            <w:r w:rsidRPr="00C85550">
              <w:rPr>
                <w:rFonts w:ascii="Times New Roman" w:hAnsi="Times New Roman"/>
                <w:sz w:val="20"/>
              </w:rPr>
              <w:t>C7–C8</w:t>
            </w:r>
          </w:p>
        </w:tc>
        <w:tc>
          <w:tcPr>
            <w:tcW w:w="1438" w:type="dxa"/>
            <w:vAlign w:val="center"/>
          </w:tcPr>
          <w:p w14:paraId="652A7C0F" w14:textId="77777777" w:rsidR="00A1363E" w:rsidRPr="00C85550" w:rsidRDefault="00A1363E" w:rsidP="00B520E7">
            <w:pPr>
              <w:rPr>
                <w:rFonts w:ascii="Times New Roman" w:hAnsi="Times New Roman"/>
              </w:rPr>
            </w:pPr>
            <w:r w:rsidRPr="00C85550">
              <w:rPr>
                <w:rFonts w:ascii="Times New Roman" w:hAnsi="Times New Roman"/>
                <w:sz w:val="20"/>
              </w:rPr>
              <w:t>1.386(9)</w:t>
            </w:r>
          </w:p>
        </w:tc>
        <w:tc>
          <w:tcPr>
            <w:tcW w:w="1437" w:type="dxa"/>
            <w:vAlign w:val="center"/>
          </w:tcPr>
          <w:p w14:paraId="29E62F8E" w14:textId="77777777" w:rsidR="00A1363E" w:rsidRPr="00C85550" w:rsidRDefault="00A1363E" w:rsidP="00B520E7">
            <w:pPr>
              <w:rPr>
                <w:rFonts w:ascii="Times New Roman" w:hAnsi="Times New Roman"/>
              </w:rPr>
            </w:pPr>
            <w:r w:rsidRPr="00C85550">
              <w:rPr>
                <w:rFonts w:ascii="Times New Roman" w:hAnsi="Times New Roman"/>
                <w:sz w:val="20"/>
              </w:rPr>
              <w:t>Mo1–O2</w:t>
            </w:r>
          </w:p>
        </w:tc>
        <w:tc>
          <w:tcPr>
            <w:tcW w:w="1438" w:type="dxa"/>
            <w:vAlign w:val="center"/>
          </w:tcPr>
          <w:p w14:paraId="7EBB27D5" w14:textId="77777777" w:rsidR="00A1363E" w:rsidRPr="00C85550" w:rsidRDefault="00A1363E" w:rsidP="00B520E7">
            <w:pPr>
              <w:rPr>
                <w:rFonts w:ascii="Times New Roman" w:hAnsi="Times New Roman"/>
              </w:rPr>
            </w:pPr>
            <w:r w:rsidRPr="00C85550">
              <w:rPr>
                <w:rFonts w:ascii="Times New Roman" w:hAnsi="Times New Roman"/>
                <w:sz w:val="20"/>
              </w:rPr>
              <w:t>2.001(4)</w:t>
            </w:r>
          </w:p>
        </w:tc>
        <w:tc>
          <w:tcPr>
            <w:tcW w:w="1437" w:type="dxa"/>
            <w:vAlign w:val="center"/>
          </w:tcPr>
          <w:p w14:paraId="6CF420FE" w14:textId="77777777" w:rsidR="00A1363E" w:rsidRPr="00C85550" w:rsidRDefault="00A1363E" w:rsidP="00B520E7">
            <w:pPr>
              <w:rPr>
                <w:rFonts w:ascii="Times New Roman" w:hAnsi="Times New Roman"/>
              </w:rPr>
            </w:pPr>
            <w:r w:rsidRPr="00C85550">
              <w:rPr>
                <w:rFonts w:ascii="Times New Roman" w:hAnsi="Times New Roman"/>
                <w:sz w:val="20"/>
              </w:rPr>
              <w:t>O2–C2</w:t>
            </w:r>
          </w:p>
        </w:tc>
        <w:tc>
          <w:tcPr>
            <w:tcW w:w="1438" w:type="dxa"/>
            <w:vAlign w:val="center"/>
          </w:tcPr>
          <w:p w14:paraId="6CA2B1F9" w14:textId="77777777" w:rsidR="00A1363E" w:rsidRPr="00C85550" w:rsidRDefault="00A1363E" w:rsidP="00B520E7">
            <w:pPr>
              <w:rPr>
                <w:rFonts w:ascii="Times New Roman" w:hAnsi="Times New Roman"/>
              </w:rPr>
            </w:pPr>
            <w:r w:rsidRPr="00C85550">
              <w:rPr>
                <w:rFonts w:ascii="Times New Roman" w:hAnsi="Times New Roman"/>
                <w:sz w:val="20"/>
              </w:rPr>
              <w:t>1.338(6)</w:t>
            </w:r>
          </w:p>
        </w:tc>
      </w:tr>
      <w:tr w:rsidR="00A1363E" w:rsidRPr="00C85550" w14:paraId="44A5CC47" w14:textId="77777777" w:rsidTr="00B520E7">
        <w:trPr>
          <w:trHeight w:val="283"/>
        </w:trPr>
        <w:tc>
          <w:tcPr>
            <w:tcW w:w="1436" w:type="dxa"/>
            <w:vAlign w:val="center"/>
          </w:tcPr>
          <w:p w14:paraId="6864546B"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38" w:type="dxa"/>
            <w:vAlign w:val="center"/>
          </w:tcPr>
          <w:p w14:paraId="6C078BCC" w14:textId="77777777" w:rsidR="00A1363E" w:rsidRPr="00C85550" w:rsidRDefault="00A1363E" w:rsidP="00B520E7">
            <w:pPr>
              <w:rPr>
                <w:rFonts w:ascii="Times New Roman" w:hAnsi="Times New Roman"/>
              </w:rPr>
            </w:pPr>
            <w:r w:rsidRPr="00C85550">
              <w:rPr>
                <w:rFonts w:ascii="Times New Roman" w:hAnsi="Times New Roman"/>
                <w:sz w:val="20"/>
              </w:rPr>
              <w:t>1.404(8)</w:t>
            </w:r>
          </w:p>
        </w:tc>
        <w:tc>
          <w:tcPr>
            <w:tcW w:w="1437" w:type="dxa"/>
            <w:vAlign w:val="center"/>
          </w:tcPr>
          <w:p w14:paraId="788B05C5" w14:textId="77777777" w:rsidR="00A1363E" w:rsidRPr="00C85550" w:rsidRDefault="00A1363E" w:rsidP="00B520E7">
            <w:pPr>
              <w:rPr>
                <w:rFonts w:ascii="Times New Roman" w:hAnsi="Times New Roman"/>
              </w:rPr>
            </w:pPr>
            <w:r w:rsidRPr="00C85550">
              <w:rPr>
                <w:rFonts w:ascii="Times New Roman" w:hAnsi="Times New Roman"/>
                <w:sz w:val="20"/>
              </w:rPr>
              <w:t>Mo1–O4</w:t>
            </w:r>
          </w:p>
        </w:tc>
        <w:tc>
          <w:tcPr>
            <w:tcW w:w="1438" w:type="dxa"/>
            <w:vAlign w:val="center"/>
          </w:tcPr>
          <w:p w14:paraId="08694FBB" w14:textId="77777777" w:rsidR="00A1363E" w:rsidRPr="00C85550" w:rsidRDefault="00A1363E" w:rsidP="00B520E7">
            <w:pPr>
              <w:rPr>
                <w:rFonts w:ascii="Times New Roman" w:hAnsi="Times New Roman"/>
              </w:rPr>
            </w:pPr>
            <w:r w:rsidRPr="00C85550">
              <w:rPr>
                <w:rFonts w:ascii="Times New Roman" w:hAnsi="Times New Roman"/>
                <w:sz w:val="20"/>
              </w:rPr>
              <w:t>1.700(5)</w:t>
            </w:r>
          </w:p>
        </w:tc>
        <w:tc>
          <w:tcPr>
            <w:tcW w:w="1437" w:type="dxa"/>
            <w:vAlign w:val="center"/>
          </w:tcPr>
          <w:p w14:paraId="4B246178" w14:textId="77777777" w:rsidR="00A1363E" w:rsidRPr="00C85550" w:rsidRDefault="00A1363E" w:rsidP="00B520E7">
            <w:pPr>
              <w:rPr>
                <w:rFonts w:ascii="Times New Roman" w:hAnsi="Times New Roman"/>
              </w:rPr>
            </w:pPr>
            <w:r w:rsidRPr="00C85550">
              <w:rPr>
                <w:rFonts w:ascii="Times New Roman" w:hAnsi="Times New Roman"/>
                <w:sz w:val="20"/>
              </w:rPr>
              <w:t>O3–C13</w:t>
            </w:r>
          </w:p>
        </w:tc>
        <w:tc>
          <w:tcPr>
            <w:tcW w:w="1438" w:type="dxa"/>
            <w:vAlign w:val="center"/>
          </w:tcPr>
          <w:p w14:paraId="4DBC1CB3" w14:textId="77777777" w:rsidR="00A1363E" w:rsidRPr="00C85550" w:rsidRDefault="00A1363E" w:rsidP="00B520E7">
            <w:pPr>
              <w:rPr>
                <w:rFonts w:ascii="Times New Roman" w:hAnsi="Times New Roman"/>
              </w:rPr>
            </w:pPr>
            <w:r w:rsidRPr="00C85550">
              <w:rPr>
                <w:rFonts w:ascii="Times New Roman" w:hAnsi="Times New Roman"/>
                <w:sz w:val="20"/>
              </w:rPr>
              <w:t>1.369(8)</w:t>
            </w:r>
          </w:p>
        </w:tc>
      </w:tr>
      <w:tr w:rsidR="00A1363E" w:rsidRPr="00C85550" w14:paraId="642DFE9C" w14:textId="77777777" w:rsidTr="00B520E7">
        <w:trPr>
          <w:trHeight w:val="283"/>
        </w:trPr>
        <w:tc>
          <w:tcPr>
            <w:tcW w:w="1436" w:type="dxa"/>
            <w:vAlign w:val="center"/>
          </w:tcPr>
          <w:p w14:paraId="279AA40D" w14:textId="77777777" w:rsidR="00A1363E" w:rsidRPr="00C85550" w:rsidRDefault="00A1363E" w:rsidP="00B520E7">
            <w:pPr>
              <w:rPr>
                <w:rFonts w:ascii="Times New Roman" w:hAnsi="Times New Roman"/>
              </w:rPr>
            </w:pPr>
            <w:r w:rsidRPr="00C85550">
              <w:rPr>
                <w:rFonts w:ascii="Times New Roman" w:hAnsi="Times New Roman"/>
                <w:sz w:val="20"/>
              </w:rPr>
              <w:t>C9–C14</w:t>
            </w:r>
          </w:p>
        </w:tc>
        <w:tc>
          <w:tcPr>
            <w:tcW w:w="1438" w:type="dxa"/>
            <w:vAlign w:val="center"/>
          </w:tcPr>
          <w:p w14:paraId="72943B8B" w14:textId="77777777" w:rsidR="00A1363E" w:rsidRPr="00C85550" w:rsidRDefault="00A1363E" w:rsidP="00B520E7">
            <w:pPr>
              <w:rPr>
                <w:rFonts w:ascii="Times New Roman" w:hAnsi="Times New Roman"/>
              </w:rPr>
            </w:pPr>
            <w:r w:rsidRPr="00C85550">
              <w:rPr>
                <w:rFonts w:ascii="Times New Roman" w:hAnsi="Times New Roman"/>
                <w:sz w:val="20"/>
              </w:rPr>
              <w:t>1.414(8)</w:t>
            </w:r>
          </w:p>
        </w:tc>
        <w:tc>
          <w:tcPr>
            <w:tcW w:w="1437" w:type="dxa"/>
            <w:vAlign w:val="center"/>
          </w:tcPr>
          <w:p w14:paraId="3BBD45DF" w14:textId="77777777" w:rsidR="00A1363E" w:rsidRPr="00C85550" w:rsidRDefault="00A1363E" w:rsidP="00B520E7">
            <w:pPr>
              <w:rPr>
                <w:rFonts w:ascii="Times New Roman" w:hAnsi="Times New Roman"/>
              </w:rPr>
            </w:pPr>
            <w:r w:rsidRPr="00C85550">
              <w:rPr>
                <w:rFonts w:ascii="Times New Roman" w:hAnsi="Times New Roman"/>
                <w:sz w:val="20"/>
              </w:rPr>
              <w:t>Mo1–O5</w:t>
            </w:r>
          </w:p>
        </w:tc>
        <w:tc>
          <w:tcPr>
            <w:tcW w:w="1438" w:type="dxa"/>
            <w:vAlign w:val="center"/>
          </w:tcPr>
          <w:p w14:paraId="672E57F2" w14:textId="77777777" w:rsidR="00A1363E" w:rsidRPr="00C85550" w:rsidRDefault="00A1363E" w:rsidP="00B520E7">
            <w:pPr>
              <w:rPr>
                <w:rFonts w:ascii="Times New Roman" w:hAnsi="Times New Roman"/>
              </w:rPr>
            </w:pPr>
            <w:r w:rsidRPr="00C85550">
              <w:rPr>
                <w:rFonts w:ascii="Times New Roman" w:hAnsi="Times New Roman"/>
                <w:sz w:val="20"/>
              </w:rPr>
              <w:t>1.711(4)</w:t>
            </w:r>
          </w:p>
        </w:tc>
        <w:tc>
          <w:tcPr>
            <w:tcW w:w="1437" w:type="dxa"/>
            <w:vAlign w:val="center"/>
          </w:tcPr>
          <w:p w14:paraId="77F0DA3E" w14:textId="77777777" w:rsidR="00A1363E" w:rsidRPr="00C85550" w:rsidRDefault="00A1363E" w:rsidP="00B520E7">
            <w:pPr>
              <w:rPr>
                <w:rFonts w:ascii="Times New Roman" w:hAnsi="Times New Roman"/>
              </w:rPr>
            </w:pPr>
            <w:r w:rsidRPr="00C85550">
              <w:rPr>
                <w:rFonts w:ascii="Times New Roman" w:hAnsi="Times New Roman"/>
                <w:sz w:val="20"/>
              </w:rPr>
              <w:t>O3–C15</w:t>
            </w:r>
          </w:p>
        </w:tc>
        <w:tc>
          <w:tcPr>
            <w:tcW w:w="1438" w:type="dxa"/>
            <w:vAlign w:val="center"/>
          </w:tcPr>
          <w:p w14:paraId="6DF17BF9" w14:textId="77777777" w:rsidR="00A1363E" w:rsidRPr="00C85550" w:rsidRDefault="00A1363E" w:rsidP="00B520E7">
            <w:pPr>
              <w:rPr>
                <w:rFonts w:ascii="Times New Roman" w:hAnsi="Times New Roman"/>
              </w:rPr>
            </w:pPr>
            <w:r w:rsidRPr="00C85550">
              <w:rPr>
                <w:rFonts w:ascii="Times New Roman" w:hAnsi="Times New Roman"/>
                <w:sz w:val="20"/>
              </w:rPr>
              <w:t>1.422(8)</w:t>
            </w:r>
          </w:p>
        </w:tc>
      </w:tr>
      <w:tr w:rsidR="00A1363E" w:rsidRPr="00C85550" w14:paraId="0CA0E8B5" w14:textId="77777777" w:rsidTr="00B520E7">
        <w:trPr>
          <w:trHeight w:val="283"/>
        </w:trPr>
        <w:tc>
          <w:tcPr>
            <w:tcW w:w="1436" w:type="dxa"/>
            <w:vAlign w:val="center"/>
          </w:tcPr>
          <w:p w14:paraId="538D89F3"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38" w:type="dxa"/>
            <w:vAlign w:val="center"/>
          </w:tcPr>
          <w:p w14:paraId="77F222F7" w14:textId="77777777" w:rsidR="00A1363E" w:rsidRPr="00C85550" w:rsidRDefault="00A1363E" w:rsidP="00B520E7">
            <w:pPr>
              <w:rPr>
                <w:rFonts w:ascii="Times New Roman" w:hAnsi="Times New Roman"/>
              </w:rPr>
            </w:pPr>
            <w:r w:rsidRPr="00C85550">
              <w:rPr>
                <w:rFonts w:ascii="Times New Roman" w:hAnsi="Times New Roman"/>
                <w:sz w:val="20"/>
              </w:rPr>
              <w:t>1.392(8)</w:t>
            </w:r>
          </w:p>
        </w:tc>
        <w:tc>
          <w:tcPr>
            <w:tcW w:w="1437" w:type="dxa"/>
            <w:vAlign w:val="center"/>
          </w:tcPr>
          <w:p w14:paraId="1F3448F5" w14:textId="77777777" w:rsidR="00A1363E" w:rsidRPr="00C85550" w:rsidRDefault="00A1363E" w:rsidP="00B520E7">
            <w:pPr>
              <w:rPr>
                <w:rFonts w:ascii="Times New Roman" w:hAnsi="Times New Roman"/>
              </w:rPr>
            </w:pPr>
            <w:r w:rsidRPr="00C85550">
              <w:rPr>
                <w:rFonts w:ascii="Times New Roman" w:hAnsi="Times New Roman"/>
                <w:sz w:val="20"/>
              </w:rPr>
              <w:t>Mo1–O6</w:t>
            </w:r>
          </w:p>
        </w:tc>
        <w:tc>
          <w:tcPr>
            <w:tcW w:w="1438" w:type="dxa"/>
            <w:vAlign w:val="center"/>
          </w:tcPr>
          <w:p w14:paraId="33DF8FC9" w14:textId="77777777" w:rsidR="00A1363E" w:rsidRPr="00C85550" w:rsidRDefault="00A1363E" w:rsidP="00B520E7">
            <w:pPr>
              <w:rPr>
                <w:rFonts w:ascii="Times New Roman" w:hAnsi="Times New Roman"/>
              </w:rPr>
            </w:pPr>
            <w:r w:rsidRPr="00C85550">
              <w:rPr>
                <w:rFonts w:ascii="Times New Roman" w:hAnsi="Times New Roman"/>
                <w:sz w:val="20"/>
              </w:rPr>
              <w:t>2.287(4)</w:t>
            </w:r>
          </w:p>
        </w:tc>
        <w:tc>
          <w:tcPr>
            <w:tcW w:w="1437" w:type="dxa"/>
            <w:vAlign w:val="center"/>
          </w:tcPr>
          <w:p w14:paraId="229BCF03" w14:textId="77777777" w:rsidR="00A1363E" w:rsidRPr="00C85550" w:rsidRDefault="00A1363E" w:rsidP="00B520E7">
            <w:pPr>
              <w:rPr>
                <w:rFonts w:ascii="Times New Roman" w:hAnsi="Times New Roman"/>
              </w:rPr>
            </w:pPr>
            <w:r w:rsidRPr="00C85550">
              <w:rPr>
                <w:rFonts w:ascii="Times New Roman" w:hAnsi="Times New Roman"/>
                <w:sz w:val="20"/>
              </w:rPr>
              <w:t>O6–C00O</w:t>
            </w:r>
          </w:p>
        </w:tc>
        <w:tc>
          <w:tcPr>
            <w:tcW w:w="1438" w:type="dxa"/>
            <w:vAlign w:val="center"/>
          </w:tcPr>
          <w:p w14:paraId="4E617A62" w14:textId="77777777" w:rsidR="00A1363E" w:rsidRPr="00C85550" w:rsidRDefault="00A1363E" w:rsidP="00B520E7">
            <w:pPr>
              <w:rPr>
                <w:rFonts w:ascii="Times New Roman" w:hAnsi="Times New Roman"/>
              </w:rPr>
            </w:pPr>
            <w:r w:rsidRPr="00C85550">
              <w:rPr>
                <w:rFonts w:ascii="Times New Roman" w:hAnsi="Times New Roman"/>
                <w:sz w:val="20"/>
              </w:rPr>
              <w:t>1.425(9)</w:t>
            </w:r>
          </w:p>
        </w:tc>
      </w:tr>
      <w:tr w:rsidR="00A1363E" w:rsidRPr="00C85550" w14:paraId="3E337BF0" w14:textId="77777777" w:rsidTr="00B520E7">
        <w:trPr>
          <w:trHeight w:val="283"/>
        </w:trPr>
        <w:tc>
          <w:tcPr>
            <w:tcW w:w="1436" w:type="dxa"/>
            <w:vAlign w:val="center"/>
          </w:tcPr>
          <w:p w14:paraId="140C18D6"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38" w:type="dxa"/>
            <w:vAlign w:val="center"/>
          </w:tcPr>
          <w:p w14:paraId="2F217C3F" w14:textId="77777777" w:rsidR="00A1363E" w:rsidRPr="00C85550" w:rsidRDefault="00A1363E" w:rsidP="00B520E7">
            <w:pPr>
              <w:rPr>
                <w:rFonts w:ascii="Times New Roman" w:hAnsi="Times New Roman"/>
              </w:rPr>
            </w:pPr>
            <w:r w:rsidRPr="00C85550">
              <w:rPr>
                <w:rFonts w:ascii="Times New Roman" w:hAnsi="Times New Roman"/>
                <w:sz w:val="20"/>
              </w:rPr>
              <w:t>1.379(9)</w:t>
            </w:r>
          </w:p>
        </w:tc>
        <w:tc>
          <w:tcPr>
            <w:tcW w:w="1437" w:type="dxa"/>
            <w:vAlign w:val="center"/>
          </w:tcPr>
          <w:p w14:paraId="32A840B3"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38" w:type="dxa"/>
            <w:vAlign w:val="center"/>
          </w:tcPr>
          <w:p w14:paraId="7BC6D543" w14:textId="77777777" w:rsidR="00A1363E" w:rsidRPr="00C85550" w:rsidRDefault="00A1363E" w:rsidP="00B520E7">
            <w:pPr>
              <w:rPr>
                <w:rFonts w:ascii="Times New Roman" w:hAnsi="Times New Roman"/>
              </w:rPr>
            </w:pPr>
            <w:r w:rsidRPr="00C85550">
              <w:rPr>
                <w:rFonts w:ascii="Times New Roman" w:hAnsi="Times New Roman"/>
                <w:sz w:val="20"/>
              </w:rPr>
              <w:t>1.389(6)</w:t>
            </w:r>
          </w:p>
        </w:tc>
        <w:tc>
          <w:tcPr>
            <w:tcW w:w="1437" w:type="dxa"/>
            <w:vAlign w:val="center"/>
          </w:tcPr>
          <w:p w14:paraId="15F05B10" w14:textId="77777777" w:rsidR="00A1363E" w:rsidRPr="00C85550" w:rsidRDefault="00A1363E" w:rsidP="00B520E7">
            <w:pPr>
              <w:rPr>
                <w:rFonts w:ascii="Times New Roman" w:hAnsi="Times New Roman"/>
              </w:rPr>
            </w:pPr>
            <w:r w:rsidRPr="00C85550">
              <w:rPr>
                <w:rFonts w:ascii="Times New Roman" w:hAnsi="Times New Roman"/>
                <w:sz w:val="20"/>
              </w:rPr>
              <w:t>O6–H6</w:t>
            </w:r>
          </w:p>
        </w:tc>
        <w:tc>
          <w:tcPr>
            <w:tcW w:w="1438" w:type="dxa"/>
            <w:vAlign w:val="center"/>
          </w:tcPr>
          <w:p w14:paraId="40E221B2" w14:textId="77777777" w:rsidR="00A1363E" w:rsidRPr="00C85550" w:rsidRDefault="00A1363E" w:rsidP="00B520E7">
            <w:pPr>
              <w:rPr>
                <w:rFonts w:ascii="Times New Roman" w:hAnsi="Times New Roman"/>
              </w:rPr>
            </w:pPr>
            <w:r w:rsidRPr="00C85550">
              <w:rPr>
                <w:rFonts w:ascii="Times New Roman" w:hAnsi="Times New Roman"/>
                <w:sz w:val="20"/>
              </w:rPr>
              <w:t>0.872(16)</w:t>
            </w:r>
          </w:p>
        </w:tc>
      </w:tr>
      <w:tr w:rsidR="00A1363E" w:rsidRPr="00C85550" w14:paraId="029C608A" w14:textId="77777777" w:rsidTr="00B520E7">
        <w:trPr>
          <w:trHeight w:val="283"/>
        </w:trPr>
        <w:tc>
          <w:tcPr>
            <w:tcW w:w="1436" w:type="dxa"/>
            <w:vAlign w:val="center"/>
          </w:tcPr>
          <w:p w14:paraId="58266A99" w14:textId="77777777" w:rsidR="00A1363E" w:rsidRPr="00C85550" w:rsidRDefault="00A1363E" w:rsidP="00B520E7">
            <w:pPr>
              <w:rPr>
                <w:rFonts w:ascii="Times New Roman" w:hAnsi="Times New Roman"/>
              </w:rPr>
            </w:pPr>
            <w:r w:rsidRPr="00C85550">
              <w:rPr>
                <w:rFonts w:ascii="Times New Roman" w:hAnsi="Times New Roman"/>
                <w:sz w:val="20"/>
              </w:rPr>
              <w:t>C12–C13</w:t>
            </w:r>
          </w:p>
        </w:tc>
        <w:tc>
          <w:tcPr>
            <w:tcW w:w="1438" w:type="dxa"/>
            <w:vAlign w:val="center"/>
          </w:tcPr>
          <w:p w14:paraId="54D44333" w14:textId="77777777" w:rsidR="00A1363E" w:rsidRPr="00C85550" w:rsidRDefault="00A1363E" w:rsidP="00B520E7">
            <w:pPr>
              <w:rPr>
                <w:rFonts w:ascii="Times New Roman" w:hAnsi="Times New Roman"/>
              </w:rPr>
            </w:pPr>
            <w:r w:rsidRPr="00C85550">
              <w:rPr>
                <w:rFonts w:ascii="Times New Roman" w:hAnsi="Times New Roman"/>
                <w:sz w:val="20"/>
              </w:rPr>
              <w:t>1.383(8)</w:t>
            </w:r>
          </w:p>
        </w:tc>
        <w:tc>
          <w:tcPr>
            <w:tcW w:w="1437" w:type="dxa"/>
            <w:vAlign w:val="center"/>
          </w:tcPr>
          <w:p w14:paraId="6E22F0A3" w14:textId="77777777" w:rsidR="00A1363E" w:rsidRPr="00C85550" w:rsidRDefault="00A1363E" w:rsidP="00B520E7">
            <w:pPr>
              <w:rPr>
                <w:rFonts w:ascii="Times New Roman" w:hAnsi="Times New Roman"/>
              </w:rPr>
            </w:pPr>
            <w:r w:rsidRPr="00C85550">
              <w:rPr>
                <w:rFonts w:ascii="Times New Roman" w:hAnsi="Times New Roman"/>
                <w:sz w:val="20"/>
              </w:rPr>
              <w:t>N3–H3A</w:t>
            </w:r>
          </w:p>
        </w:tc>
        <w:tc>
          <w:tcPr>
            <w:tcW w:w="1438" w:type="dxa"/>
            <w:vAlign w:val="center"/>
          </w:tcPr>
          <w:p w14:paraId="4D7699BF" w14:textId="77777777" w:rsidR="00A1363E" w:rsidRPr="00C85550" w:rsidRDefault="00A1363E" w:rsidP="00B520E7">
            <w:pPr>
              <w:rPr>
                <w:rFonts w:ascii="Times New Roman" w:hAnsi="Times New Roman"/>
              </w:rPr>
            </w:pPr>
            <w:r w:rsidRPr="00C85550">
              <w:rPr>
                <w:rFonts w:ascii="Times New Roman" w:hAnsi="Times New Roman"/>
                <w:sz w:val="20"/>
              </w:rPr>
              <w:t>0.85(4)</w:t>
            </w:r>
          </w:p>
        </w:tc>
        <w:tc>
          <w:tcPr>
            <w:tcW w:w="1437" w:type="dxa"/>
            <w:vAlign w:val="center"/>
          </w:tcPr>
          <w:p w14:paraId="59F50A07" w14:textId="77777777" w:rsidR="00A1363E" w:rsidRPr="00C85550" w:rsidRDefault="00A1363E" w:rsidP="00B520E7">
            <w:pPr>
              <w:rPr>
                <w:rFonts w:ascii="Times New Roman" w:hAnsi="Times New Roman"/>
              </w:rPr>
            </w:pPr>
          </w:p>
        </w:tc>
        <w:tc>
          <w:tcPr>
            <w:tcW w:w="1438" w:type="dxa"/>
            <w:vAlign w:val="center"/>
          </w:tcPr>
          <w:p w14:paraId="288E9FFC" w14:textId="77777777" w:rsidR="00A1363E" w:rsidRPr="00C85550" w:rsidRDefault="00A1363E" w:rsidP="00B520E7">
            <w:pPr>
              <w:rPr>
                <w:rFonts w:ascii="Times New Roman" w:hAnsi="Times New Roman"/>
              </w:rPr>
            </w:pPr>
          </w:p>
        </w:tc>
      </w:tr>
      <w:tr w:rsidR="00A1363E" w:rsidRPr="00C85550" w14:paraId="0B2F2564" w14:textId="77777777" w:rsidTr="00B520E7">
        <w:tc>
          <w:tcPr>
            <w:tcW w:w="8624" w:type="dxa"/>
            <w:gridSpan w:val="6"/>
            <w:vAlign w:val="center"/>
          </w:tcPr>
          <w:p w14:paraId="44304761" w14:textId="77777777" w:rsidR="00A1363E" w:rsidRPr="00C85550" w:rsidRDefault="00A1363E" w:rsidP="00B520E7">
            <w:pPr>
              <w:jc w:val="center"/>
              <w:rPr>
                <w:rFonts w:ascii="Times New Roman" w:hAnsi="Times New Roman"/>
              </w:rPr>
            </w:pPr>
            <w:r w:rsidRPr="00C85550">
              <w:rPr>
                <w:rFonts w:ascii="Times New Roman" w:hAnsi="Times New Roman"/>
                <w:b/>
              </w:rPr>
              <w:t>3</w:t>
            </w:r>
          </w:p>
        </w:tc>
      </w:tr>
      <w:tr w:rsidR="00A1363E" w:rsidRPr="00C85550" w14:paraId="28CF3563" w14:textId="77777777" w:rsidTr="00B520E7">
        <w:tc>
          <w:tcPr>
            <w:tcW w:w="1436" w:type="dxa"/>
            <w:vAlign w:val="center"/>
          </w:tcPr>
          <w:p w14:paraId="2ABA2CF2"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435AFB8F"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147166E8"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5D859078"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c>
          <w:tcPr>
            <w:tcW w:w="1437" w:type="dxa"/>
            <w:vAlign w:val="center"/>
          </w:tcPr>
          <w:p w14:paraId="680442A7" w14:textId="77777777" w:rsidR="00A1363E" w:rsidRPr="00C85550" w:rsidRDefault="00A1363E" w:rsidP="00B520E7">
            <w:pPr>
              <w:rPr>
                <w:rFonts w:ascii="Times New Roman" w:hAnsi="Times New Roman"/>
              </w:rPr>
            </w:pPr>
            <w:r w:rsidRPr="00C85550">
              <w:rPr>
                <w:rFonts w:ascii="Times New Roman" w:hAnsi="Times New Roman"/>
                <w:sz w:val="20"/>
              </w:rPr>
              <w:t>Atoms</w:t>
            </w:r>
          </w:p>
        </w:tc>
        <w:tc>
          <w:tcPr>
            <w:tcW w:w="1438" w:type="dxa"/>
            <w:vAlign w:val="center"/>
          </w:tcPr>
          <w:p w14:paraId="067DF290" w14:textId="77777777" w:rsidR="00A1363E" w:rsidRPr="00C85550" w:rsidRDefault="00A1363E" w:rsidP="00B520E7">
            <w:pPr>
              <w:rPr>
                <w:rFonts w:ascii="Times New Roman" w:hAnsi="Times New Roman"/>
              </w:rPr>
            </w:pPr>
            <w:r w:rsidRPr="00C85550">
              <w:rPr>
                <w:rFonts w:ascii="Times New Roman" w:hAnsi="Times New Roman"/>
                <w:sz w:val="20"/>
              </w:rPr>
              <w:t>Bond length/Å</w:t>
            </w:r>
          </w:p>
        </w:tc>
      </w:tr>
      <w:tr w:rsidR="00A1363E" w:rsidRPr="00C85550" w14:paraId="753D0549" w14:textId="77777777" w:rsidTr="00B520E7">
        <w:trPr>
          <w:trHeight w:val="283"/>
        </w:trPr>
        <w:tc>
          <w:tcPr>
            <w:tcW w:w="1436" w:type="dxa"/>
            <w:vAlign w:val="center"/>
          </w:tcPr>
          <w:p w14:paraId="303FDDD9" w14:textId="77777777" w:rsidR="00A1363E" w:rsidRPr="00C85550" w:rsidRDefault="00A1363E" w:rsidP="00B520E7">
            <w:pPr>
              <w:rPr>
                <w:rFonts w:ascii="Times New Roman" w:hAnsi="Times New Roman"/>
              </w:rPr>
            </w:pPr>
            <w:r w:rsidRPr="00C85550">
              <w:rPr>
                <w:rFonts w:ascii="Times New Roman" w:hAnsi="Times New Roman"/>
                <w:sz w:val="20"/>
              </w:rPr>
              <w:t>C3–C4</w:t>
            </w:r>
          </w:p>
        </w:tc>
        <w:tc>
          <w:tcPr>
            <w:tcW w:w="1438" w:type="dxa"/>
            <w:vAlign w:val="center"/>
          </w:tcPr>
          <w:p w14:paraId="1D2EA13B" w14:textId="77777777" w:rsidR="00A1363E" w:rsidRPr="00C85550" w:rsidRDefault="00A1363E" w:rsidP="00B520E7">
            <w:pPr>
              <w:rPr>
                <w:rFonts w:ascii="Times New Roman" w:hAnsi="Times New Roman"/>
              </w:rPr>
            </w:pPr>
            <w:r w:rsidRPr="00C85550">
              <w:rPr>
                <w:rFonts w:ascii="Times New Roman" w:hAnsi="Times New Roman"/>
                <w:sz w:val="20"/>
              </w:rPr>
              <w:t>1.410(4)</w:t>
            </w:r>
          </w:p>
        </w:tc>
        <w:tc>
          <w:tcPr>
            <w:tcW w:w="1437" w:type="dxa"/>
            <w:vAlign w:val="center"/>
          </w:tcPr>
          <w:p w14:paraId="20EC0E48" w14:textId="77777777" w:rsidR="00A1363E" w:rsidRPr="00C85550" w:rsidRDefault="00A1363E" w:rsidP="00B520E7">
            <w:pPr>
              <w:rPr>
                <w:rFonts w:ascii="Times New Roman" w:hAnsi="Times New Roman"/>
              </w:rPr>
            </w:pPr>
            <w:r w:rsidRPr="00C85550">
              <w:rPr>
                <w:rFonts w:ascii="Times New Roman" w:hAnsi="Times New Roman"/>
                <w:sz w:val="20"/>
              </w:rPr>
              <w:t>C11–C12</w:t>
            </w:r>
          </w:p>
        </w:tc>
        <w:tc>
          <w:tcPr>
            <w:tcW w:w="1438" w:type="dxa"/>
            <w:vAlign w:val="center"/>
          </w:tcPr>
          <w:p w14:paraId="1AEC9C54" w14:textId="77777777" w:rsidR="00A1363E" w:rsidRPr="00C85550" w:rsidRDefault="00A1363E" w:rsidP="00B520E7">
            <w:pPr>
              <w:rPr>
                <w:rFonts w:ascii="Times New Roman" w:hAnsi="Times New Roman"/>
              </w:rPr>
            </w:pPr>
            <w:r w:rsidRPr="00C85550">
              <w:rPr>
                <w:rFonts w:ascii="Times New Roman" w:hAnsi="Times New Roman"/>
                <w:sz w:val="20"/>
              </w:rPr>
              <w:t>1.385(4)</w:t>
            </w:r>
          </w:p>
        </w:tc>
        <w:tc>
          <w:tcPr>
            <w:tcW w:w="1437" w:type="dxa"/>
            <w:vAlign w:val="center"/>
          </w:tcPr>
          <w:p w14:paraId="0235F087" w14:textId="77777777" w:rsidR="00A1363E" w:rsidRPr="00C85550" w:rsidRDefault="00A1363E" w:rsidP="00B520E7">
            <w:pPr>
              <w:rPr>
                <w:rFonts w:ascii="Times New Roman" w:hAnsi="Times New Roman"/>
              </w:rPr>
            </w:pPr>
            <w:r w:rsidRPr="00C85550">
              <w:rPr>
                <w:rFonts w:ascii="Times New Roman" w:hAnsi="Times New Roman"/>
                <w:sz w:val="20"/>
              </w:rPr>
              <w:t>N1–C2</w:t>
            </w:r>
          </w:p>
        </w:tc>
        <w:tc>
          <w:tcPr>
            <w:tcW w:w="1438" w:type="dxa"/>
            <w:vAlign w:val="center"/>
          </w:tcPr>
          <w:p w14:paraId="6A590C62" w14:textId="77777777" w:rsidR="00A1363E" w:rsidRPr="00C85550" w:rsidRDefault="00A1363E" w:rsidP="00B520E7">
            <w:pPr>
              <w:rPr>
                <w:rFonts w:ascii="Times New Roman" w:hAnsi="Times New Roman"/>
              </w:rPr>
            </w:pPr>
            <w:r w:rsidRPr="00C85550">
              <w:rPr>
                <w:rFonts w:ascii="Times New Roman" w:hAnsi="Times New Roman"/>
                <w:sz w:val="20"/>
              </w:rPr>
              <w:t>1.291(3)</w:t>
            </w:r>
          </w:p>
        </w:tc>
      </w:tr>
      <w:tr w:rsidR="00A1363E" w:rsidRPr="00C85550" w14:paraId="5BF1E84D" w14:textId="77777777" w:rsidTr="00B520E7">
        <w:trPr>
          <w:trHeight w:val="283"/>
        </w:trPr>
        <w:tc>
          <w:tcPr>
            <w:tcW w:w="1436" w:type="dxa"/>
            <w:vAlign w:val="center"/>
          </w:tcPr>
          <w:p w14:paraId="4100B1C3" w14:textId="77777777" w:rsidR="00A1363E" w:rsidRPr="00C85550" w:rsidRDefault="00A1363E" w:rsidP="00B520E7">
            <w:pPr>
              <w:rPr>
                <w:rFonts w:ascii="Times New Roman" w:hAnsi="Times New Roman"/>
              </w:rPr>
            </w:pPr>
            <w:r w:rsidRPr="00C85550">
              <w:rPr>
                <w:rFonts w:ascii="Times New Roman" w:hAnsi="Times New Roman"/>
                <w:sz w:val="20"/>
              </w:rPr>
              <w:t>C3–C8</w:t>
            </w:r>
          </w:p>
        </w:tc>
        <w:tc>
          <w:tcPr>
            <w:tcW w:w="1438" w:type="dxa"/>
            <w:vAlign w:val="center"/>
          </w:tcPr>
          <w:p w14:paraId="52B06393" w14:textId="77777777" w:rsidR="00A1363E" w:rsidRPr="00C85550" w:rsidRDefault="00A1363E" w:rsidP="00B520E7">
            <w:pPr>
              <w:rPr>
                <w:rFonts w:ascii="Times New Roman" w:hAnsi="Times New Roman"/>
              </w:rPr>
            </w:pPr>
            <w:r w:rsidRPr="00C85550">
              <w:rPr>
                <w:rFonts w:ascii="Times New Roman" w:hAnsi="Times New Roman"/>
                <w:sz w:val="20"/>
              </w:rPr>
              <w:t>1.395(4)</w:t>
            </w:r>
          </w:p>
        </w:tc>
        <w:tc>
          <w:tcPr>
            <w:tcW w:w="1437" w:type="dxa"/>
            <w:vAlign w:val="center"/>
          </w:tcPr>
          <w:p w14:paraId="53E8E128" w14:textId="77777777" w:rsidR="00A1363E" w:rsidRPr="00C85550" w:rsidRDefault="00A1363E" w:rsidP="00B520E7">
            <w:pPr>
              <w:rPr>
                <w:rFonts w:ascii="Times New Roman" w:hAnsi="Times New Roman"/>
              </w:rPr>
            </w:pPr>
            <w:r w:rsidRPr="00C85550">
              <w:rPr>
                <w:rFonts w:ascii="Times New Roman" w:hAnsi="Times New Roman"/>
                <w:sz w:val="20"/>
              </w:rPr>
              <w:t>C12–C13</w:t>
            </w:r>
          </w:p>
        </w:tc>
        <w:tc>
          <w:tcPr>
            <w:tcW w:w="1438" w:type="dxa"/>
            <w:vAlign w:val="center"/>
          </w:tcPr>
          <w:p w14:paraId="2812A4CF" w14:textId="77777777" w:rsidR="00A1363E" w:rsidRPr="00C85550" w:rsidRDefault="00A1363E" w:rsidP="00B520E7">
            <w:pPr>
              <w:rPr>
                <w:rFonts w:ascii="Times New Roman" w:hAnsi="Times New Roman"/>
              </w:rPr>
            </w:pPr>
            <w:r w:rsidRPr="00C85550">
              <w:rPr>
                <w:rFonts w:ascii="Times New Roman" w:hAnsi="Times New Roman"/>
                <w:sz w:val="20"/>
              </w:rPr>
              <w:t>1.386(4)</w:t>
            </w:r>
          </w:p>
        </w:tc>
        <w:tc>
          <w:tcPr>
            <w:tcW w:w="1437" w:type="dxa"/>
            <w:vAlign w:val="center"/>
          </w:tcPr>
          <w:p w14:paraId="6E49548A" w14:textId="77777777" w:rsidR="00A1363E" w:rsidRPr="00C85550" w:rsidRDefault="00A1363E" w:rsidP="00B520E7">
            <w:pPr>
              <w:rPr>
                <w:rFonts w:ascii="Times New Roman" w:hAnsi="Times New Roman"/>
              </w:rPr>
            </w:pPr>
            <w:r w:rsidRPr="00C85550">
              <w:rPr>
                <w:rFonts w:ascii="Times New Roman" w:hAnsi="Times New Roman"/>
                <w:sz w:val="20"/>
              </w:rPr>
              <w:t>N1–N2</w:t>
            </w:r>
          </w:p>
        </w:tc>
        <w:tc>
          <w:tcPr>
            <w:tcW w:w="1438" w:type="dxa"/>
            <w:vAlign w:val="center"/>
          </w:tcPr>
          <w:p w14:paraId="0E3D2CF2" w14:textId="77777777" w:rsidR="00A1363E" w:rsidRPr="00C85550" w:rsidRDefault="00A1363E" w:rsidP="00B520E7">
            <w:pPr>
              <w:rPr>
                <w:rFonts w:ascii="Times New Roman" w:hAnsi="Times New Roman"/>
              </w:rPr>
            </w:pPr>
            <w:r w:rsidRPr="00C85550">
              <w:rPr>
                <w:rFonts w:ascii="Times New Roman" w:hAnsi="Times New Roman"/>
                <w:sz w:val="20"/>
              </w:rPr>
              <w:t>1.391(3)</w:t>
            </w:r>
          </w:p>
        </w:tc>
      </w:tr>
      <w:tr w:rsidR="00A1363E" w:rsidRPr="00C85550" w14:paraId="5FD507FD" w14:textId="77777777" w:rsidTr="00B520E7">
        <w:trPr>
          <w:trHeight w:val="283"/>
        </w:trPr>
        <w:tc>
          <w:tcPr>
            <w:tcW w:w="1436" w:type="dxa"/>
            <w:vAlign w:val="center"/>
          </w:tcPr>
          <w:p w14:paraId="6A69A823" w14:textId="77777777" w:rsidR="00A1363E" w:rsidRPr="00C85550" w:rsidRDefault="00A1363E" w:rsidP="00B520E7">
            <w:pPr>
              <w:rPr>
                <w:rFonts w:ascii="Times New Roman" w:hAnsi="Times New Roman"/>
              </w:rPr>
            </w:pPr>
            <w:r w:rsidRPr="00C85550">
              <w:rPr>
                <w:rFonts w:ascii="Times New Roman" w:hAnsi="Times New Roman"/>
                <w:sz w:val="20"/>
              </w:rPr>
              <w:t>C4–C5</w:t>
            </w:r>
          </w:p>
        </w:tc>
        <w:tc>
          <w:tcPr>
            <w:tcW w:w="1438" w:type="dxa"/>
            <w:vAlign w:val="center"/>
          </w:tcPr>
          <w:p w14:paraId="72644292" w14:textId="77777777" w:rsidR="00A1363E" w:rsidRPr="00C85550" w:rsidRDefault="00A1363E" w:rsidP="00B520E7">
            <w:pPr>
              <w:rPr>
                <w:rFonts w:ascii="Times New Roman" w:hAnsi="Times New Roman"/>
              </w:rPr>
            </w:pPr>
            <w:r w:rsidRPr="00C85550">
              <w:rPr>
                <w:rFonts w:ascii="Times New Roman" w:hAnsi="Times New Roman"/>
                <w:sz w:val="20"/>
              </w:rPr>
              <w:t>1.389(4)</w:t>
            </w:r>
          </w:p>
        </w:tc>
        <w:tc>
          <w:tcPr>
            <w:tcW w:w="1437" w:type="dxa"/>
            <w:vAlign w:val="center"/>
          </w:tcPr>
          <w:p w14:paraId="0B5ABE8C" w14:textId="77777777" w:rsidR="00A1363E" w:rsidRPr="00C85550" w:rsidRDefault="00A1363E" w:rsidP="00B520E7">
            <w:pPr>
              <w:rPr>
                <w:rFonts w:ascii="Times New Roman" w:hAnsi="Times New Roman"/>
              </w:rPr>
            </w:pPr>
            <w:r w:rsidRPr="00C85550">
              <w:rPr>
                <w:rFonts w:ascii="Times New Roman" w:hAnsi="Times New Roman"/>
                <w:sz w:val="20"/>
              </w:rPr>
              <w:t>C13–C14</w:t>
            </w:r>
          </w:p>
        </w:tc>
        <w:tc>
          <w:tcPr>
            <w:tcW w:w="1438" w:type="dxa"/>
            <w:vAlign w:val="center"/>
          </w:tcPr>
          <w:p w14:paraId="334CBCBA" w14:textId="77777777" w:rsidR="00A1363E" w:rsidRPr="00C85550" w:rsidRDefault="00A1363E" w:rsidP="00B520E7">
            <w:pPr>
              <w:rPr>
                <w:rFonts w:ascii="Times New Roman" w:hAnsi="Times New Roman"/>
              </w:rPr>
            </w:pPr>
            <w:r w:rsidRPr="00C85550">
              <w:rPr>
                <w:rFonts w:ascii="Times New Roman" w:hAnsi="Times New Roman"/>
                <w:sz w:val="20"/>
              </w:rPr>
              <w:t>1.383(4)</w:t>
            </w:r>
          </w:p>
        </w:tc>
        <w:tc>
          <w:tcPr>
            <w:tcW w:w="1437" w:type="dxa"/>
            <w:vAlign w:val="center"/>
          </w:tcPr>
          <w:p w14:paraId="21F10A6F" w14:textId="77777777" w:rsidR="00A1363E" w:rsidRPr="00C85550" w:rsidRDefault="00A1363E" w:rsidP="00B520E7">
            <w:pPr>
              <w:rPr>
                <w:rFonts w:ascii="Times New Roman" w:hAnsi="Times New Roman"/>
              </w:rPr>
            </w:pPr>
            <w:r w:rsidRPr="00C85550">
              <w:rPr>
                <w:rFonts w:ascii="Times New Roman" w:hAnsi="Times New Roman"/>
                <w:sz w:val="20"/>
              </w:rPr>
              <w:t>O1–C4</w:t>
            </w:r>
          </w:p>
        </w:tc>
        <w:tc>
          <w:tcPr>
            <w:tcW w:w="1438" w:type="dxa"/>
            <w:vAlign w:val="center"/>
          </w:tcPr>
          <w:p w14:paraId="3729F627" w14:textId="77777777" w:rsidR="00A1363E" w:rsidRPr="00C85550" w:rsidRDefault="00A1363E" w:rsidP="00B520E7">
            <w:pPr>
              <w:rPr>
                <w:rFonts w:ascii="Times New Roman" w:hAnsi="Times New Roman"/>
              </w:rPr>
            </w:pPr>
            <w:r w:rsidRPr="00C85550">
              <w:rPr>
                <w:rFonts w:ascii="Times New Roman" w:hAnsi="Times New Roman"/>
                <w:sz w:val="20"/>
              </w:rPr>
              <w:t>1.351(4)</w:t>
            </w:r>
          </w:p>
        </w:tc>
      </w:tr>
      <w:tr w:rsidR="00A1363E" w:rsidRPr="00C85550" w14:paraId="69CDEBCC" w14:textId="77777777" w:rsidTr="00B520E7">
        <w:trPr>
          <w:trHeight w:val="283"/>
        </w:trPr>
        <w:tc>
          <w:tcPr>
            <w:tcW w:w="1436" w:type="dxa"/>
            <w:vAlign w:val="center"/>
          </w:tcPr>
          <w:p w14:paraId="0AA05C3D" w14:textId="77777777" w:rsidR="00A1363E" w:rsidRPr="00C85550" w:rsidRDefault="00A1363E" w:rsidP="00B520E7">
            <w:pPr>
              <w:rPr>
                <w:rFonts w:ascii="Times New Roman" w:hAnsi="Times New Roman"/>
              </w:rPr>
            </w:pPr>
            <w:r w:rsidRPr="00C85550">
              <w:rPr>
                <w:rFonts w:ascii="Times New Roman" w:hAnsi="Times New Roman"/>
                <w:sz w:val="20"/>
              </w:rPr>
              <w:t>C5–C6</w:t>
            </w:r>
          </w:p>
        </w:tc>
        <w:tc>
          <w:tcPr>
            <w:tcW w:w="1438" w:type="dxa"/>
            <w:vAlign w:val="center"/>
          </w:tcPr>
          <w:p w14:paraId="44FF5625" w14:textId="77777777" w:rsidR="00A1363E" w:rsidRPr="00C85550" w:rsidRDefault="00A1363E" w:rsidP="00B520E7">
            <w:pPr>
              <w:rPr>
                <w:rFonts w:ascii="Times New Roman" w:hAnsi="Times New Roman"/>
              </w:rPr>
            </w:pPr>
            <w:r w:rsidRPr="00C85550">
              <w:rPr>
                <w:rFonts w:ascii="Times New Roman" w:hAnsi="Times New Roman"/>
                <w:sz w:val="20"/>
              </w:rPr>
              <w:t>1.390(4)</w:t>
            </w:r>
          </w:p>
        </w:tc>
        <w:tc>
          <w:tcPr>
            <w:tcW w:w="1437" w:type="dxa"/>
            <w:vAlign w:val="center"/>
          </w:tcPr>
          <w:p w14:paraId="129895F2" w14:textId="77777777" w:rsidR="00A1363E" w:rsidRPr="00C85550" w:rsidRDefault="00A1363E" w:rsidP="00B520E7">
            <w:pPr>
              <w:rPr>
                <w:rFonts w:ascii="Times New Roman" w:hAnsi="Times New Roman"/>
              </w:rPr>
            </w:pPr>
            <w:r w:rsidRPr="00C85550">
              <w:rPr>
                <w:rFonts w:ascii="Times New Roman" w:hAnsi="Times New Roman"/>
                <w:sz w:val="20"/>
              </w:rPr>
              <w:t>Mo1–N1</w:t>
            </w:r>
          </w:p>
        </w:tc>
        <w:tc>
          <w:tcPr>
            <w:tcW w:w="1438" w:type="dxa"/>
            <w:vAlign w:val="center"/>
          </w:tcPr>
          <w:p w14:paraId="02BD29DA" w14:textId="77777777" w:rsidR="00A1363E" w:rsidRPr="00C85550" w:rsidRDefault="00A1363E" w:rsidP="00B520E7">
            <w:pPr>
              <w:rPr>
                <w:rFonts w:ascii="Times New Roman" w:hAnsi="Times New Roman"/>
              </w:rPr>
            </w:pPr>
            <w:r w:rsidRPr="00C85550">
              <w:rPr>
                <w:rFonts w:ascii="Times New Roman" w:hAnsi="Times New Roman"/>
                <w:sz w:val="20"/>
              </w:rPr>
              <w:t>2.238(2)</w:t>
            </w:r>
          </w:p>
        </w:tc>
        <w:tc>
          <w:tcPr>
            <w:tcW w:w="1437" w:type="dxa"/>
            <w:vAlign w:val="center"/>
          </w:tcPr>
          <w:p w14:paraId="2DFB47DE" w14:textId="77777777" w:rsidR="00A1363E" w:rsidRPr="00C85550" w:rsidRDefault="00A1363E" w:rsidP="00B520E7">
            <w:pPr>
              <w:rPr>
                <w:rFonts w:ascii="Times New Roman" w:hAnsi="Times New Roman"/>
              </w:rPr>
            </w:pPr>
            <w:r w:rsidRPr="00C85550">
              <w:rPr>
                <w:rFonts w:ascii="Times New Roman" w:hAnsi="Times New Roman"/>
                <w:sz w:val="20"/>
              </w:rPr>
              <w:t>O2–C1</w:t>
            </w:r>
          </w:p>
        </w:tc>
        <w:tc>
          <w:tcPr>
            <w:tcW w:w="1438" w:type="dxa"/>
            <w:vAlign w:val="center"/>
          </w:tcPr>
          <w:p w14:paraId="1C00E7EB" w14:textId="77777777" w:rsidR="00A1363E" w:rsidRPr="00C85550" w:rsidRDefault="00A1363E" w:rsidP="00B520E7">
            <w:pPr>
              <w:rPr>
                <w:rFonts w:ascii="Times New Roman" w:hAnsi="Times New Roman"/>
              </w:rPr>
            </w:pPr>
            <w:r w:rsidRPr="00C85550">
              <w:rPr>
                <w:rFonts w:ascii="Times New Roman" w:hAnsi="Times New Roman"/>
                <w:sz w:val="20"/>
              </w:rPr>
              <w:t>1.329(3)</w:t>
            </w:r>
          </w:p>
        </w:tc>
      </w:tr>
      <w:tr w:rsidR="00A1363E" w:rsidRPr="00C85550" w14:paraId="234199AE" w14:textId="77777777" w:rsidTr="00B520E7">
        <w:trPr>
          <w:trHeight w:val="283"/>
        </w:trPr>
        <w:tc>
          <w:tcPr>
            <w:tcW w:w="1436" w:type="dxa"/>
            <w:vAlign w:val="center"/>
          </w:tcPr>
          <w:p w14:paraId="1BDBF19D" w14:textId="77777777" w:rsidR="00A1363E" w:rsidRPr="00C85550" w:rsidRDefault="00A1363E" w:rsidP="00B520E7">
            <w:pPr>
              <w:rPr>
                <w:rFonts w:ascii="Times New Roman" w:hAnsi="Times New Roman"/>
              </w:rPr>
            </w:pPr>
            <w:r w:rsidRPr="00C85550">
              <w:rPr>
                <w:rFonts w:ascii="Times New Roman" w:hAnsi="Times New Roman"/>
                <w:sz w:val="20"/>
              </w:rPr>
              <w:t>C6–C7</w:t>
            </w:r>
          </w:p>
        </w:tc>
        <w:tc>
          <w:tcPr>
            <w:tcW w:w="1438" w:type="dxa"/>
            <w:vAlign w:val="center"/>
          </w:tcPr>
          <w:p w14:paraId="5FD0DB37" w14:textId="77777777" w:rsidR="00A1363E" w:rsidRPr="00C85550" w:rsidRDefault="00A1363E" w:rsidP="00B520E7">
            <w:pPr>
              <w:rPr>
                <w:rFonts w:ascii="Times New Roman" w:hAnsi="Times New Roman"/>
              </w:rPr>
            </w:pPr>
            <w:r w:rsidRPr="00C85550">
              <w:rPr>
                <w:rFonts w:ascii="Times New Roman" w:hAnsi="Times New Roman"/>
                <w:sz w:val="20"/>
              </w:rPr>
              <w:t>1.396(4)</w:t>
            </w:r>
          </w:p>
        </w:tc>
        <w:tc>
          <w:tcPr>
            <w:tcW w:w="1437" w:type="dxa"/>
            <w:vAlign w:val="center"/>
          </w:tcPr>
          <w:p w14:paraId="6A76BC3F" w14:textId="77777777" w:rsidR="00A1363E" w:rsidRPr="00C85550" w:rsidRDefault="00A1363E" w:rsidP="00B520E7">
            <w:pPr>
              <w:rPr>
                <w:rFonts w:ascii="Times New Roman" w:hAnsi="Times New Roman"/>
              </w:rPr>
            </w:pPr>
            <w:r w:rsidRPr="00C85550">
              <w:rPr>
                <w:rFonts w:ascii="Times New Roman" w:hAnsi="Times New Roman"/>
                <w:sz w:val="20"/>
              </w:rPr>
              <w:t>Mo1–N3_a</w:t>
            </w:r>
          </w:p>
        </w:tc>
        <w:tc>
          <w:tcPr>
            <w:tcW w:w="1438" w:type="dxa"/>
            <w:vAlign w:val="center"/>
          </w:tcPr>
          <w:p w14:paraId="6820B2F9" w14:textId="77777777" w:rsidR="00A1363E" w:rsidRPr="00C85550" w:rsidRDefault="00A1363E" w:rsidP="00B520E7">
            <w:pPr>
              <w:rPr>
                <w:rFonts w:ascii="Times New Roman" w:hAnsi="Times New Roman"/>
              </w:rPr>
            </w:pPr>
            <w:r w:rsidRPr="00C85550">
              <w:rPr>
                <w:rFonts w:ascii="Times New Roman" w:hAnsi="Times New Roman"/>
                <w:sz w:val="20"/>
              </w:rPr>
              <w:t>2.536(2)</w:t>
            </w:r>
          </w:p>
        </w:tc>
        <w:tc>
          <w:tcPr>
            <w:tcW w:w="1437" w:type="dxa"/>
            <w:vAlign w:val="center"/>
          </w:tcPr>
          <w:p w14:paraId="497EDE7C" w14:textId="77777777" w:rsidR="00A1363E" w:rsidRPr="00C85550" w:rsidRDefault="00A1363E" w:rsidP="00B520E7">
            <w:pPr>
              <w:rPr>
                <w:rFonts w:ascii="Times New Roman" w:hAnsi="Times New Roman"/>
              </w:rPr>
            </w:pPr>
            <w:r w:rsidRPr="00C85550">
              <w:rPr>
                <w:rFonts w:ascii="Times New Roman" w:hAnsi="Times New Roman"/>
                <w:sz w:val="20"/>
              </w:rPr>
              <w:t>O3–C7</w:t>
            </w:r>
          </w:p>
        </w:tc>
        <w:tc>
          <w:tcPr>
            <w:tcW w:w="1438" w:type="dxa"/>
            <w:vAlign w:val="center"/>
          </w:tcPr>
          <w:p w14:paraId="232A27B2" w14:textId="77777777" w:rsidR="00A1363E" w:rsidRPr="00C85550" w:rsidRDefault="00A1363E" w:rsidP="00B520E7">
            <w:pPr>
              <w:rPr>
                <w:rFonts w:ascii="Times New Roman" w:hAnsi="Times New Roman"/>
              </w:rPr>
            </w:pPr>
            <w:r w:rsidRPr="00C85550">
              <w:rPr>
                <w:rFonts w:ascii="Times New Roman" w:hAnsi="Times New Roman"/>
                <w:sz w:val="20"/>
              </w:rPr>
              <w:t>1.364(3)</w:t>
            </w:r>
          </w:p>
        </w:tc>
      </w:tr>
      <w:tr w:rsidR="00A1363E" w:rsidRPr="00C85550" w14:paraId="36BA5ED9" w14:textId="77777777" w:rsidTr="00B520E7">
        <w:trPr>
          <w:trHeight w:val="283"/>
        </w:trPr>
        <w:tc>
          <w:tcPr>
            <w:tcW w:w="1436" w:type="dxa"/>
            <w:vAlign w:val="center"/>
          </w:tcPr>
          <w:p w14:paraId="26B15CAA" w14:textId="77777777" w:rsidR="00A1363E" w:rsidRPr="00C85550" w:rsidRDefault="00A1363E" w:rsidP="00B520E7">
            <w:pPr>
              <w:rPr>
                <w:rFonts w:ascii="Times New Roman" w:hAnsi="Times New Roman"/>
              </w:rPr>
            </w:pPr>
            <w:r w:rsidRPr="00C85550">
              <w:rPr>
                <w:rFonts w:ascii="Times New Roman" w:hAnsi="Times New Roman"/>
                <w:sz w:val="20"/>
              </w:rPr>
              <w:t>C7–C8</w:t>
            </w:r>
          </w:p>
        </w:tc>
        <w:tc>
          <w:tcPr>
            <w:tcW w:w="1438" w:type="dxa"/>
            <w:vAlign w:val="center"/>
          </w:tcPr>
          <w:p w14:paraId="7D3C9EED" w14:textId="77777777" w:rsidR="00A1363E" w:rsidRPr="00C85550" w:rsidRDefault="00A1363E" w:rsidP="00B520E7">
            <w:pPr>
              <w:rPr>
                <w:rFonts w:ascii="Times New Roman" w:hAnsi="Times New Roman"/>
              </w:rPr>
            </w:pPr>
            <w:r w:rsidRPr="00C85550">
              <w:rPr>
                <w:rFonts w:ascii="Times New Roman" w:hAnsi="Times New Roman"/>
                <w:sz w:val="20"/>
              </w:rPr>
              <w:t>1.388(4)</w:t>
            </w:r>
          </w:p>
        </w:tc>
        <w:tc>
          <w:tcPr>
            <w:tcW w:w="1437" w:type="dxa"/>
            <w:vAlign w:val="center"/>
          </w:tcPr>
          <w:p w14:paraId="19A9DAA5" w14:textId="77777777" w:rsidR="00A1363E" w:rsidRPr="00C85550" w:rsidRDefault="00A1363E" w:rsidP="00B520E7">
            <w:pPr>
              <w:rPr>
                <w:rFonts w:ascii="Times New Roman" w:hAnsi="Times New Roman"/>
              </w:rPr>
            </w:pPr>
            <w:r w:rsidRPr="00C85550">
              <w:rPr>
                <w:rFonts w:ascii="Times New Roman" w:hAnsi="Times New Roman"/>
                <w:sz w:val="20"/>
              </w:rPr>
              <w:t>Mo1–O1</w:t>
            </w:r>
          </w:p>
        </w:tc>
        <w:tc>
          <w:tcPr>
            <w:tcW w:w="1438" w:type="dxa"/>
            <w:vAlign w:val="center"/>
          </w:tcPr>
          <w:p w14:paraId="243598D3" w14:textId="77777777" w:rsidR="00A1363E" w:rsidRPr="00C85550" w:rsidRDefault="00A1363E" w:rsidP="00B520E7">
            <w:pPr>
              <w:rPr>
                <w:rFonts w:ascii="Times New Roman" w:hAnsi="Times New Roman"/>
              </w:rPr>
            </w:pPr>
            <w:r w:rsidRPr="00C85550">
              <w:rPr>
                <w:rFonts w:ascii="Times New Roman" w:hAnsi="Times New Roman"/>
                <w:sz w:val="20"/>
              </w:rPr>
              <w:t>1.912(2)</w:t>
            </w:r>
          </w:p>
        </w:tc>
        <w:tc>
          <w:tcPr>
            <w:tcW w:w="1437" w:type="dxa"/>
            <w:vAlign w:val="center"/>
          </w:tcPr>
          <w:p w14:paraId="3734A8ED" w14:textId="77777777" w:rsidR="00A1363E" w:rsidRPr="00C85550" w:rsidRDefault="00A1363E" w:rsidP="00B520E7">
            <w:pPr>
              <w:rPr>
                <w:rFonts w:ascii="Times New Roman" w:hAnsi="Times New Roman"/>
              </w:rPr>
            </w:pPr>
            <w:r w:rsidRPr="00C85550">
              <w:rPr>
                <w:rFonts w:ascii="Times New Roman" w:hAnsi="Times New Roman"/>
                <w:sz w:val="20"/>
              </w:rPr>
              <w:t>O3–C15</w:t>
            </w:r>
          </w:p>
        </w:tc>
        <w:tc>
          <w:tcPr>
            <w:tcW w:w="1438" w:type="dxa"/>
            <w:vAlign w:val="center"/>
          </w:tcPr>
          <w:p w14:paraId="7A415081" w14:textId="77777777" w:rsidR="00A1363E" w:rsidRPr="00C85550" w:rsidRDefault="00A1363E" w:rsidP="00B520E7">
            <w:pPr>
              <w:rPr>
                <w:rFonts w:ascii="Times New Roman" w:hAnsi="Times New Roman"/>
              </w:rPr>
            </w:pPr>
            <w:r w:rsidRPr="00C85550">
              <w:rPr>
                <w:rFonts w:ascii="Times New Roman" w:hAnsi="Times New Roman"/>
                <w:sz w:val="20"/>
              </w:rPr>
              <w:t>1.411(4)</w:t>
            </w:r>
          </w:p>
        </w:tc>
      </w:tr>
      <w:tr w:rsidR="00A1363E" w:rsidRPr="00C85550" w14:paraId="47D5A655" w14:textId="77777777" w:rsidTr="00B520E7">
        <w:trPr>
          <w:trHeight w:val="283"/>
        </w:trPr>
        <w:tc>
          <w:tcPr>
            <w:tcW w:w="1436" w:type="dxa"/>
            <w:vAlign w:val="center"/>
          </w:tcPr>
          <w:p w14:paraId="26D57995" w14:textId="77777777" w:rsidR="00A1363E" w:rsidRPr="00C85550" w:rsidRDefault="00A1363E" w:rsidP="00B520E7">
            <w:pPr>
              <w:rPr>
                <w:rFonts w:ascii="Times New Roman" w:hAnsi="Times New Roman"/>
              </w:rPr>
            </w:pPr>
            <w:r w:rsidRPr="00C85550">
              <w:rPr>
                <w:rFonts w:ascii="Times New Roman" w:hAnsi="Times New Roman"/>
                <w:sz w:val="20"/>
              </w:rPr>
              <w:t>C9–C10</w:t>
            </w:r>
          </w:p>
        </w:tc>
        <w:tc>
          <w:tcPr>
            <w:tcW w:w="1438" w:type="dxa"/>
            <w:vAlign w:val="center"/>
          </w:tcPr>
          <w:p w14:paraId="66A61F4B" w14:textId="77777777" w:rsidR="00A1363E" w:rsidRPr="00C85550" w:rsidRDefault="00A1363E" w:rsidP="00B520E7">
            <w:pPr>
              <w:rPr>
                <w:rFonts w:ascii="Times New Roman" w:hAnsi="Times New Roman"/>
              </w:rPr>
            </w:pPr>
            <w:r w:rsidRPr="00C85550">
              <w:rPr>
                <w:rFonts w:ascii="Times New Roman" w:hAnsi="Times New Roman"/>
                <w:sz w:val="20"/>
              </w:rPr>
              <w:t>1.409(4)</w:t>
            </w:r>
          </w:p>
        </w:tc>
        <w:tc>
          <w:tcPr>
            <w:tcW w:w="1437" w:type="dxa"/>
            <w:vAlign w:val="center"/>
          </w:tcPr>
          <w:p w14:paraId="0E0B7C1B" w14:textId="77777777" w:rsidR="00A1363E" w:rsidRPr="00C85550" w:rsidRDefault="00A1363E" w:rsidP="00B520E7">
            <w:pPr>
              <w:rPr>
                <w:rFonts w:ascii="Times New Roman" w:hAnsi="Times New Roman"/>
              </w:rPr>
            </w:pPr>
            <w:r w:rsidRPr="00C85550">
              <w:rPr>
                <w:rFonts w:ascii="Times New Roman" w:hAnsi="Times New Roman"/>
                <w:sz w:val="20"/>
              </w:rPr>
              <w:t>Mo1–O2</w:t>
            </w:r>
          </w:p>
        </w:tc>
        <w:tc>
          <w:tcPr>
            <w:tcW w:w="1438" w:type="dxa"/>
            <w:vAlign w:val="center"/>
          </w:tcPr>
          <w:p w14:paraId="69A4D4F3" w14:textId="77777777" w:rsidR="00A1363E" w:rsidRPr="00C85550" w:rsidRDefault="00A1363E" w:rsidP="00B520E7">
            <w:pPr>
              <w:rPr>
                <w:rFonts w:ascii="Times New Roman" w:hAnsi="Times New Roman"/>
              </w:rPr>
            </w:pPr>
            <w:r w:rsidRPr="00C85550">
              <w:rPr>
                <w:rFonts w:ascii="Times New Roman" w:hAnsi="Times New Roman"/>
                <w:sz w:val="20"/>
              </w:rPr>
              <w:t>2.0197(18)</w:t>
            </w:r>
          </w:p>
        </w:tc>
        <w:tc>
          <w:tcPr>
            <w:tcW w:w="1437" w:type="dxa"/>
            <w:vAlign w:val="center"/>
          </w:tcPr>
          <w:p w14:paraId="738A5081" w14:textId="77777777" w:rsidR="00A1363E" w:rsidRPr="00C85550" w:rsidRDefault="00A1363E" w:rsidP="00B520E7">
            <w:pPr>
              <w:rPr>
                <w:rFonts w:ascii="Times New Roman" w:hAnsi="Times New Roman"/>
              </w:rPr>
            </w:pPr>
          </w:p>
        </w:tc>
        <w:tc>
          <w:tcPr>
            <w:tcW w:w="1438" w:type="dxa"/>
            <w:vAlign w:val="center"/>
          </w:tcPr>
          <w:p w14:paraId="1C3F6A17" w14:textId="77777777" w:rsidR="00A1363E" w:rsidRPr="00C85550" w:rsidRDefault="00A1363E" w:rsidP="00B520E7">
            <w:pPr>
              <w:rPr>
                <w:rFonts w:ascii="Times New Roman" w:hAnsi="Times New Roman"/>
              </w:rPr>
            </w:pPr>
          </w:p>
        </w:tc>
      </w:tr>
      <w:tr w:rsidR="00A1363E" w:rsidRPr="00C85550" w14:paraId="57882A6A" w14:textId="77777777" w:rsidTr="00B520E7">
        <w:trPr>
          <w:trHeight w:val="283"/>
        </w:trPr>
        <w:tc>
          <w:tcPr>
            <w:tcW w:w="1436" w:type="dxa"/>
            <w:vAlign w:val="center"/>
          </w:tcPr>
          <w:p w14:paraId="6A5AEAA3" w14:textId="77777777" w:rsidR="00A1363E" w:rsidRPr="00C85550" w:rsidRDefault="00A1363E" w:rsidP="00B520E7">
            <w:pPr>
              <w:rPr>
                <w:rFonts w:ascii="Times New Roman" w:hAnsi="Times New Roman"/>
              </w:rPr>
            </w:pPr>
            <w:r w:rsidRPr="00C85550">
              <w:rPr>
                <w:rFonts w:ascii="Times New Roman" w:hAnsi="Times New Roman"/>
                <w:sz w:val="20"/>
              </w:rPr>
              <w:t>C9–C14</w:t>
            </w:r>
          </w:p>
        </w:tc>
        <w:tc>
          <w:tcPr>
            <w:tcW w:w="1438" w:type="dxa"/>
            <w:vAlign w:val="center"/>
          </w:tcPr>
          <w:p w14:paraId="3CE84E4D" w14:textId="77777777" w:rsidR="00A1363E" w:rsidRPr="00C85550" w:rsidRDefault="00A1363E" w:rsidP="00B520E7">
            <w:pPr>
              <w:rPr>
                <w:rFonts w:ascii="Times New Roman" w:hAnsi="Times New Roman"/>
              </w:rPr>
            </w:pPr>
            <w:r w:rsidRPr="00C85550">
              <w:rPr>
                <w:rFonts w:ascii="Times New Roman" w:hAnsi="Times New Roman"/>
                <w:sz w:val="20"/>
              </w:rPr>
              <w:t>1.402(4)</w:t>
            </w:r>
          </w:p>
        </w:tc>
        <w:tc>
          <w:tcPr>
            <w:tcW w:w="1437" w:type="dxa"/>
            <w:vAlign w:val="center"/>
          </w:tcPr>
          <w:p w14:paraId="3710A6B5" w14:textId="77777777" w:rsidR="00A1363E" w:rsidRPr="00C85550" w:rsidRDefault="00A1363E" w:rsidP="00B520E7">
            <w:pPr>
              <w:rPr>
                <w:rFonts w:ascii="Times New Roman" w:hAnsi="Times New Roman"/>
              </w:rPr>
            </w:pPr>
            <w:r w:rsidRPr="00C85550">
              <w:rPr>
                <w:rFonts w:ascii="Times New Roman" w:hAnsi="Times New Roman"/>
                <w:sz w:val="20"/>
              </w:rPr>
              <w:t>Mo1–O4</w:t>
            </w:r>
          </w:p>
        </w:tc>
        <w:tc>
          <w:tcPr>
            <w:tcW w:w="1438" w:type="dxa"/>
            <w:vAlign w:val="center"/>
          </w:tcPr>
          <w:p w14:paraId="14D83337" w14:textId="77777777" w:rsidR="00A1363E" w:rsidRPr="00C85550" w:rsidRDefault="00A1363E" w:rsidP="00B520E7">
            <w:pPr>
              <w:rPr>
                <w:rFonts w:ascii="Times New Roman" w:hAnsi="Times New Roman"/>
              </w:rPr>
            </w:pPr>
            <w:r w:rsidRPr="00C85550">
              <w:rPr>
                <w:rFonts w:ascii="Times New Roman" w:hAnsi="Times New Roman"/>
                <w:sz w:val="20"/>
              </w:rPr>
              <w:t>1.705(3)</w:t>
            </w:r>
          </w:p>
        </w:tc>
        <w:tc>
          <w:tcPr>
            <w:tcW w:w="1437" w:type="dxa"/>
            <w:vAlign w:val="center"/>
          </w:tcPr>
          <w:p w14:paraId="45318711" w14:textId="77777777" w:rsidR="00A1363E" w:rsidRPr="00C85550" w:rsidRDefault="00A1363E" w:rsidP="00B520E7">
            <w:pPr>
              <w:rPr>
                <w:rFonts w:ascii="Times New Roman" w:hAnsi="Times New Roman"/>
              </w:rPr>
            </w:pPr>
          </w:p>
        </w:tc>
        <w:tc>
          <w:tcPr>
            <w:tcW w:w="1438" w:type="dxa"/>
            <w:vAlign w:val="center"/>
          </w:tcPr>
          <w:p w14:paraId="181778F6" w14:textId="77777777" w:rsidR="00A1363E" w:rsidRPr="00C85550" w:rsidRDefault="00A1363E" w:rsidP="00B520E7">
            <w:pPr>
              <w:rPr>
                <w:rFonts w:ascii="Times New Roman" w:hAnsi="Times New Roman"/>
              </w:rPr>
            </w:pPr>
          </w:p>
        </w:tc>
      </w:tr>
      <w:tr w:rsidR="00A1363E" w:rsidRPr="00C85550" w14:paraId="38FF5EA9" w14:textId="77777777" w:rsidTr="00B520E7">
        <w:trPr>
          <w:trHeight w:val="283"/>
        </w:trPr>
        <w:tc>
          <w:tcPr>
            <w:tcW w:w="1436" w:type="dxa"/>
            <w:vAlign w:val="center"/>
          </w:tcPr>
          <w:p w14:paraId="1DD0156D" w14:textId="77777777" w:rsidR="00A1363E" w:rsidRPr="00C85550" w:rsidRDefault="00A1363E" w:rsidP="00B520E7">
            <w:pPr>
              <w:rPr>
                <w:rFonts w:ascii="Times New Roman" w:hAnsi="Times New Roman"/>
              </w:rPr>
            </w:pPr>
            <w:r w:rsidRPr="00C85550">
              <w:rPr>
                <w:rFonts w:ascii="Times New Roman" w:hAnsi="Times New Roman"/>
                <w:sz w:val="20"/>
              </w:rPr>
              <w:t>C10–C11</w:t>
            </w:r>
          </w:p>
        </w:tc>
        <w:tc>
          <w:tcPr>
            <w:tcW w:w="1438" w:type="dxa"/>
            <w:vAlign w:val="center"/>
          </w:tcPr>
          <w:p w14:paraId="52D2C62C" w14:textId="77777777" w:rsidR="00A1363E" w:rsidRPr="00C85550" w:rsidRDefault="00A1363E" w:rsidP="00B520E7">
            <w:pPr>
              <w:rPr>
                <w:rFonts w:ascii="Times New Roman" w:hAnsi="Times New Roman"/>
              </w:rPr>
            </w:pPr>
            <w:r w:rsidRPr="00C85550">
              <w:rPr>
                <w:rFonts w:ascii="Times New Roman" w:hAnsi="Times New Roman"/>
                <w:sz w:val="20"/>
              </w:rPr>
              <w:t>1.393(4)</w:t>
            </w:r>
          </w:p>
        </w:tc>
        <w:tc>
          <w:tcPr>
            <w:tcW w:w="1437" w:type="dxa"/>
            <w:vAlign w:val="center"/>
          </w:tcPr>
          <w:p w14:paraId="7B095C13" w14:textId="77777777" w:rsidR="00A1363E" w:rsidRPr="00C85550" w:rsidRDefault="00A1363E" w:rsidP="00B520E7">
            <w:pPr>
              <w:rPr>
                <w:rFonts w:ascii="Times New Roman" w:hAnsi="Times New Roman"/>
              </w:rPr>
            </w:pPr>
            <w:r w:rsidRPr="00C85550">
              <w:rPr>
                <w:rFonts w:ascii="Times New Roman" w:hAnsi="Times New Roman"/>
                <w:sz w:val="20"/>
              </w:rPr>
              <w:t>Mo1–O5</w:t>
            </w:r>
          </w:p>
        </w:tc>
        <w:tc>
          <w:tcPr>
            <w:tcW w:w="1438" w:type="dxa"/>
            <w:vAlign w:val="center"/>
          </w:tcPr>
          <w:p w14:paraId="311E39CB" w14:textId="77777777" w:rsidR="00A1363E" w:rsidRPr="00C85550" w:rsidRDefault="00A1363E" w:rsidP="00B520E7">
            <w:pPr>
              <w:rPr>
                <w:rFonts w:ascii="Times New Roman" w:hAnsi="Times New Roman"/>
              </w:rPr>
            </w:pPr>
            <w:r w:rsidRPr="00C85550">
              <w:rPr>
                <w:rFonts w:ascii="Times New Roman" w:hAnsi="Times New Roman"/>
                <w:sz w:val="20"/>
              </w:rPr>
              <w:t>1.714(2)</w:t>
            </w:r>
          </w:p>
        </w:tc>
        <w:tc>
          <w:tcPr>
            <w:tcW w:w="1437" w:type="dxa"/>
            <w:vAlign w:val="center"/>
          </w:tcPr>
          <w:p w14:paraId="6F9BE202" w14:textId="77777777" w:rsidR="00A1363E" w:rsidRPr="00C85550" w:rsidRDefault="00A1363E" w:rsidP="00B520E7">
            <w:pPr>
              <w:rPr>
                <w:rFonts w:ascii="Times New Roman" w:hAnsi="Times New Roman"/>
              </w:rPr>
            </w:pPr>
          </w:p>
        </w:tc>
        <w:tc>
          <w:tcPr>
            <w:tcW w:w="1438" w:type="dxa"/>
            <w:vAlign w:val="center"/>
          </w:tcPr>
          <w:p w14:paraId="4A3A4895" w14:textId="77777777" w:rsidR="00A1363E" w:rsidRPr="00C85550" w:rsidRDefault="00A1363E" w:rsidP="00B520E7">
            <w:pPr>
              <w:rPr>
                <w:rFonts w:ascii="Times New Roman" w:hAnsi="Times New Roman"/>
              </w:rPr>
            </w:pPr>
          </w:p>
        </w:tc>
      </w:tr>
    </w:tbl>
    <w:p w14:paraId="37DF4DC4" w14:textId="77777777" w:rsidR="00A1363E" w:rsidRPr="00C85550" w:rsidRDefault="00A1363E" w:rsidP="00A1363E">
      <w:pPr>
        <w:rPr>
          <w:rFonts w:ascii="Times New Roman" w:hAnsi="Times New Roman"/>
        </w:rPr>
      </w:pPr>
      <w:r w:rsidRPr="00C85550">
        <w:rPr>
          <w:rFonts w:ascii="Times New Roman" w:hAnsi="Times New Roman"/>
        </w:rPr>
        <w:br w:type="page"/>
      </w:r>
    </w:p>
    <w:p w14:paraId="0CB71FEA" w14:textId="0A87A90A" w:rsidR="00A1363E" w:rsidRPr="00C85550" w:rsidRDefault="00A1363E" w:rsidP="00A1363E">
      <w:pPr>
        <w:rPr>
          <w:rFonts w:ascii="Times New Roman" w:hAnsi="Times New Roman"/>
        </w:rPr>
      </w:pPr>
      <w:r w:rsidRPr="00C85550">
        <w:rPr>
          <w:rFonts w:ascii="Times New Roman" w:hAnsi="Times New Roman"/>
          <w:b/>
        </w:rPr>
        <w:lastRenderedPageBreak/>
        <w:t>Table S7.</w:t>
      </w:r>
      <w:r w:rsidRPr="00C85550">
        <w:rPr>
          <w:rFonts w:ascii="Times New Roman" w:hAnsi="Times New Roman"/>
        </w:rPr>
        <w:t xml:space="preserve"> Selected bond angles in the crystal structure of </w:t>
      </w:r>
      <w:r w:rsidR="005E3A48" w:rsidRPr="00C85550">
        <w:rPr>
          <w:rFonts w:ascii="Times New Roman" w:hAnsi="Times New Roman"/>
          <w:b/>
        </w:rPr>
        <w:t xml:space="preserve">1a, 2a, 3a </w:t>
      </w:r>
      <w:r w:rsidR="005E3A48" w:rsidRPr="00C85550">
        <w:rPr>
          <w:rFonts w:ascii="Times New Roman" w:hAnsi="Times New Roman"/>
        </w:rPr>
        <w:t>and</w:t>
      </w:r>
      <w:r w:rsidR="005E3A48" w:rsidRPr="00C85550">
        <w:rPr>
          <w:rFonts w:ascii="Times New Roman" w:hAnsi="Times New Roman"/>
          <w:b/>
        </w:rPr>
        <w:t xml:space="preserve"> 3.</w:t>
      </w:r>
    </w:p>
    <w:tbl>
      <w:tblPr>
        <w:tblW w:w="0" w:type="auto"/>
        <w:tblLook w:val="04A0" w:firstRow="1" w:lastRow="0" w:firstColumn="1" w:lastColumn="0" w:noHBand="0" w:noVBand="1"/>
      </w:tblPr>
      <w:tblGrid>
        <w:gridCol w:w="1437"/>
        <w:gridCol w:w="1437"/>
        <w:gridCol w:w="1437"/>
        <w:gridCol w:w="1438"/>
        <w:gridCol w:w="1437"/>
        <w:gridCol w:w="1438"/>
      </w:tblGrid>
      <w:tr w:rsidR="00A1363E" w:rsidRPr="00C85550" w14:paraId="6041DCF8" w14:textId="77777777" w:rsidTr="00B520E7">
        <w:trPr>
          <w:trHeight w:val="283"/>
        </w:trPr>
        <w:tc>
          <w:tcPr>
            <w:tcW w:w="8624" w:type="dxa"/>
            <w:gridSpan w:val="6"/>
            <w:tcBorders>
              <w:top w:val="single" w:sz="6" w:space="0" w:color="000000"/>
              <w:left w:val="single" w:sz="6" w:space="0" w:color="000000"/>
              <w:bottom w:val="single" w:sz="6" w:space="0" w:color="000000"/>
              <w:right w:val="single" w:sz="6" w:space="0" w:color="000000"/>
            </w:tcBorders>
            <w:vAlign w:val="center"/>
          </w:tcPr>
          <w:p w14:paraId="685000F6" w14:textId="77777777" w:rsidR="00A1363E" w:rsidRPr="00C85550" w:rsidRDefault="00A1363E" w:rsidP="00B520E7">
            <w:pPr>
              <w:jc w:val="center"/>
              <w:rPr>
                <w:rFonts w:ascii="Times New Roman" w:hAnsi="Times New Roman"/>
                <w:sz w:val="16"/>
                <w:szCs w:val="16"/>
              </w:rPr>
            </w:pPr>
            <w:r w:rsidRPr="00C85550">
              <w:rPr>
                <w:rFonts w:ascii="Times New Roman" w:hAnsi="Times New Roman"/>
                <w:b/>
              </w:rPr>
              <w:t>1a</w:t>
            </w:r>
          </w:p>
        </w:tc>
      </w:tr>
      <w:tr w:rsidR="00A1363E" w:rsidRPr="00C85550" w14:paraId="653A00F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9C6FCB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7" w:type="dxa"/>
            <w:tcBorders>
              <w:top w:val="single" w:sz="6" w:space="0" w:color="000000"/>
              <w:left w:val="single" w:sz="6" w:space="0" w:color="000000"/>
              <w:bottom w:val="single" w:sz="6" w:space="0" w:color="000000"/>
              <w:right w:val="single" w:sz="6" w:space="0" w:color="000000"/>
            </w:tcBorders>
            <w:vAlign w:val="center"/>
          </w:tcPr>
          <w:p w14:paraId="41DAFF6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09841DD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2C7935F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411735E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327C4A4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r>
      <w:tr w:rsidR="00A1363E" w:rsidRPr="00C85550" w14:paraId="2928A78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D451ED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N1–C1–C8</w:t>
            </w:r>
          </w:p>
        </w:tc>
        <w:tc>
          <w:tcPr>
            <w:tcW w:w="1437" w:type="dxa"/>
            <w:tcBorders>
              <w:top w:val="single" w:sz="6" w:space="0" w:color="000000"/>
              <w:left w:val="single" w:sz="6" w:space="0" w:color="000000"/>
              <w:bottom w:val="single" w:sz="6" w:space="0" w:color="000000"/>
              <w:right w:val="single" w:sz="6" w:space="0" w:color="000000"/>
            </w:tcBorders>
            <w:vAlign w:val="center"/>
          </w:tcPr>
          <w:p w14:paraId="5FBDD12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123.6(2)</w:t>
            </w:r>
          </w:p>
        </w:tc>
        <w:tc>
          <w:tcPr>
            <w:tcW w:w="1437" w:type="dxa"/>
            <w:tcBorders>
              <w:top w:val="single" w:sz="6" w:space="0" w:color="000000"/>
              <w:left w:val="single" w:sz="6" w:space="0" w:color="000000"/>
              <w:bottom w:val="single" w:sz="6" w:space="0" w:color="000000"/>
              <w:right w:val="single" w:sz="6" w:space="0" w:color="000000"/>
            </w:tcBorders>
            <w:vAlign w:val="center"/>
          </w:tcPr>
          <w:p w14:paraId="100DF9D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O1–C9–C10</w:t>
            </w:r>
          </w:p>
        </w:tc>
        <w:tc>
          <w:tcPr>
            <w:tcW w:w="1438" w:type="dxa"/>
            <w:tcBorders>
              <w:top w:val="single" w:sz="6" w:space="0" w:color="000000"/>
              <w:left w:val="single" w:sz="6" w:space="0" w:color="000000"/>
              <w:bottom w:val="single" w:sz="6" w:space="0" w:color="000000"/>
              <w:right w:val="single" w:sz="6" w:space="0" w:color="000000"/>
            </w:tcBorders>
            <w:vAlign w:val="center"/>
          </w:tcPr>
          <w:p w14:paraId="0335C4A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118.6(2)</w:t>
            </w:r>
          </w:p>
        </w:tc>
        <w:tc>
          <w:tcPr>
            <w:tcW w:w="1437" w:type="dxa"/>
            <w:tcBorders>
              <w:top w:val="single" w:sz="6" w:space="0" w:color="000000"/>
              <w:left w:val="single" w:sz="6" w:space="0" w:color="000000"/>
              <w:bottom w:val="single" w:sz="6" w:space="0" w:color="000000"/>
              <w:right w:val="single" w:sz="6" w:space="0" w:color="000000"/>
            </w:tcBorders>
            <w:vAlign w:val="center"/>
          </w:tcPr>
          <w:p w14:paraId="40C632E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0E9C9C6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168.65(10)</w:t>
            </w:r>
          </w:p>
        </w:tc>
      </w:tr>
      <w:tr w:rsidR="00A1363E" w:rsidRPr="00C85550" w14:paraId="05C880C5"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7B0DCC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7711E71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117.3(3)</w:t>
            </w:r>
          </w:p>
        </w:tc>
        <w:tc>
          <w:tcPr>
            <w:tcW w:w="1437" w:type="dxa"/>
            <w:tcBorders>
              <w:top w:val="single" w:sz="6" w:space="0" w:color="000000"/>
              <w:left w:val="single" w:sz="6" w:space="0" w:color="000000"/>
              <w:bottom w:val="single" w:sz="6" w:space="0" w:color="000000"/>
              <w:right w:val="single" w:sz="6" w:space="0" w:color="000000"/>
            </w:tcBorders>
            <w:vAlign w:val="center"/>
          </w:tcPr>
          <w:p w14:paraId="04DAB3A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C9–C10–C11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5529AE0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121.2(3)</w:t>
            </w:r>
          </w:p>
        </w:tc>
        <w:tc>
          <w:tcPr>
            <w:tcW w:w="1437" w:type="dxa"/>
            <w:tcBorders>
              <w:top w:val="single" w:sz="6" w:space="0" w:color="000000"/>
              <w:left w:val="single" w:sz="6" w:space="0" w:color="000000"/>
              <w:bottom w:val="single" w:sz="6" w:space="0" w:color="000000"/>
              <w:right w:val="single" w:sz="6" w:space="0" w:color="000000"/>
            </w:tcBorders>
            <w:vAlign w:val="center"/>
          </w:tcPr>
          <w:p w14:paraId="3B05550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569AA56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160.79(11)</w:t>
            </w:r>
          </w:p>
        </w:tc>
      </w:tr>
      <w:tr w:rsidR="00A1363E" w:rsidRPr="00C85550" w14:paraId="4637A23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800ADF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4D1E3FC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117.5(3)</w:t>
            </w:r>
          </w:p>
        </w:tc>
        <w:tc>
          <w:tcPr>
            <w:tcW w:w="1437" w:type="dxa"/>
            <w:tcBorders>
              <w:top w:val="single" w:sz="6" w:space="0" w:color="000000"/>
              <w:left w:val="single" w:sz="6" w:space="0" w:color="000000"/>
              <w:bottom w:val="single" w:sz="6" w:space="0" w:color="000000"/>
              <w:right w:val="single" w:sz="6" w:space="0" w:color="000000"/>
            </w:tcBorders>
            <w:vAlign w:val="center"/>
          </w:tcPr>
          <w:p w14:paraId="1C82BDD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C10–C11–C12</w:t>
            </w:r>
          </w:p>
        </w:tc>
        <w:tc>
          <w:tcPr>
            <w:tcW w:w="1438" w:type="dxa"/>
            <w:tcBorders>
              <w:top w:val="single" w:sz="6" w:space="0" w:color="000000"/>
              <w:left w:val="single" w:sz="6" w:space="0" w:color="000000"/>
              <w:bottom w:val="single" w:sz="6" w:space="0" w:color="000000"/>
              <w:right w:val="single" w:sz="6" w:space="0" w:color="000000"/>
            </w:tcBorders>
            <w:vAlign w:val="center"/>
          </w:tcPr>
          <w:p w14:paraId="5EB9D28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120.2(3)</w:t>
            </w:r>
          </w:p>
        </w:tc>
        <w:tc>
          <w:tcPr>
            <w:tcW w:w="1437" w:type="dxa"/>
            <w:tcBorders>
              <w:top w:val="single" w:sz="6" w:space="0" w:color="000000"/>
              <w:left w:val="single" w:sz="6" w:space="0" w:color="000000"/>
              <w:bottom w:val="single" w:sz="6" w:space="0" w:color="000000"/>
              <w:right w:val="single" w:sz="6" w:space="0" w:color="000000"/>
            </w:tcBorders>
            <w:vAlign w:val="center"/>
          </w:tcPr>
          <w:p w14:paraId="19CF1ED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39DF4A7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85.17(10)</w:t>
            </w:r>
          </w:p>
        </w:tc>
      </w:tr>
      <w:tr w:rsidR="00A1363E" w:rsidRPr="00C85550" w14:paraId="3D23331B"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F564D8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O2–C2–N2</w:t>
            </w:r>
          </w:p>
        </w:tc>
        <w:tc>
          <w:tcPr>
            <w:tcW w:w="1437" w:type="dxa"/>
            <w:tcBorders>
              <w:top w:val="single" w:sz="6" w:space="0" w:color="000000"/>
              <w:left w:val="single" w:sz="6" w:space="0" w:color="000000"/>
              <w:bottom w:val="single" w:sz="6" w:space="0" w:color="000000"/>
              <w:right w:val="single" w:sz="6" w:space="0" w:color="000000"/>
            </w:tcBorders>
            <w:vAlign w:val="center"/>
          </w:tcPr>
          <w:p w14:paraId="0CE8129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125.3(3)</w:t>
            </w:r>
          </w:p>
        </w:tc>
        <w:tc>
          <w:tcPr>
            <w:tcW w:w="1437" w:type="dxa"/>
            <w:tcBorders>
              <w:top w:val="single" w:sz="6" w:space="0" w:color="000000"/>
              <w:left w:val="single" w:sz="6" w:space="0" w:color="000000"/>
              <w:bottom w:val="single" w:sz="6" w:space="0" w:color="000000"/>
              <w:right w:val="single" w:sz="6" w:space="0" w:color="000000"/>
            </w:tcBorders>
            <w:vAlign w:val="center"/>
          </w:tcPr>
          <w:p w14:paraId="3E1D5A8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O3–C12–C11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0726F80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125.3(3)</w:t>
            </w:r>
          </w:p>
        </w:tc>
        <w:tc>
          <w:tcPr>
            <w:tcW w:w="1437" w:type="dxa"/>
            <w:tcBorders>
              <w:top w:val="single" w:sz="6" w:space="0" w:color="000000"/>
              <w:left w:val="single" w:sz="6" w:space="0" w:color="000000"/>
              <w:bottom w:val="single" w:sz="6" w:space="0" w:color="000000"/>
              <w:right w:val="single" w:sz="6" w:space="0" w:color="000000"/>
            </w:tcBorders>
            <w:vAlign w:val="center"/>
          </w:tcPr>
          <w:p w14:paraId="7D0648E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O6–Mo1–N1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7528E69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77.73(9)</w:t>
            </w:r>
          </w:p>
        </w:tc>
      </w:tr>
      <w:tr w:rsidR="00A1363E" w:rsidRPr="00C85550" w14:paraId="7B8DF494"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A6C5D3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C2–C3–C4</w:t>
            </w:r>
          </w:p>
        </w:tc>
        <w:tc>
          <w:tcPr>
            <w:tcW w:w="1437" w:type="dxa"/>
            <w:tcBorders>
              <w:top w:val="single" w:sz="6" w:space="0" w:color="000000"/>
              <w:left w:val="single" w:sz="6" w:space="0" w:color="000000"/>
              <w:bottom w:val="single" w:sz="6" w:space="0" w:color="000000"/>
              <w:right w:val="single" w:sz="6" w:space="0" w:color="000000"/>
            </w:tcBorders>
            <w:vAlign w:val="center"/>
          </w:tcPr>
          <w:p w14:paraId="7A40C89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119.7(3)</w:t>
            </w:r>
          </w:p>
        </w:tc>
        <w:tc>
          <w:tcPr>
            <w:tcW w:w="1437" w:type="dxa"/>
            <w:tcBorders>
              <w:top w:val="single" w:sz="6" w:space="0" w:color="000000"/>
              <w:left w:val="single" w:sz="6" w:space="0" w:color="000000"/>
              <w:bottom w:val="single" w:sz="6" w:space="0" w:color="000000"/>
              <w:right w:val="single" w:sz="6" w:space="0" w:color="000000"/>
            </w:tcBorders>
            <w:vAlign w:val="center"/>
          </w:tcPr>
          <w:p w14:paraId="225D33B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O3–C12–C13</w:t>
            </w:r>
          </w:p>
        </w:tc>
        <w:tc>
          <w:tcPr>
            <w:tcW w:w="1438" w:type="dxa"/>
            <w:tcBorders>
              <w:top w:val="single" w:sz="6" w:space="0" w:color="000000"/>
              <w:left w:val="single" w:sz="6" w:space="0" w:color="000000"/>
              <w:bottom w:val="single" w:sz="6" w:space="0" w:color="000000"/>
              <w:right w:val="single" w:sz="6" w:space="0" w:color="000000"/>
            </w:tcBorders>
            <w:vAlign w:val="center"/>
          </w:tcPr>
          <w:p w14:paraId="6C96812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115.4(3)</w:t>
            </w:r>
          </w:p>
        </w:tc>
        <w:tc>
          <w:tcPr>
            <w:tcW w:w="1437" w:type="dxa"/>
            <w:tcBorders>
              <w:top w:val="single" w:sz="6" w:space="0" w:color="000000"/>
              <w:left w:val="single" w:sz="6" w:space="0" w:color="000000"/>
              <w:bottom w:val="single" w:sz="6" w:space="0" w:color="000000"/>
              <w:right w:val="single" w:sz="6" w:space="0" w:color="000000"/>
            </w:tcBorders>
            <w:vAlign w:val="center"/>
          </w:tcPr>
          <w:p w14:paraId="64E55E1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4E5705F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128.5(2)</w:t>
            </w:r>
          </w:p>
        </w:tc>
      </w:tr>
      <w:tr w:rsidR="00A1363E" w:rsidRPr="00C85550" w14:paraId="07751E7A"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FECD60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C2–C3–C7</w:t>
            </w:r>
          </w:p>
        </w:tc>
        <w:tc>
          <w:tcPr>
            <w:tcW w:w="1437" w:type="dxa"/>
            <w:tcBorders>
              <w:top w:val="single" w:sz="6" w:space="0" w:color="000000"/>
              <w:left w:val="single" w:sz="6" w:space="0" w:color="000000"/>
              <w:bottom w:val="single" w:sz="6" w:space="0" w:color="000000"/>
              <w:right w:val="single" w:sz="6" w:space="0" w:color="000000"/>
            </w:tcBorders>
            <w:vAlign w:val="center"/>
          </w:tcPr>
          <w:p w14:paraId="0BDB21D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122.0(3)</w:t>
            </w:r>
          </w:p>
        </w:tc>
        <w:tc>
          <w:tcPr>
            <w:tcW w:w="1437" w:type="dxa"/>
            <w:tcBorders>
              <w:top w:val="single" w:sz="6" w:space="0" w:color="000000"/>
              <w:left w:val="single" w:sz="6" w:space="0" w:color="000000"/>
              <w:bottom w:val="single" w:sz="6" w:space="0" w:color="000000"/>
              <w:right w:val="single" w:sz="6" w:space="0" w:color="000000"/>
            </w:tcBorders>
            <w:vAlign w:val="center"/>
          </w:tcPr>
          <w:p w14:paraId="70AEB68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799E6A4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81.64(9)</w:t>
            </w:r>
          </w:p>
        </w:tc>
        <w:tc>
          <w:tcPr>
            <w:tcW w:w="1437" w:type="dxa"/>
            <w:tcBorders>
              <w:top w:val="single" w:sz="6" w:space="0" w:color="000000"/>
              <w:left w:val="single" w:sz="6" w:space="0" w:color="000000"/>
              <w:bottom w:val="single" w:sz="6" w:space="0" w:color="000000"/>
              <w:right w:val="single" w:sz="6" w:space="0" w:color="000000"/>
            </w:tcBorders>
            <w:vAlign w:val="center"/>
          </w:tcPr>
          <w:p w14:paraId="4D60405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Mo1–N1–N2</w:t>
            </w:r>
          </w:p>
        </w:tc>
        <w:tc>
          <w:tcPr>
            <w:tcW w:w="1438" w:type="dxa"/>
            <w:tcBorders>
              <w:top w:val="single" w:sz="6" w:space="0" w:color="000000"/>
              <w:left w:val="single" w:sz="6" w:space="0" w:color="000000"/>
              <w:bottom w:val="single" w:sz="6" w:space="0" w:color="000000"/>
              <w:right w:val="single" w:sz="6" w:space="0" w:color="000000"/>
            </w:tcBorders>
            <w:vAlign w:val="center"/>
          </w:tcPr>
          <w:p w14:paraId="00924BD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115.35(17)</w:t>
            </w:r>
          </w:p>
        </w:tc>
      </w:tr>
      <w:tr w:rsidR="00A1363E" w:rsidRPr="00C85550" w14:paraId="06657D7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31EE2D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C4–C3–C7</w:t>
            </w:r>
          </w:p>
        </w:tc>
        <w:tc>
          <w:tcPr>
            <w:tcW w:w="1437" w:type="dxa"/>
            <w:tcBorders>
              <w:top w:val="single" w:sz="6" w:space="0" w:color="000000"/>
              <w:left w:val="single" w:sz="6" w:space="0" w:color="000000"/>
              <w:bottom w:val="single" w:sz="6" w:space="0" w:color="000000"/>
              <w:right w:val="single" w:sz="6" w:space="0" w:color="000000"/>
            </w:tcBorders>
            <w:vAlign w:val="center"/>
          </w:tcPr>
          <w:p w14:paraId="42F16A7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118.3(3)</w:t>
            </w:r>
          </w:p>
        </w:tc>
        <w:tc>
          <w:tcPr>
            <w:tcW w:w="1437" w:type="dxa"/>
            <w:tcBorders>
              <w:top w:val="single" w:sz="6" w:space="0" w:color="000000"/>
              <w:left w:val="single" w:sz="6" w:space="0" w:color="000000"/>
              <w:bottom w:val="single" w:sz="6" w:space="0" w:color="000000"/>
              <w:right w:val="single" w:sz="6" w:space="0" w:color="000000"/>
            </w:tcBorders>
            <w:vAlign w:val="center"/>
          </w:tcPr>
          <w:p w14:paraId="428E78A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O1–Mo1–O2</w:t>
            </w:r>
          </w:p>
        </w:tc>
        <w:tc>
          <w:tcPr>
            <w:tcW w:w="1438" w:type="dxa"/>
            <w:tcBorders>
              <w:top w:val="single" w:sz="6" w:space="0" w:color="000000"/>
              <w:left w:val="single" w:sz="6" w:space="0" w:color="000000"/>
              <w:bottom w:val="single" w:sz="6" w:space="0" w:color="000000"/>
              <w:right w:val="single" w:sz="6" w:space="0" w:color="000000"/>
            </w:tcBorders>
            <w:vAlign w:val="center"/>
          </w:tcPr>
          <w:p w14:paraId="6EB7E5A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149.36(9)</w:t>
            </w:r>
          </w:p>
        </w:tc>
        <w:tc>
          <w:tcPr>
            <w:tcW w:w="1437" w:type="dxa"/>
            <w:tcBorders>
              <w:top w:val="single" w:sz="6" w:space="0" w:color="000000"/>
              <w:left w:val="single" w:sz="6" w:space="0" w:color="000000"/>
              <w:bottom w:val="single" w:sz="6" w:space="0" w:color="000000"/>
              <w:right w:val="single" w:sz="6" w:space="0" w:color="000000"/>
            </w:tcBorders>
            <w:vAlign w:val="center"/>
          </w:tcPr>
          <w:p w14:paraId="1FF3087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4998CFB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115.8(2)</w:t>
            </w:r>
          </w:p>
        </w:tc>
      </w:tr>
      <w:tr w:rsidR="00A1363E" w:rsidRPr="00C85550" w14:paraId="1C1195E8"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E8A295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C3–C4–C5</w:t>
            </w:r>
          </w:p>
        </w:tc>
        <w:tc>
          <w:tcPr>
            <w:tcW w:w="1437" w:type="dxa"/>
            <w:tcBorders>
              <w:top w:val="single" w:sz="6" w:space="0" w:color="000000"/>
              <w:left w:val="single" w:sz="6" w:space="0" w:color="000000"/>
              <w:bottom w:val="single" w:sz="6" w:space="0" w:color="000000"/>
              <w:right w:val="single" w:sz="6" w:space="0" w:color="000000"/>
            </w:tcBorders>
            <w:vAlign w:val="center"/>
          </w:tcPr>
          <w:p w14:paraId="1561183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118.7(3)</w:t>
            </w:r>
          </w:p>
        </w:tc>
        <w:tc>
          <w:tcPr>
            <w:tcW w:w="1437" w:type="dxa"/>
            <w:tcBorders>
              <w:top w:val="single" w:sz="6" w:space="0" w:color="000000"/>
              <w:left w:val="single" w:sz="6" w:space="0" w:color="000000"/>
              <w:bottom w:val="single" w:sz="6" w:space="0" w:color="000000"/>
              <w:right w:val="single" w:sz="6" w:space="0" w:color="000000"/>
            </w:tcBorders>
            <w:vAlign w:val="center"/>
          </w:tcPr>
          <w:p w14:paraId="48EBE55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1CCA9DF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98.87(11)</w:t>
            </w:r>
          </w:p>
        </w:tc>
        <w:tc>
          <w:tcPr>
            <w:tcW w:w="1437" w:type="dxa"/>
            <w:tcBorders>
              <w:top w:val="single" w:sz="6" w:space="0" w:color="000000"/>
              <w:left w:val="single" w:sz="6" w:space="0" w:color="000000"/>
              <w:bottom w:val="single" w:sz="6" w:space="0" w:color="000000"/>
              <w:right w:val="single" w:sz="6" w:space="0" w:color="000000"/>
            </w:tcBorders>
            <w:vAlign w:val="center"/>
          </w:tcPr>
          <w:p w14:paraId="2419DDC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N1–N2–C2</w:t>
            </w:r>
          </w:p>
        </w:tc>
        <w:tc>
          <w:tcPr>
            <w:tcW w:w="1438" w:type="dxa"/>
            <w:tcBorders>
              <w:top w:val="single" w:sz="6" w:space="0" w:color="000000"/>
              <w:left w:val="single" w:sz="6" w:space="0" w:color="000000"/>
              <w:bottom w:val="single" w:sz="6" w:space="0" w:color="000000"/>
              <w:right w:val="single" w:sz="6" w:space="0" w:color="000000"/>
            </w:tcBorders>
            <w:vAlign w:val="center"/>
          </w:tcPr>
          <w:p w14:paraId="0F5DC9C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109.2(2)</w:t>
            </w:r>
          </w:p>
        </w:tc>
      </w:tr>
      <w:tr w:rsidR="00A1363E" w:rsidRPr="00C85550" w14:paraId="1BACE1DE"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9B09FD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N3–C5–C4</w:t>
            </w:r>
          </w:p>
        </w:tc>
        <w:tc>
          <w:tcPr>
            <w:tcW w:w="1437" w:type="dxa"/>
            <w:tcBorders>
              <w:top w:val="single" w:sz="6" w:space="0" w:color="000000"/>
              <w:left w:val="single" w:sz="6" w:space="0" w:color="000000"/>
              <w:bottom w:val="single" w:sz="6" w:space="0" w:color="000000"/>
              <w:right w:val="single" w:sz="6" w:space="0" w:color="000000"/>
            </w:tcBorders>
            <w:vAlign w:val="center"/>
          </w:tcPr>
          <w:p w14:paraId="37F22FD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123.8(4)</w:t>
            </w:r>
          </w:p>
        </w:tc>
        <w:tc>
          <w:tcPr>
            <w:tcW w:w="1437" w:type="dxa"/>
            <w:tcBorders>
              <w:top w:val="single" w:sz="6" w:space="0" w:color="000000"/>
              <w:left w:val="single" w:sz="6" w:space="0" w:color="000000"/>
              <w:bottom w:val="single" w:sz="6" w:space="0" w:color="000000"/>
              <w:right w:val="single" w:sz="6" w:space="0" w:color="000000"/>
            </w:tcBorders>
            <w:vAlign w:val="center"/>
          </w:tcPr>
          <w:p w14:paraId="612302C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172F8AA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104.62(10)</w:t>
            </w:r>
          </w:p>
        </w:tc>
        <w:tc>
          <w:tcPr>
            <w:tcW w:w="1437" w:type="dxa"/>
            <w:tcBorders>
              <w:top w:val="single" w:sz="6" w:space="0" w:color="000000"/>
              <w:left w:val="single" w:sz="6" w:space="0" w:color="000000"/>
              <w:bottom w:val="single" w:sz="6" w:space="0" w:color="000000"/>
              <w:right w:val="single" w:sz="6" w:space="0" w:color="000000"/>
            </w:tcBorders>
            <w:vAlign w:val="center"/>
          </w:tcPr>
          <w:p w14:paraId="15E6FF2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C5–N3–C6</w:t>
            </w:r>
          </w:p>
        </w:tc>
        <w:tc>
          <w:tcPr>
            <w:tcW w:w="1438" w:type="dxa"/>
            <w:tcBorders>
              <w:top w:val="single" w:sz="6" w:space="0" w:color="000000"/>
              <w:left w:val="single" w:sz="6" w:space="0" w:color="000000"/>
              <w:bottom w:val="single" w:sz="6" w:space="0" w:color="000000"/>
              <w:right w:val="single" w:sz="6" w:space="0" w:color="000000"/>
            </w:tcBorders>
            <w:vAlign w:val="center"/>
          </w:tcPr>
          <w:p w14:paraId="59D6ACB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117.6(3)</w:t>
            </w:r>
          </w:p>
        </w:tc>
      </w:tr>
      <w:tr w:rsidR="00A1363E" w:rsidRPr="00C85550" w14:paraId="2ADACCC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261BF0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N3–C6–C7</w:t>
            </w:r>
          </w:p>
        </w:tc>
        <w:tc>
          <w:tcPr>
            <w:tcW w:w="1437" w:type="dxa"/>
            <w:tcBorders>
              <w:top w:val="single" w:sz="6" w:space="0" w:color="000000"/>
              <w:left w:val="single" w:sz="6" w:space="0" w:color="000000"/>
              <w:bottom w:val="single" w:sz="6" w:space="0" w:color="000000"/>
              <w:right w:val="single" w:sz="6" w:space="0" w:color="000000"/>
            </w:tcBorders>
            <w:vAlign w:val="center"/>
          </w:tcPr>
          <w:p w14:paraId="0AE9CD3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122.9(3)</w:t>
            </w:r>
          </w:p>
        </w:tc>
        <w:tc>
          <w:tcPr>
            <w:tcW w:w="1437" w:type="dxa"/>
            <w:tcBorders>
              <w:top w:val="single" w:sz="6" w:space="0" w:color="000000"/>
              <w:left w:val="single" w:sz="6" w:space="0" w:color="000000"/>
              <w:bottom w:val="single" w:sz="6" w:space="0" w:color="000000"/>
              <w:right w:val="single" w:sz="6" w:space="0" w:color="000000"/>
            </w:tcBorders>
            <w:vAlign w:val="center"/>
          </w:tcPr>
          <w:p w14:paraId="4672FC9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44501FF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81.58(9)</w:t>
            </w:r>
          </w:p>
        </w:tc>
        <w:tc>
          <w:tcPr>
            <w:tcW w:w="1437" w:type="dxa"/>
            <w:tcBorders>
              <w:top w:val="single" w:sz="6" w:space="0" w:color="000000"/>
              <w:left w:val="single" w:sz="6" w:space="0" w:color="000000"/>
              <w:bottom w:val="single" w:sz="6" w:space="0" w:color="000000"/>
              <w:right w:val="single" w:sz="6" w:space="0" w:color="000000"/>
            </w:tcBorders>
            <w:vAlign w:val="center"/>
          </w:tcPr>
          <w:p w14:paraId="50E81A8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Mo1–O1–C9</w:t>
            </w:r>
          </w:p>
        </w:tc>
        <w:tc>
          <w:tcPr>
            <w:tcW w:w="1438" w:type="dxa"/>
            <w:tcBorders>
              <w:top w:val="single" w:sz="6" w:space="0" w:color="000000"/>
              <w:left w:val="single" w:sz="6" w:space="0" w:color="000000"/>
              <w:bottom w:val="single" w:sz="6" w:space="0" w:color="000000"/>
              <w:right w:val="single" w:sz="6" w:space="0" w:color="000000"/>
            </w:tcBorders>
            <w:vAlign w:val="center"/>
          </w:tcPr>
          <w:p w14:paraId="734EA34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134.36(19)</w:t>
            </w:r>
          </w:p>
        </w:tc>
      </w:tr>
      <w:tr w:rsidR="00A1363E" w:rsidRPr="00C85550" w14:paraId="036B3E18"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26EE12F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C3–C7–C6</w:t>
            </w:r>
          </w:p>
        </w:tc>
        <w:tc>
          <w:tcPr>
            <w:tcW w:w="1437" w:type="dxa"/>
            <w:tcBorders>
              <w:top w:val="single" w:sz="6" w:space="0" w:color="000000"/>
              <w:left w:val="single" w:sz="6" w:space="0" w:color="000000"/>
              <w:bottom w:val="single" w:sz="6" w:space="0" w:color="000000"/>
              <w:right w:val="single" w:sz="6" w:space="0" w:color="000000"/>
            </w:tcBorders>
            <w:vAlign w:val="center"/>
          </w:tcPr>
          <w:p w14:paraId="165A0AB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118.8(3)</w:t>
            </w:r>
          </w:p>
        </w:tc>
        <w:tc>
          <w:tcPr>
            <w:tcW w:w="1437" w:type="dxa"/>
            <w:tcBorders>
              <w:top w:val="single" w:sz="6" w:space="0" w:color="000000"/>
              <w:left w:val="single" w:sz="6" w:space="0" w:color="000000"/>
              <w:bottom w:val="single" w:sz="6" w:space="0" w:color="000000"/>
              <w:right w:val="single" w:sz="6" w:space="0" w:color="000000"/>
            </w:tcBorders>
            <w:vAlign w:val="center"/>
          </w:tcPr>
          <w:p w14:paraId="175A9DF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0A6A29F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72.05(9)</w:t>
            </w:r>
          </w:p>
        </w:tc>
        <w:tc>
          <w:tcPr>
            <w:tcW w:w="1437" w:type="dxa"/>
            <w:tcBorders>
              <w:top w:val="single" w:sz="6" w:space="0" w:color="000000"/>
              <w:left w:val="single" w:sz="6" w:space="0" w:color="000000"/>
              <w:bottom w:val="single" w:sz="6" w:space="0" w:color="000000"/>
              <w:right w:val="single" w:sz="6" w:space="0" w:color="000000"/>
            </w:tcBorders>
            <w:vAlign w:val="center"/>
          </w:tcPr>
          <w:p w14:paraId="25D9263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Mo1–O2–C2</w:t>
            </w:r>
          </w:p>
        </w:tc>
        <w:tc>
          <w:tcPr>
            <w:tcW w:w="1438" w:type="dxa"/>
            <w:tcBorders>
              <w:top w:val="single" w:sz="6" w:space="0" w:color="000000"/>
              <w:left w:val="single" w:sz="6" w:space="0" w:color="000000"/>
              <w:bottom w:val="single" w:sz="6" w:space="0" w:color="000000"/>
              <w:right w:val="single" w:sz="6" w:space="0" w:color="000000"/>
            </w:tcBorders>
            <w:vAlign w:val="center"/>
          </w:tcPr>
          <w:p w14:paraId="169C40B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117.62(19)</w:t>
            </w:r>
          </w:p>
        </w:tc>
      </w:tr>
      <w:tr w:rsidR="00A1363E" w:rsidRPr="00C85550" w14:paraId="742E5655"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439C62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C1–C8–C9</w:t>
            </w:r>
          </w:p>
        </w:tc>
        <w:tc>
          <w:tcPr>
            <w:tcW w:w="1437" w:type="dxa"/>
            <w:tcBorders>
              <w:top w:val="single" w:sz="6" w:space="0" w:color="000000"/>
              <w:left w:val="single" w:sz="6" w:space="0" w:color="000000"/>
              <w:bottom w:val="single" w:sz="6" w:space="0" w:color="000000"/>
              <w:right w:val="single" w:sz="6" w:space="0" w:color="000000"/>
            </w:tcBorders>
            <w:vAlign w:val="center"/>
          </w:tcPr>
          <w:p w14:paraId="7772CEA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122.7(3)</w:t>
            </w:r>
          </w:p>
        </w:tc>
        <w:tc>
          <w:tcPr>
            <w:tcW w:w="1437" w:type="dxa"/>
            <w:tcBorders>
              <w:top w:val="single" w:sz="6" w:space="0" w:color="000000"/>
              <w:left w:val="single" w:sz="6" w:space="0" w:color="000000"/>
              <w:bottom w:val="single" w:sz="6" w:space="0" w:color="000000"/>
              <w:right w:val="single" w:sz="6" w:space="0" w:color="000000"/>
            </w:tcBorders>
            <w:vAlign w:val="center"/>
          </w:tcPr>
          <w:p w14:paraId="0A6EE7B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5BBCF5E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97.09(10)</w:t>
            </w:r>
          </w:p>
        </w:tc>
        <w:tc>
          <w:tcPr>
            <w:tcW w:w="1437" w:type="dxa"/>
            <w:tcBorders>
              <w:top w:val="single" w:sz="6" w:space="0" w:color="000000"/>
              <w:left w:val="single" w:sz="6" w:space="0" w:color="000000"/>
              <w:bottom w:val="single" w:sz="6" w:space="0" w:color="000000"/>
              <w:right w:val="single" w:sz="6" w:space="0" w:color="000000"/>
            </w:tcBorders>
            <w:vAlign w:val="center"/>
          </w:tcPr>
          <w:p w14:paraId="7B33951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C12–O3–C14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04EC315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117.9(2)</w:t>
            </w:r>
          </w:p>
        </w:tc>
      </w:tr>
      <w:tr w:rsidR="00A1363E" w:rsidRPr="00C85550" w14:paraId="1FB4589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0B2F8C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C1–C8–C13</w:t>
            </w:r>
          </w:p>
        </w:tc>
        <w:tc>
          <w:tcPr>
            <w:tcW w:w="1437" w:type="dxa"/>
            <w:tcBorders>
              <w:top w:val="single" w:sz="6" w:space="0" w:color="000000"/>
              <w:left w:val="single" w:sz="6" w:space="0" w:color="000000"/>
              <w:bottom w:val="single" w:sz="6" w:space="0" w:color="000000"/>
              <w:right w:val="single" w:sz="6" w:space="0" w:color="000000"/>
            </w:tcBorders>
            <w:vAlign w:val="center"/>
          </w:tcPr>
          <w:p w14:paraId="5CFE0A4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117.9(3)</w:t>
            </w:r>
          </w:p>
        </w:tc>
        <w:tc>
          <w:tcPr>
            <w:tcW w:w="1437" w:type="dxa"/>
            <w:tcBorders>
              <w:top w:val="single" w:sz="6" w:space="0" w:color="000000"/>
              <w:left w:val="single" w:sz="6" w:space="0" w:color="000000"/>
              <w:bottom w:val="single" w:sz="6" w:space="0" w:color="000000"/>
              <w:right w:val="single" w:sz="6" w:space="0" w:color="000000"/>
            </w:tcBorders>
            <w:vAlign w:val="center"/>
          </w:tcPr>
          <w:p w14:paraId="18DE5EC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25E5D4B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95.99(10)</w:t>
            </w:r>
          </w:p>
        </w:tc>
        <w:tc>
          <w:tcPr>
            <w:tcW w:w="1437" w:type="dxa"/>
            <w:tcBorders>
              <w:top w:val="single" w:sz="6" w:space="0" w:color="000000"/>
              <w:left w:val="single" w:sz="6" w:space="0" w:color="000000"/>
              <w:bottom w:val="single" w:sz="6" w:space="0" w:color="000000"/>
              <w:right w:val="single" w:sz="6" w:space="0" w:color="000000"/>
            </w:tcBorders>
            <w:vAlign w:val="center"/>
          </w:tcPr>
          <w:p w14:paraId="7D1EA96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C15–O6–H6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1C55B95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107.6(15)</w:t>
            </w:r>
          </w:p>
        </w:tc>
      </w:tr>
      <w:tr w:rsidR="00A1363E" w:rsidRPr="00C85550" w14:paraId="7EAB92EE"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4B7306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C9–C8–C13</w:t>
            </w:r>
          </w:p>
        </w:tc>
        <w:tc>
          <w:tcPr>
            <w:tcW w:w="1437" w:type="dxa"/>
            <w:tcBorders>
              <w:top w:val="single" w:sz="6" w:space="0" w:color="000000"/>
              <w:left w:val="single" w:sz="6" w:space="0" w:color="000000"/>
              <w:bottom w:val="single" w:sz="6" w:space="0" w:color="000000"/>
              <w:right w:val="single" w:sz="6" w:space="0" w:color="000000"/>
            </w:tcBorders>
            <w:vAlign w:val="center"/>
          </w:tcPr>
          <w:p w14:paraId="62C7FAC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119.4(3)</w:t>
            </w:r>
          </w:p>
        </w:tc>
        <w:tc>
          <w:tcPr>
            <w:tcW w:w="1437" w:type="dxa"/>
            <w:tcBorders>
              <w:top w:val="single" w:sz="6" w:space="0" w:color="000000"/>
              <w:left w:val="single" w:sz="6" w:space="0" w:color="000000"/>
              <w:bottom w:val="single" w:sz="6" w:space="0" w:color="000000"/>
              <w:right w:val="single" w:sz="6" w:space="0" w:color="000000"/>
            </w:tcBorders>
            <w:vAlign w:val="center"/>
          </w:tcPr>
          <w:p w14:paraId="2CECF36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194245A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77.78(8)</w:t>
            </w:r>
          </w:p>
        </w:tc>
        <w:tc>
          <w:tcPr>
            <w:tcW w:w="1437" w:type="dxa"/>
            <w:tcBorders>
              <w:top w:val="single" w:sz="6" w:space="0" w:color="000000"/>
              <w:left w:val="single" w:sz="6" w:space="0" w:color="000000"/>
              <w:bottom w:val="single" w:sz="6" w:space="0" w:color="000000"/>
              <w:right w:val="single" w:sz="6" w:space="0" w:color="000000"/>
            </w:tcBorders>
            <w:vAlign w:val="center"/>
          </w:tcPr>
          <w:p w14:paraId="1E76067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Mo1–O6–C15</w:t>
            </w:r>
          </w:p>
        </w:tc>
        <w:tc>
          <w:tcPr>
            <w:tcW w:w="1438" w:type="dxa"/>
            <w:tcBorders>
              <w:top w:val="single" w:sz="6" w:space="0" w:color="000000"/>
              <w:left w:val="single" w:sz="6" w:space="0" w:color="000000"/>
              <w:bottom w:val="single" w:sz="6" w:space="0" w:color="000000"/>
              <w:right w:val="single" w:sz="6" w:space="0" w:color="000000"/>
            </w:tcBorders>
            <w:vAlign w:val="center"/>
          </w:tcPr>
          <w:p w14:paraId="30E28F9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127.8(2)</w:t>
            </w:r>
          </w:p>
        </w:tc>
      </w:tr>
      <w:tr w:rsidR="00A1363E" w:rsidRPr="00C85550" w14:paraId="01AF14B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730B71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C8–C9–C10</w:t>
            </w:r>
          </w:p>
        </w:tc>
        <w:tc>
          <w:tcPr>
            <w:tcW w:w="1437" w:type="dxa"/>
            <w:tcBorders>
              <w:top w:val="single" w:sz="6" w:space="0" w:color="000000"/>
              <w:left w:val="single" w:sz="6" w:space="0" w:color="000000"/>
              <w:bottom w:val="single" w:sz="6" w:space="0" w:color="000000"/>
              <w:right w:val="single" w:sz="6" w:space="0" w:color="000000"/>
            </w:tcBorders>
            <w:vAlign w:val="center"/>
          </w:tcPr>
          <w:p w14:paraId="42EBAB5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118.6(3)</w:t>
            </w:r>
          </w:p>
        </w:tc>
        <w:tc>
          <w:tcPr>
            <w:tcW w:w="1437" w:type="dxa"/>
            <w:tcBorders>
              <w:top w:val="single" w:sz="6" w:space="0" w:color="000000"/>
              <w:left w:val="single" w:sz="6" w:space="0" w:color="000000"/>
              <w:bottom w:val="single" w:sz="6" w:space="0" w:color="000000"/>
              <w:right w:val="single" w:sz="6" w:space="0" w:color="000000"/>
            </w:tcBorders>
            <w:vAlign w:val="center"/>
          </w:tcPr>
          <w:p w14:paraId="661A04B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0F34034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91.09(10)</w:t>
            </w:r>
          </w:p>
        </w:tc>
        <w:tc>
          <w:tcPr>
            <w:tcW w:w="1437" w:type="dxa"/>
            <w:tcBorders>
              <w:top w:val="single" w:sz="6" w:space="0" w:color="000000"/>
              <w:left w:val="single" w:sz="6" w:space="0" w:color="000000"/>
              <w:bottom w:val="single" w:sz="6" w:space="0" w:color="000000"/>
              <w:right w:val="single" w:sz="6" w:space="0" w:color="000000"/>
            </w:tcBorders>
            <w:vAlign w:val="center"/>
          </w:tcPr>
          <w:p w14:paraId="596F6F7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231542C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118.4(15)</w:t>
            </w:r>
          </w:p>
        </w:tc>
      </w:tr>
      <w:tr w:rsidR="00A1363E" w:rsidRPr="00C85550" w14:paraId="09A576BD"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4B9D30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O1–C9–C8</w:t>
            </w:r>
          </w:p>
        </w:tc>
        <w:tc>
          <w:tcPr>
            <w:tcW w:w="1437" w:type="dxa"/>
            <w:tcBorders>
              <w:top w:val="single" w:sz="6" w:space="0" w:color="000000"/>
              <w:left w:val="single" w:sz="6" w:space="0" w:color="000000"/>
              <w:bottom w:val="single" w:sz="6" w:space="0" w:color="000000"/>
              <w:right w:val="single" w:sz="6" w:space="0" w:color="000000"/>
            </w:tcBorders>
            <w:vAlign w:val="center"/>
          </w:tcPr>
          <w:p w14:paraId="57E239C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122.8(3)</w:t>
            </w:r>
          </w:p>
        </w:tc>
        <w:tc>
          <w:tcPr>
            <w:tcW w:w="1437" w:type="dxa"/>
            <w:tcBorders>
              <w:top w:val="single" w:sz="6" w:space="0" w:color="000000"/>
              <w:left w:val="single" w:sz="6" w:space="0" w:color="000000"/>
              <w:bottom w:val="single" w:sz="6" w:space="0" w:color="000000"/>
              <w:right w:val="single" w:sz="6" w:space="0" w:color="000000"/>
            </w:tcBorders>
            <w:vAlign w:val="center"/>
          </w:tcPr>
          <w:p w14:paraId="1CD007B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73C4278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105.57(11)</w:t>
            </w:r>
          </w:p>
        </w:tc>
        <w:tc>
          <w:tcPr>
            <w:tcW w:w="1437" w:type="dxa"/>
            <w:tcBorders>
              <w:top w:val="single" w:sz="6" w:space="0" w:color="000000"/>
              <w:left w:val="single" w:sz="6" w:space="0" w:color="000000"/>
              <w:bottom w:val="single" w:sz="6" w:space="0" w:color="000000"/>
              <w:right w:val="single" w:sz="6" w:space="0" w:color="000000"/>
            </w:tcBorders>
            <w:vAlign w:val="center"/>
          </w:tcPr>
          <w:p w14:paraId="472D6D83"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34CF2404" w14:textId="77777777" w:rsidR="00A1363E" w:rsidRPr="00C85550" w:rsidRDefault="00A1363E" w:rsidP="00B520E7">
            <w:pPr>
              <w:rPr>
                <w:rFonts w:ascii="Times New Roman" w:hAnsi="Times New Roman"/>
                <w:sz w:val="16"/>
                <w:szCs w:val="16"/>
              </w:rPr>
            </w:pPr>
          </w:p>
        </w:tc>
      </w:tr>
      <w:tr w:rsidR="00A1363E" w:rsidRPr="00C85550" w14:paraId="52D9BBEC" w14:textId="77777777" w:rsidTr="00B520E7">
        <w:trPr>
          <w:trHeight w:val="283"/>
        </w:trPr>
        <w:tc>
          <w:tcPr>
            <w:tcW w:w="8624" w:type="dxa"/>
            <w:gridSpan w:val="6"/>
            <w:tcBorders>
              <w:top w:val="single" w:sz="6" w:space="0" w:color="000000"/>
              <w:left w:val="single" w:sz="6" w:space="0" w:color="000000"/>
              <w:bottom w:val="single" w:sz="6" w:space="0" w:color="000000"/>
              <w:right w:val="single" w:sz="6" w:space="0" w:color="000000"/>
            </w:tcBorders>
            <w:vAlign w:val="center"/>
          </w:tcPr>
          <w:p w14:paraId="2BC8D680" w14:textId="77777777" w:rsidR="00A1363E" w:rsidRPr="00C85550" w:rsidRDefault="00A1363E" w:rsidP="00B520E7">
            <w:pPr>
              <w:jc w:val="center"/>
              <w:rPr>
                <w:rFonts w:ascii="Times New Roman" w:hAnsi="Times New Roman"/>
                <w:sz w:val="16"/>
                <w:szCs w:val="16"/>
              </w:rPr>
            </w:pPr>
            <w:r w:rsidRPr="00C85550">
              <w:rPr>
                <w:rFonts w:ascii="Times New Roman" w:hAnsi="Times New Roman"/>
                <w:b/>
              </w:rPr>
              <w:t>2a</w:t>
            </w:r>
          </w:p>
        </w:tc>
      </w:tr>
      <w:tr w:rsidR="00A1363E" w:rsidRPr="00C85550" w14:paraId="364BB76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60B3B4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7" w:type="dxa"/>
            <w:tcBorders>
              <w:top w:val="single" w:sz="6" w:space="0" w:color="000000"/>
              <w:left w:val="single" w:sz="6" w:space="0" w:color="000000"/>
              <w:bottom w:val="single" w:sz="6" w:space="0" w:color="000000"/>
              <w:right w:val="single" w:sz="6" w:space="0" w:color="000000"/>
            </w:tcBorders>
            <w:vAlign w:val="center"/>
          </w:tcPr>
          <w:p w14:paraId="77ED036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5AA7871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67F74C8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153F036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2D732B2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r>
      <w:tr w:rsidR="00A1363E" w:rsidRPr="00C85550" w14:paraId="2FD4B25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1C8FA9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N1–C1–C8</w:t>
            </w:r>
          </w:p>
        </w:tc>
        <w:tc>
          <w:tcPr>
            <w:tcW w:w="1437" w:type="dxa"/>
            <w:tcBorders>
              <w:top w:val="single" w:sz="6" w:space="0" w:color="000000"/>
              <w:left w:val="single" w:sz="6" w:space="0" w:color="000000"/>
              <w:bottom w:val="single" w:sz="6" w:space="0" w:color="000000"/>
              <w:right w:val="single" w:sz="6" w:space="0" w:color="000000"/>
            </w:tcBorders>
            <w:vAlign w:val="center"/>
          </w:tcPr>
          <w:p w14:paraId="664311F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123.2(9)</w:t>
            </w:r>
          </w:p>
        </w:tc>
        <w:tc>
          <w:tcPr>
            <w:tcW w:w="1437" w:type="dxa"/>
            <w:tcBorders>
              <w:top w:val="single" w:sz="6" w:space="0" w:color="000000"/>
              <w:left w:val="single" w:sz="6" w:space="0" w:color="000000"/>
              <w:bottom w:val="single" w:sz="6" w:space="0" w:color="000000"/>
              <w:right w:val="single" w:sz="6" w:space="0" w:color="000000"/>
            </w:tcBorders>
            <w:vAlign w:val="center"/>
          </w:tcPr>
          <w:p w14:paraId="3615A5D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O2–C9–C10</w:t>
            </w:r>
          </w:p>
        </w:tc>
        <w:tc>
          <w:tcPr>
            <w:tcW w:w="1438" w:type="dxa"/>
            <w:tcBorders>
              <w:top w:val="single" w:sz="6" w:space="0" w:color="000000"/>
              <w:left w:val="single" w:sz="6" w:space="0" w:color="000000"/>
              <w:bottom w:val="single" w:sz="6" w:space="0" w:color="000000"/>
              <w:right w:val="single" w:sz="6" w:space="0" w:color="000000"/>
            </w:tcBorders>
            <w:vAlign w:val="center"/>
          </w:tcPr>
          <w:p w14:paraId="778748B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116.9(9)</w:t>
            </w:r>
          </w:p>
        </w:tc>
        <w:tc>
          <w:tcPr>
            <w:tcW w:w="1437" w:type="dxa"/>
            <w:tcBorders>
              <w:top w:val="single" w:sz="6" w:space="0" w:color="000000"/>
              <w:left w:val="single" w:sz="6" w:space="0" w:color="000000"/>
              <w:bottom w:val="single" w:sz="6" w:space="0" w:color="000000"/>
              <w:right w:val="single" w:sz="6" w:space="0" w:color="000000"/>
            </w:tcBorders>
            <w:vAlign w:val="center"/>
          </w:tcPr>
          <w:p w14:paraId="1BFEB0F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14D7A4A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169.1(3)</w:t>
            </w:r>
          </w:p>
        </w:tc>
      </w:tr>
      <w:tr w:rsidR="00A1363E" w:rsidRPr="00C85550" w14:paraId="508F2DC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DC9E63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159140B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118.2(9)</w:t>
            </w:r>
          </w:p>
        </w:tc>
        <w:tc>
          <w:tcPr>
            <w:tcW w:w="1437" w:type="dxa"/>
            <w:tcBorders>
              <w:top w:val="single" w:sz="6" w:space="0" w:color="000000"/>
              <w:left w:val="single" w:sz="6" w:space="0" w:color="000000"/>
              <w:bottom w:val="single" w:sz="6" w:space="0" w:color="000000"/>
              <w:right w:val="single" w:sz="6" w:space="0" w:color="000000"/>
            </w:tcBorders>
            <w:vAlign w:val="center"/>
          </w:tcPr>
          <w:p w14:paraId="006D896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C9–C10–C11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053DCA4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120.1(8)</w:t>
            </w:r>
          </w:p>
        </w:tc>
        <w:tc>
          <w:tcPr>
            <w:tcW w:w="1437" w:type="dxa"/>
            <w:tcBorders>
              <w:top w:val="single" w:sz="6" w:space="0" w:color="000000"/>
              <w:left w:val="single" w:sz="6" w:space="0" w:color="000000"/>
              <w:bottom w:val="single" w:sz="6" w:space="0" w:color="000000"/>
              <w:right w:val="single" w:sz="6" w:space="0" w:color="000000"/>
            </w:tcBorders>
            <w:vAlign w:val="center"/>
          </w:tcPr>
          <w:p w14:paraId="2E84E72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3BA553D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160.8(3)</w:t>
            </w:r>
          </w:p>
        </w:tc>
      </w:tr>
      <w:tr w:rsidR="00A1363E" w:rsidRPr="00C85550" w14:paraId="204B8994"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FDBD70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4FD5EA8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116.9(7)</w:t>
            </w:r>
          </w:p>
        </w:tc>
        <w:tc>
          <w:tcPr>
            <w:tcW w:w="1437" w:type="dxa"/>
            <w:tcBorders>
              <w:top w:val="single" w:sz="6" w:space="0" w:color="000000"/>
              <w:left w:val="single" w:sz="6" w:space="0" w:color="000000"/>
              <w:bottom w:val="single" w:sz="6" w:space="0" w:color="000000"/>
              <w:right w:val="single" w:sz="6" w:space="0" w:color="000000"/>
            </w:tcBorders>
            <w:vAlign w:val="center"/>
          </w:tcPr>
          <w:p w14:paraId="5C944BC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C10–C11–C12</w:t>
            </w:r>
          </w:p>
        </w:tc>
        <w:tc>
          <w:tcPr>
            <w:tcW w:w="1438" w:type="dxa"/>
            <w:tcBorders>
              <w:top w:val="single" w:sz="6" w:space="0" w:color="000000"/>
              <w:left w:val="single" w:sz="6" w:space="0" w:color="000000"/>
              <w:bottom w:val="single" w:sz="6" w:space="0" w:color="000000"/>
              <w:right w:val="single" w:sz="6" w:space="0" w:color="000000"/>
            </w:tcBorders>
            <w:vAlign w:val="center"/>
          </w:tcPr>
          <w:p w14:paraId="402D389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119.6(8)</w:t>
            </w:r>
          </w:p>
        </w:tc>
        <w:tc>
          <w:tcPr>
            <w:tcW w:w="1437" w:type="dxa"/>
            <w:tcBorders>
              <w:top w:val="single" w:sz="6" w:space="0" w:color="000000"/>
              <w:left w:val="single" w:sz="6" w:space="0" w:color="000000"/>
              <w:bottom w:val="single" w:sz="6" w:space="0" w:color="000000"/>
              <w:right w:val="single" w:sz="6" w:space="0" w:color="000000"/>
            </w:tcBorders>
            <w:vAlign w:val="center"/>
          </w:tcPr>
          <w:p w14:paraId="21DFC98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2142F20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85.3(3)</w:t>
            </w:r>
          </w:p>
        </w:tc>
      </w:tr>
      <w:tr w:rsidR="00A1363E" w:rsidRPr="00C85550" w14:paraId="36EB3F0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CE9AB7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O1–C2–N2</w:t>
            </w:r>
          </w:p>
        </w:tc>
        <w:tc>
          <w:tcPr>
            <w:tcW w:w="1437" w:type="dxa"/>
            <w:tcBorders>
              <w:top w:val="single" w:sz="6" w:space="0" w:color="000000"/>
              <w:left w:val="single" w:sz="6" w:space="0" w:color="000000"/>
              <w:bottom w:val="single" w:sz="6" w:space="0" w:color="000000"/>
              <w:right w:val="single" w:sz="6" w:space="0" w:color="000000"/>
            </w:tcBorders>
            <w:vAlign w:val="center"/>
          </w:tcPr>
          <w:p w14:paraId="7B64A12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124.9(8)</w:t>
            </w:r>
          </w:p>
        </w:tc>
        <w:tc>
          <w:tcPr>
            <w:tcW w:w="1437" w:type="dxa"/>
            <w:tcBorders>
              <w:top w:val="single" w:sz="6" w:space="0" w:color="000000"/>
              <w:left w:val="single" w:sz="6" w:space="0" w:color="000000"/>
              <w:bottom w:val="single" w:sz="6" w:space="0" w:color="000000"/>
              <w:right w:val="single" w:sz="6" w:space="0" w:color="000000"/>
            </w:tcBorders>
            <w:vAlign w:val="center"/>
          </w:tcPr>
          <w:p w14:paraId="5E86CDE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O3–C12–C11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7495D91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124.3(8)</w:t>
            </w:r>
          </w:p>
        </w:tc>
        <w:tc>
          <w:tcPr>
            <w:tcW w:w="1437" w:type="dxa"/>
            <w:tcBorders>
              <w:top w:val="single" w:sz="6" w:space="0" w:color="000000"/>
              <w:left w:val="single" w:sz="6" w:space="0" w:color="000000"/>
              <w:bottom w:val="single" w:sz="6" w:space="0" w:color="000000"/>
              <w:right w:val="single" w:sz="6" w:space="0" w:color="000000"/>
            </w:tcBorders>
            <w:vAlign w:val="center"/>
          </w:tcPr>
          <w:p w14:paraId="33B5BD0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O6–Mo1–N1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5E2119E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77.6(3)</w:t>
            </w:r>
          </w:p>
        </w:tc>
      </w:tr>
      <w:tr w:rsidR="00A1363E" w:rsidRPr="00C85550" w14:paraId="737F6E4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9DEE64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C2–C3–C4</w:t>
            </w:r>
          </w:p>
        </w:tc>
        <w:tc>
          <w:tcPr>
            <w:tcW w:w="1437" w:type="dxa"/>
            <w:tcBorders>
              <w:top w:val="single" w:sz="6" w:space="0" w:color="000000"/>
              <w:left w:val="single" w:sz="6" w:space="0" w:color="000000"/>
              <w:bottom w:val="single" w:sz="6" w:space="0" w:color="000000"/>
              <w:right w:val="single" w:sz="6" w:space="0" w:color="000000"/>
            </w:tcBorders>
            <w:vAlign w:val="center"/>
          </w:tcPr>
          <w:p w14:paraId="77345A9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118.9(9)</w:t>
            </w:r>
          </w:p>
        </w:tc>
        <w:tc>
          <w:tcPr>
            <w:tcW w:w="1437" w:type="dxa"/>
            <w:tcBorders>
              <w:top w:val="single" w:sz="6" w:space="0" w:color="000000"/>
              <w:left w:val="single" w:sz="6" w:space="0" w:color="000000"/>
              <w:bottom w:val="single" w:sz="6" w:space="0" w:color="000000"/>
              <w:right w:val="single" w:sz="6" w:space="0" w:color="000000"/>
            </w:tcBorders>
            <w:vAlign w:val="center"/>
          </w:tcPr>
          <w:p w14:paraId="2E83A91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O3–C12–C13</w:t>
            </w:r>
          </w:p>
        </w:tc>
        <w:tc>
          <w:tcPr>
            <w:tcW w:w="1438" w:type="dxa"/>
            <w:tcBorders>
              <w:top w:val="single" w:sz="6" w:space="0" w:color="000000"/>
              <w:left w:val="single" w:sz="6" w:space="0" w:color="000000"/>
              <w:bottom w:val="single" w:sz="6" w:space="0" w:color="000000"/>
              <w:right w:val="single" w:sz="6" w:space="0" w:color="000000"/>
            </w:tcBorders>
            <w:vAlign w:val="center"/>
          </w:tcPr>
          <w:p w14:paraId="0BFBDD8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115.0(9)</w:t>
            </w:r>
          </w:p>
        </w:tc>
        <w:tc>
          <w:tcPr>
            <w:tcW w:w="1437" w:type="dxa"/>
            <w:tcBorders>
              <w:top w:val="single" w:sz="6" w:space="0" w:color="000000"/>
              <w:left w:val="single" w:sz="6" w:space="0" w:color="000000"/>
              <w:bottom w:val="single" w:sz="6" w:space="0" w:color="000000"/>
              <w:right w:val="single" w:sz="6" w:space="0" w:color="000000"/>
            </w:tcBorders>
            <w:vAlign w:val="center"/>
          </w:tcPr>
          <w:p w14:paraId="586D967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7F3370E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128.3(6)</w:t>
            </w:r>
          </w:p>
        </w:tc>
      </w:tr>
      <w:tr w:rsidR="00A1363E" w:rsidRPr="00C85550" w14:paraId="17D5DD05"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AB5F57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C2–C3–C7</w:t>
            </w:r>
          </w:p>
        </w:tc>
        <w:tc>
          <w:tcPr>
            <w:tcW w:w="1437" w:type="dxa"/>
            <w:tcBorders>
              <w:top w:val="single" w:sz="6" w:space="0" w:color="000000"/>
              <w:left w:val="single" w:sz="6" w:space="0" w:color="000000"/>
              <w:bottom w:val="single" w:sz="6" w:space="0" w:color="000000"/>
              <w:right w:val="single" w:sz="6" w:space="0" w:color="000000"/>
            </w:tcBorders>
            <w:vAlign w:val="center"/>
          </w:tcPr>
          <w:p w14:paraId="3196396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123.3(8)</w:t>
            </w:r>
          </w:p>
        </w:tc>
        <w:tc>
          <w:tcPr>
            <w:tcW w:w="1437" w:type="dxa"/>
            <w:tcBorders>
              <w:top w:val="single" w:sz="6" w:space="0" w:color="000000"/>
              <w:left w:val="single" w:sz="6" w:space="0" w:color="000000"/>
              <w:bottom w:val="single" w:sz="6" w:space="0" w:color="000000"/>
              <w:right w:val="single" w:sz="6" w:space="0" w:color="000000"/>
            </w:tcBorders>
            <w:vAlign w:val="center"/>
          </w:tcPr>
          <w:p w14:paraId="6B24412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68E3C21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71.9(3)</w:t>
            </w:r>
          </w:p>
        </w:tc>
        <w:tc>
          <w:tcPr>
            <w:tcW w:w="1437" w:type="dxa"/>
            <w:tcBorders>
              <w:top w:val="single" w:sz="6" w:space="0" w:color="000000"/>
              <w:left w:val="single" w:sz="6" w:space="0" w:color="000000"/>
              <w:bottom w:val="single" w:sz="6" w:space="0" w:color="000000"/>
              <w:right w:val="single" w:sz="6" w:space="0" w:color="000000"/>
            </w:tcBorders>
            <w:vAlign w:val="center"/>
          </w:tcPr>
          <w:p w14:paraId="0498E4D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Mo1–N1–N2</w:t>
            </w:r>
          </w:p>
        </w:tc>
        <w:tc>
          <w:tcPr>
            <w:tcW w:w="1438" w:type="dxa"/>
            <w:tcBorders>
              <w:top w:val="single" w:sz="6" w:space="0" w:color="000000"/>
              <w:left w:val="single" w:sz="6" w:space="0" w:color="000000"/>
              <w:bottom w:val="single" w:sz="6" w:space="0" w:color="000000"/>
              <w:right w:val="single" w:sz="6" w:space="0" w:color="000000"/>
            </w:tcBorders>
            <w:vAlign w:val="center"/>
          </w:tcPr>
          <w:p w14:paraId="788EC2D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115.4(5)</w:t>
            </w:r>
          </w:p>
        </w:tc>
      </w:tr>
      <w:tr w:rsidR="00A1363E" w:rsidRPr="00C85550" w14:paraId="1F7E237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28CC8B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C4–C3–C7</w:t>
            </w:r>
          </w:p>
        </w:tc>
        <w:tc>
          <w:tcPr>
            <w:tcW w:w="1437" w:type="dxa"/>
            <w:tcBorders>
              <w:top w:val="single" w:sz="6" w:space="0" w:color="000000"/>
              <w:left w:val="single" w:sz="6" w:space="0" w:color="000000"/>
              <w:bottom w:val="single" w:sz="6" w:space="0" w:color="000000"/>
              <w:right w:val="single" w:sz="6" w:space="0" w:color="000000"/>
            </w:tcBorders>
            <w:vAlign w:val="center"/>
          </w:tcPr>
          <w:p w14:paraId="6DFD857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117.8(8)</w:t>
            </w:r>
          </w:p>
        </w:tc>
        <w:tc>
          <w:tcPr>
            <w:tcW w:w="1437" w:type="dxa"/>
            <w:tcBorders>
              <w:top w:val="single" w:sz="6" w:space="0" w:color="000000"/>
              <w:left w:val="single" w:sz="6" w:space="0" w:color="000000"/>
              <w:bottom w:val="single" w:sz="6" w:space="0" w:color="000000"/>
              <w:right w:val="single" w:sz="6" w:space="0" w:color="000000"/>
            </w:tcBorders>
            <w:vAlign w:val="center"/>
          </w:tcPr>
          <w:p w14:paraId="31F56C9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O1–Mo1–O2</w:t>
            </w:r>
          </w:p>
        </w:tc>
        <w:tc>
          <w:tcPr>
            <w:tcW w:w="1438" w:type="dxa"/>
            <w:tcBorders>
              <w:top w:val="single" w:sz="6" w:space="0" w:color="000000"/>
              <w:left w:val="single" w:sz="6" w:space="0" w:color="000000"/>
              <w:bottom w:val="single" w:sz="6" w:space="0" w:color="000000"/>
              <w:right w:val="single" w:sz="6" w:space="0" w:color="000000"/>
            </w:tcBorders>
            <w:vAlign w:val="center"/>
          </w:tcPr>
          <w:p w14:paraId="2F5499B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149.4(3)</w:t>
            </w:r>
          </w:p>
        </w:tc>
        <w:tc>
          <w:tcPr>
            <w:tcW w:w="1437" w:type="dxa"/>
            <w:tcBorders>
              <w:top w:val="single" w:sz="6" w:space="0" w:color="000000"/>
              <w:left w:val="single" w:sz="6" w:space="0" w:color="000000"/>
              <w:bottom w:val="single" w:sz="6" w:space="0" w:color="000000"/>
              <w:right w:val="single" w:sz="6" w:space="0" w:color="000000"/>
            </w:tcBorders>
            <w:vAlign w:val="center"/>
          </w:tcPr>
          <w:p w14:paraId="5B9A547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4AA7B95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115.8(7)</w:t>
            </w:r>
          </w:p>
        </w:tc>
      </w:tr>
      <w:tr w:rsidR="00A1363E" w:rsidRPr="00C85550" w14:paraId="711FF8A7"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5232C1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N3–C4–C3</w:t>
            </w:r>
          </w:p>
        </w:tc>
        <w:tc>
          <w:tcPr>
            <w:tcW w:w="1437" w:type="dxa"/>
            <w:tcBorders>
              <w:top w:val="single" w:sz="6" w:space="0" w:color="000000"/>
              <w:left w:val="single" w:sz="6" w:space="0" w:color="000000"/>
              <w:bottom w:val="single" w:sz="6" w:space="0" w:color="000000"/>
              <w:right w:val="single" w:sz="6" w:space="0" w:color="000000"/>
            </w:tcBorders>
            <w:vAlign w:val="center"/>
          </w:tcPr>
          <w:p w14:paraId="715EB64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122.2(9)</w:t>
            </w:r>
          </w:p>
        </w:tc>
        <w:tc>
          <w:tcPr>
            <w:tcW w:w="1437" w:type="dxa"/>
            <w:tcBorders>
              <w:top w:val="single" w:sz="6" w:space="0" w:color="000000"/>
              <w:left w:val="single" w:sz="6" w:space="0" w:color="000000"/>
              <w:bottom w:val="single" w:sz="6" w:space="0" w:color="000000"/>
              <w:right w:val="single" w:sz="6" w:space="0" w:color="000000"/>
            </w:tcBorders>
            <w:vAlign w:val="center"/>
          </w:tcPr>
          <w:p w14:paraId="5984D3A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57B7CD1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96.6(3)</w:t>
            </w:r>
          </w:p>
        </w:tc>
        <w:tc>
          <w:tcPr>
            <w:tcW w:w="1437" w:type="dxa"/>
            <w:tcBorders>
              <w:top w:val="single" w:sz="6" w:space="0" w:color="000000"/>
              <w:left w:val="single" w:sz="6" w:space="0" w:color="000000"/>
              <w:bottom w:val="single" w:sz="6" w:space="0" w:color="000000"/>
              <w:right w:val="single" w:sz="6" w:space="0" w:color="000000"/>
            </w:tcBorders>
            <w:vAlign w:val="center"/>
          </w:tcPr>
          <w:p w14:paraId="414399A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N1–N2–C2</w:t>
            </w:r>
          </w:p>
        </w:tc>
        <w:tc>
          <w:tcPr>
            <w:tcW w:w="1438" w:type="dxa"/>
            <w:tcBorders>
              <w:top w:val="single" w:sz="6" w:space="0" w:color="000000"/>
              <w:left w:val="single" w:sz="6" w:space="0" w:color="000000"/>
              <w:bottom w:val="single" w:sz="6" w:space="0" w:color="000000"/>
              <w:right w:val="single" w:sz="6" w:space="0" w:color="000000"/>
            </w:tcBorders>
            <w:vAlign w:val="center"/>
          </w:tcPr>
          <w:p w14:paraId="596ACBF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108.7(7)</w:t>
            </w:r>
          </w:p>
        </w:tc>
      </w:tr>
      <w:tr w:rsidR="00A1363E" w:rsidRPr="00C85550" w14:paraId="13B10BC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2931FC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N3–C5–C6</w:t>
            </w:r>
          </w:p>
        </w:tc>
        <w:tc>
          <w:tcPr>
            <w:tcW w:w="1437" w:type="dxa"/>
            <w:tcBorders>
              <w:top w:val="single" w:sz="6" w:space="0" w:color="000000"/>
              <w:left w:val="single" w:sz="6" w:space="0" w:color="000000"/>
              <w:bottom w:val="single" w:sz="6" w:space="0" w:color="000000"/>
              <w:right w:val="single" w:sz="6" w:space="0" w:color="000000"/>
            </w:tcBorders>
            <w:vAlign w:val="center"/>
          </w:tcPr>
          <w:p w14:paraId="1136A13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123.3(8)</w:t>
            </w:r>
          </w:p>
        </w:tc>
        <w:tc>
          <w:tcPr>
            <w:tcW w:w="1437" w:type="dxa"/>
            <w:tcBorders>
              <w:top w:val="single" w:sz="6" w:space="0" w:color="000000"/>
              <w:left w:val="single" w:sz="6" w:space="0" w:color="000000"/>
              <w:bottom w:val="single" w:sz="6" w:space="0" w:color="000000"/>
              <w:right w:val="single" w:sz="6" w:space="0" w:color="000000"/>
            </w:tcBorders>
            <w:vAlign w:val="center"/>
          </w:tcPr>
          <w:p w14:paraId="77D3439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7ED51A2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96.8(3)</w:t>
            </w:r>
          </w:p>
        </w:tc>
        <w:tc>
          <w:tcPr>
            <w:tcW w:w="1437" w:type="dxa"/>
            <w:tcBorders>
              <w:top w:val="single" w:sz="6" w:space="0" w:color="000000"/>
              <w:left w:val="single" w:sz="6" w:space="0" w:color="000000"/>
              <w:bottom w:val="single" w:sz="6" w:space="0" w:color="000000"/>
              <w:right w:val="single" w:sz="6" w:space="0" w:color="000000"/>
            </w:tcBorders>
            <w:vAlign w:val="center"/>
          </w:tcPr>
          <w:p w14:paraId="50590E6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C4–N3–C5</w:t>
            </w:r>
          </w:p>
        </w:tc>
        <w:tc>
          <w:tcPr>
            <w:tcW w:w="1438" w:type="dxa"/>
            <w:tcBorders>
              <w:top w:val="single" w:sz="6" w:space="0" w:color="000000"/>
              <w:left w:val="single" w:sz="6" w:space="0" w:color="000000"/>
              <w:bottom w:val="single" w:sz="6" w:space="0" w:color="000000"/>
              <w:right w:val="single" w:sz="6" w:space="0" w:color="000000"/>
            </w:tcBorders>
            <w:vAlign w:val="center"/>
          </w:tcPr>
          <w:p w14:paraId="038B57B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118.7(8)</w:t>
            </w:r>
          </w:p>
        </w:tc>
      </w:tr>
      <w:tr w:rsidR="00A1363E" w:rsidRPr="00C85550" w14:paraId="17B2F689"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A1EAF2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C5–C6–C7</w:t>
            </w:r>
          </w:p>
        </w:tc>
        <w:tc>
          <w:tcPr>
            <w:tcW w:w="1437" w:type="dxa"/>
            <w:tcBorders>
              <w:top w:val="single" w:sz="6" w:space="0" w:color="000000"/>
              <w:left w:val="single" w:sz="6" w:space="0" w:color="000000"/>
              <w:bottom w:val="single" w:sz="6" w:space="0" w:color="000000"/>
              <w:right w:val="single" w:sz="6" w:space="0" w:color="000000"/>
            </w:tcBorders>
            <w:vAlign w:val="center"/>
          </w:tcPr>
          <w:p w14:paraId="5631884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118.6(10)</w:t>
            </w:r>
          </w:p>
        </w:tc>
        <w:tc>
          <w:tcPr>
            <w:tcW w:w="1437" w:type="dxa"/>
            <w:tcBorders>
              <w:top w:val="single" w:sz="6" w:space="0" w:color="000000"/>
              <w:left w:val="single" w:sz="6" w:space="0" w:color="000000"/>
              <w:bottom w:val="single" w:sz="6" w:space="0" w:color="000000"/>
              <w:right w:val="single" w:sz="6" w:space="0" w:color="000000"/>
            </w:tcBorders>
            <w:vAlign w:val="center"/>
          </w:tcPr>
          <w:p w14:paraId="4545552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0FE142D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80.0(3)</w:t>
            </w:r>
          </w:p>
        </w:tc>
        <w:tc>
          <w:tcPr>
            <w:tcW w:w="1437" w:type="dxa"/>
            <w:tcBorders>
              <w:top w:val="single" w:sz="6" w:space="0" w:color="000000"/>
              <w:left w:val="single" w:sz="6" w:space="0" w:color="000000"/>
              <w:bottom w:val="single" w:sz="6" w:space="0" w:color="000000"/>
              <w:right w:val="single" w:sz="6" w:space="0" w:color="000000"/>
            </w:tcBorders>
            <w:vAlign w:val="center"/>
          </w:tcPr>
          <w:p w14:paraId="4FCEF5D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Mo1–O1–C2</w:t>
            </w:r>
          </w:p>
        </w:tc>
        <w:tc>
          <w:tcPr>
            <w:tcW w:w="1438" w:type="dxa"/>
            <w:tcBorders>
              <w:top w:val="single" w:sz="6" w:space="0" w:color="000000"/>
              <w:left w:val="single" w:sz="6" w:space="0" w:color="000000"/>
              <w:bottom w:val="single" w:sz="6" w:space="0" w:color="000000"/>
              <w:right w:val="single" w:sz="6" w:space="0" w:color="000000"/>
            </w:tcBorders>
            <w:vAlign w:val="center"/>
          </w:tcPr>
          <w:p w14:paraId="51BB40D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118.6(5)</w:t>
            </w:r>
          </w:p>
        </w:tc>
      </w:tr>
      <w:tr w:rsidR="00A1363E" w:rsidRPr="00C85550" w14:paraId="26413DD1"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7A8A05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C3–C7–C6</w:t>
            </w:r>
          </w:p>
        </w:tc>
        <w:tc>
          <w:tcPr>
            <w:tcW w:w="1437" w:type="dxa"/>
            <w:tcBorders>
              <w:top w:val="single" w:sz="6" w:space="0" w:color="000000"/>
              <w:left w:val="single" w:sz="6" w:space="0" w:color="000000"/>
              <w:bottom w:val="single" w:sz="6" w:space="0" w:color="000000"/>
              <w:right w:val="single" w:sz="6" w:space="0" w:color="000000"/>
            </w:tcBorders>
            <w:vAlign w:val="center"/>
          </w:tcPr>
          <w:p w14:paraId="2B1CEB4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119.4(9)</w:t>
            </w:r>
          </w:p>
        </w:tc>
        <w:tc>
          <w:tcPr>
            <w:tcW w:w="1437" w:type="dxa"/>
            <w:tcBorders>
              <w:top w:val="single" w:sz="6" w:space="0" w:color="000000"/>
              <w:left w:val="single" w:sz="6" w:space="0" w:color="000000"/>
              <w:bottom w:val="single" w:sz="6" w:space="0" w:color="000000"/>
              <w:right w:val="single" w:sz="6" w:space="0" w:color="000000"/>
            </w:tcBorders>
            <w:vAlign w:val="center"/>
          </w:tcPr>
          <w:p w14:paraId="0F7AADF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7070351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81.8(4)</w:t>
            </w:r>
          </w:p>
        </w:tc>
        <w:tc>
          <w:tcPr>
            <w:tcW w:w="1437" w:type="dxa"/>
            <w:tcBorders>
              <w:top w:val="single" w:sz="6" w:space="0" w:color="000000"/>
              <w:left w:val="single" w:sz="6" w:space="0" w:color="000000"/>
              <w:bottom w:val="single" w:sz="6" w:space="0" w:color="000000"/>
              <w:right w:val="single" w:sz="6" w:space="0" w:color="000000"/>
            </w:tcBorders>
            <w:vAlign w:val="center"/>
          </w:tcPr>
          <w:p w14:paraId="1BB1B03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Mo1–O2–C9</w:t>
            </w:r>
          </w:p>
        </w:tc>
        <w:tc>
          <w:tcPr>
            <w:tcW w:w="1438" w:type="dxa"/>
            <w:tcBorders>
              <w:top w:val="single" w:sz="6" w:space="0" w:color="000000"/>
              <w:left w:val="single" w:sz="6" w:space="0" w:color="000000"/>
              <w:bottom w:val="single" w:sz="6" w:space="0" w:color="000000"/>
              <w:right w:val="single" w:sz="6" w:space="0" w:color="000000"/>
            </w:tcBorders>
            <w:vAlign w:val="center"/>
          </w:tcPr>
          <w:p w14:paraId="0AC0EC9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134.1(6)</w:t>
            </w:r>
          </w:p>
        </w:tc>
      </w:tr>
      <w:tr w:rsidR="00A1363E" w:rsidRPr="00C85550" w14:paraId="52FEA39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2FED300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C1–C8–C9</w:t>
            </w:r>
          </w:p>
        </w:tc>
        <w:tc>
          <w:tcPr>
            <w:tcW w:w="1437" w:type="dxa"/>
            <w:tcBorders>
              <w:top w:val="single" w:sz="6" w:space="0" w:color="000000"/>
              <w:left w:val="single" w:sz="6" w:space="0" w:color="000000"/>
              <w:bottom w:val="single" w:sz="6" w:space="0" w:color="000000"/>
              <w:right w:val="single" w:sz="6" w:space="0" w:color="000000"/>
            </w:tcBorders>
            <w:vAlign w:val="center"/>
          </w:tcPr>
          <w:p w14:paraId="3959343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122.8(8)</w:t>
            </w:r>
          </w:p>
        </w:tc>
        <w:tc>
          <w:tcPr>
            <w:tcW w:w="1437" w:type="dxa"/>
            <w:tcBorders>
              <w:top w:val="single" w:sz="6" w:space="0" w:color="000000"/>
              <w:left w:val="single" w:sz="6" w:space="0" w:color="000000"/>
              <w:bottom w:val="single" w:sz="6" w:space="0" w:color="000000"/>
              <w:right w:val="single" w:sz="6" w:space="0" w:color="000000"/>
            </w:tcBorders>
            <w:vAlign w:val="center"/>
          </w:tcPr>
          <w:p w14:paraId="2E36205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6D83801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99.5(3)</w:t>
            </w:r>
          </w:p>
        </w:tc>
        <w:tc>
          <w:tcPr>
            <w:tcW w:w="1437" w:type="dxa"/>
            <w:tcBorders>
              <w:top w:val="single" w:sz="6" w:space="0" w:color="000000"/>
              <w:left w:val="single" w:sz="6" w:space="0" w:color="000000"/>
              <w:bottom w:val="single" w:sz="6" w:space="0" w:color="000000"/>
              <w:right w:val="single" w:sz="6" w:space="0" w:color="000000"/>
            </w:tcBorders>
            <w:vAlign w:val="center"/>
          </w:tcPr>
          <w:p w14:paraId="68D523E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C12–O3–C14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53CF4E6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117.4(9)</w:t>
            </w:r>
          </w:p>
        </w:tc>
      </w:tr>
      <w:tr w:rsidR="00A1363E" w:rsidRPr="00C85550" w14:paraId="5B628B0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DD60B0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C1–C8–C13</w:t>
            </w:r>
          </w:p>
        </w:tc>
        <w:tc>
          <w:tcPr>
            <w:tcW w:w="1437" w:type="dxa"/>
            <w:tcBorders>
              <w:top w:val="single" w:sz="6" w:space="0" w:color="000000"/>
              <w:left w:val="single" w:sz="6" w:space="0" w:color="000000"/>
              <w:bottom w:val="single" w:sz="6" w:space="0" w:color="000000"/>
              <w:right w:val="single" w:sz="6" w:space="0" w:color="000000"/>
            </w:tcBorders>
            <w:vAlign w:val="center"/>
          </w:tcPr>
          <w:p w14:paraId="6772EAF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116.9(8)</w:t>
            </w:r>
          </w:p>
        </w:tc>
        <w:tc>
          <w:tcPr>
            <w:tcW w:w="1437" w:type="dxa"/>
            <w:tcBorders>
              <w:top w:val="single" w:sz="6" w:space="0" w:color="000000"/>
              <w:left w:val="single" w:sz="6" w:space="0" w:color="000000"/>
              <w:bottom w:val="single" w:sz="6" w:space="0" w:color="000000"/>
              <w:right w:val="single" w:sz="6" w:space="0" w:color="000000"/>
            </w:tcBorders>
            <w:vAlign w:val="center"/>
          </w:tcPr>
          <w:p w14:paraId="3EAC8EC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7CEF011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103.6(4)</w:t>
            </w:r>
          </w:p>
        </w:tc>
        <w:tc>
          <w:tcPr>
            <w:tcW w:w="1437" w:type="dxa"/>
            <w:tcBorders>
              <w:top w:val="single" w:sz="6" w:space="0" w:color="000000"/>
              <w:left w:val="single" w:sz="6" w:space="0" w:color="000000"/>
              <w:bottom w:val="single" w:sz="6" w:space="0" w:color="000000"/>
              <w:right w:val="single" w:sz="6" w:space="0" w:color="000000"/>
            </w:tcBorders>
            <w:vAlign w:val="center"/>
          </w:tcPr>
          <w:p w14:paraId="780AFA5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C15–O6–H6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5833EEF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110(2)</w:t>
            </w:r>
          </w:p>
        </w:tc>
      </w:tr>
      <w:tr w:rsidR="00A1363E" w:rsidRPr="00C85550" w14:paraId="11A55788"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E7DB3C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C9–C8–C13</w:t>
            </w:r>
          </w:p>
        </w:tc>
        <w:tc>
          <w:tcPr>
            <w:tcW w:w="1437" w:type="dxa"/>
            <w:tcBorders>
              <w:top w:val="single" w:sz="6" w:space="0" w:color="000000"/>
              <w:left w:val="single" w:sz="6" w:space="0" w:color="000000"/>
              <w:bottom w:val="single" w:sz="6" w:space="0" w:color="000000"/>
              <w:right w:val="single" w:sz="6" w:space="0" w:color="000000"/>
            </w:tcBorders>
            <w:vAlign w:val="center"/>
          </w:tcPr>
          <w:p w14:paraId="6767111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120.3(8)</w:t>
            </w:r>
          </w:p>
        </w:tc>
        <w:tc>
          <w:tcPr>
            <w:tcW w:w="1437" w:type="dxa"/>
            <w:tcBorders>
              <w:top w:val="single" w:sz="6" w:space="0" w:color="000000"/>
              <w:left w:val="single" w:sz="6" w:space="0" w:color="000000"/>
              <w:bottom w:val="single" w:sz="6" w:space="0" w:color="000000"/>
              <w:right w:val="single" w:sz="6" w:space="0" w:color="000000"/>
            </w:tcBorders>
            <w:vAlign w:val="center"/>
          </w:tcPr>
          <w:p w14:paraId="78078EE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5502DF5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79.2(2)</w:t>
            </w:r>
          </w:p>
        </w:tc>
        <w:tc>
          <w:tcPr>
            <w:tcW w:w="1437" w:type="dxa"/>
            <w:tcBorders>
              <w:top w:val="single" w:sz="6" w:space="0" w:color="000000"/>
              <w:left w:val="single" w:sz="6" w:space="0" w:color="000000"/>
              <w:bottom w:val="single" w:sz="6" w:space="0" w:color="000000"/>
              <w:right w:val="single" w:sz="6" w:space="0" w:color="000000"/>
            </w:tcBorders>
            <w:vAlign w:val="center"/>
          </w:tcPr>
          <w:p w14:paraId="6A3E936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Mo1–O6–C15</w:t>
            </w:r>
          </w:p>
        </w:tc>
        <w:tc>
          <w:tcPr>
            <w:tcW w:w="1438" w:type="dxa"/>
            <w:tcBorders>
              <w:top w:val="single" w:sz="6" w:space="0" w:color="000000"/>
              <w:left w:val="single" w:sz="6" w:space="0" w:color="000000"/>
              <w:bottom w:val="single" w:sz="6" w:space="0" w:color="000000"/>
              <w:right w:val="single" w:sz="6" w:space="0" w:color="000000"/>
            </w:tcBorders>
            <w:vAlign w:val="center"/>
          </w:tcPr>
          <w:p w14:paraId="7DAA846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129.4(7)</w:t>
            </w:r>
          </w:p>
        </w:tc>
      </w:tr>
      <w:tr w:rsidR="00A1363E" w:rsidRPr="00C85550" w14:paraId="4DD24BBD"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F1BAB3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C8–C9–C10</w:t>
            </w:r>
          </w:p>
        </w:tc>
        <w:tc>
          <w:tcPr>
            <w:tcW w:w="1437" w:type="dxa"/>
            <w:tcBorders>
              <w:top w:val="single" w:sz="6" w:space="0" w:color="000000"/>
              <w:left w:val="single" w:sz="6" w:space="0" w:color="000000"/>
              <w:bottom w:val="single" w:sz="6" w:space="0" w:color="000000"/>
              <w:right w:val="single" w:sz="6" w:space="0" w:color="000000"/>
            </w:tcBorders>
            <w:vAlign w:val="center"/>
          </w:tcPr>
          <w:p w14:paraId="33850AC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119.9(8)</w:t>
            </w:r>
          </w:p>
        </w:tc>
        <w:tc>
          <w:tcPr>
            <w:tcW w:w="1437" w:type="dxa"/>
            <w:tcBorders>
              <w:top w:val="single" w:sz="6" w:space="0" w:color="000000"/>
              <w:left w:val="single" w:sz="6" w:space="0" w:color="000000"/>
              <w:bottom w:val="single" w:sz="6" w:space="0" w:color="000000"/>
              <w:right w:val="single" w:sz="6" w:space="0" w:color="000000"/>
            </w:tcBorders>
            <w:vAlign w:val="center"/>
          </w:tcPr>
          <w:p w14:paraId="11FBDA1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05EACE7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91.5(3)</w:t>
            </w:r>
          </w:p>
        </w:tc>
        <w:tc>
          <w:tcPr>
            <w:tcW w:w="1437" w:type="dxa"/>
            <w:tcBorders>
              <w:top w:val="single" w:sz="6" w:space="0" w:color="000000"/>
              <w:left w:val="single" w:sz="6" w:space="0" w:color="000000"/>
              <w:bottom w:val="single" w:sz="6" w:space="0" w:color="000000"/>
              <w:right w:val="single" w:sz="6" w:space="0" w:color="000000"/>
            </w:tcBorders>
            <w:vAlign w:val="center"/>
          </w:tcPr>
          <w:p w14:paraId="1BFEAB5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13FF8D0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121(2)</w:t>
            </w:r>
          </w:p>
        </w:tc>
      </w:tr>
      <w:tr w:rsidR="00A1363E" w:rsidRPr="00C85550" w14:paraId="0B1BE0ED"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7B077B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O2–C9–C8</w:t>
            </w:r>
          </w:p>
        </w:tc>
        <w:tc>
          <w:tcPr>
            <w:tcW w:w="1437" w:type="dxa"/>
            <w:tcBorders>
              <w:top w:val="single" w:sz="6" w:space="0" w:color="000000"/>
              <w:left w:val="single" w:sz="6" w:space="0" w:color="000000"/>
              <w:bottom w:val="single" w:sz="6" w:space="0" w:color="000000"/>
              <w:right w:val="single" w:sz="6" w:space="0" w:color="000000"/>
            </w:tcBorders>
            <w:vAlign w:val="center"/>
          </w:tcPr>
          <w:p w14:paraId="67ED6A1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123.1(8)</w:t>
            </w:r>
          </w:p>
        </w:tc>
        <w:tc>
          <w:tcPr>
            <w:tcW w:w="1437" w:type="dxa"/>
            <w:tcBorders>
              <w:top w:val="single" w:sz="6" w:space="0" w:color="000000"/>
              <w:left w:val="single" w:sz="6" w:space="0" w:color="000000"/>
              <w:bottom w:val="single" w:sz="6" w:space="0" w:color="000000"/>
              <w:right w:val="single" w:sz="6" w:space="0" w:color="000000"/>
            </w:tcBorders>
            <w:vAlign w:val="center"/>
          </w:tcPr>
          <w:p w14:paraId="1A0BE08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54B2662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105.5(4)</w:t>
            </w:r>
          </w:p>
        </w:tc>
        <w:tc>
          <w:tcPr>
            <w:tcW w:w="1437" w:type="dxa"/>
            <w:tcBorders>
              <w:top w:val="single" w:sz="6" w:space="0" w:color="000000"/>
              <w:left w:val="single" w:sz="6" w:space="0" w:color="000000"/>
              <w:bottom w:val="single" w:sz="6" w:space="0" w:color="000000"/>
              <w:right w:val="single" w:sz="6" w:space="0" w:color="000000"/>
            </w:tcBorders>
            <w:vAlign w:val="center"/>
          </w:tcPr>
          <w:p w14:paraId="5B05B358"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04BE1442" w14:textId="77777777" w:rsidR="00A1363E" w:rsidRPr="00C85550" w:rsidRDefault="00A1363E" w:rsidP="00B520E7">
            <w:pPr>
              <w:rPr>
                <w:rFonts w:ascii="Times New Roman" w:hAnsi="Times New Roman"/>
                <w:sz w:val="16"/>
                <w:szCs w:val="16"/>
              </w:rPr>
            </w:pPr>
          </w:p>
        </w:tc>
      </w:tr>
      <w:tr w:rsidR="00A1363E" w:rsidRPr="00C85550" w14:paraId="1158B0F9" w14:textId="77777777" w:rsidTr="00B520E7">
        <w:trPr>
          <w:trHeight w:val="283"/>
        </w:trPr>
        <w:tc>
          <w:tcPr>
            <w:tcW w:w="8624" w:type="dxa"/>
            <w:gridSpan w:val="6"/>
            <w:tcBorders>
              <w:top w:val="single" w:sz="6" w:space="0" w:color="000000"/>
              <w:left w:val="single" w:sz="6" w:space="0" w:color="000000"/>
              <w:bottom w:val="single" w:sz="6" w:space="0" w:color="000000"/>
              <w:right w:val="single" w:sz="6" w:space="0" w:color="000000"/>
            </w:tcBorders>
            <w:vAlign w:val="center"/>
          </w:tcPr>
          <w:p w14:paraId="4790995F" w14:textId="77777777" w:rsidR="00A1363E" w:rsidRPr="00C85550" w:rsidRDefault="00A1363E" w:rsidP="00B520E7">
            <w:pPr>
              <w:jc w:val="center"/>
              <w:rPr>
                <w:rFonts w:ascii="Times New Roman" w:hAnsi="Times New Roman"/>
                <w:sz w:val="16"/>
                <w:szCs w:val="16"/>
              </w:rPr>
            </w:pPr>
            <w:r w:rsidRPr="00C85550">
              <w:rPr>
                <w:rFonts w:ascii="Times New Roman" w:hAnsi="Times New Roman"/>
                <w:b/>
              </w:rPr>
              <w:t>3a</w:t>
            </w:r>
          </w:p>
        </w:tc>
      </w:tr>
      <w:tr w:rsidR="00A1363E" w:rsidRPr="00C85550" w14:paraId="37B18AE5"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28A03A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7" w:type="dxa"/>
            <w:tcBorders>
              <w:top w:val="single" w:sz="6" w:space="0" w:color="000000"/>
              <w:left w:val="single" w:sz="6" w:space="0" w:color="000000"/>
              <w:bottom w:val="single" w:sz="6" w:space="0" w:color="000000"/>
              <w:right w:val="single" w:sz="6" w:space="0" w:color="000000"/>
            </w:tcBorders>
            <w:vAlign w:val="center"/>
          </w:tcPr>
          <w:p w14:paraId="53BB8E5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5D50639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700881D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6" w:space="0" w:color="000000"/>
              <w:left w:val="single" w:sz="6" w:space="0" w:color="000000"/>
              <w:bottom w:val="single" w:sz="6" w:space="0" w:color="000000"/>
              <w:right w:val="single" w:sz="6" w:space="0" w:color="000000"/>
            </w:tcBorders>
            <w:vAlign w:val="center"/>
          </w:tcPr>
          <w:p w14:paraId="116A495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6" w:space="0" w:color="000000"/>
              <w:left w:val="single" w:sz="6" w:space="0" w:color="000000"/>
              <w:bottom w:val="single" w:sz="6" w:space="0" w:color="000000"/>
              <w:right w:val="single" w:sz="6" w:space="0" w:color="000000"/>
            </w:tcBorders>
            <w:vAlign w:val="center"/>
          </w:tcPr>
          <w:p w14:paraId="358B2FB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r>
      <w:tr w:rsidR="00A1363E" w:rsidRPr="00C85550" w14:paraId="766FDBFB"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12A34C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N1–C1–C9</w:t>
            </w:r>
          </w:p>
        </w:tc>
        <w:tc>
          <w:tcPr>
            <w:tcW w:w="1437" w:type="dxa"/>
            <w:tcBorders>
              <w:top w:val="single" w:sz="6" w:space="0" w:color="000000"/>
              <w:left w:val="single" w:sz="6" w:space="0" w:color="000000"/>
              <w:bottom w:val="single" w:sz="6" w:space="0" w:color="000000"/>
              <w:right w:val="single" w:sz="6" w:space="0" w:color="000000"/>
            </w:tcBorders>
            <w:vAlign w:val="center"/>
          </w:tcPr>
          <w:p w14:paraId="3B36A77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123.5(5)</w:t>
            </w:r>
          </w:p>
        </w:tc>
        <w:tc>
          <w:tcPr>
            <w:tcW w:w="1437" w:type="dxa"/>
            <w:tcBorders>
              <w:top w:val="single" w:sz="6" w:space="0" w:color="000000"/>
              <w:left w:val="single" w:sz="6" w:space="0" w:color="000000"/>
              <w:bottom w:val="single" w:sz="6" w:space="0" w:color="000000"/>
              <w:right w:val="single" w:sz="6" w:space="0" w:color="000000"/>
            </w:tcBorders>
            <w:vAlign w:val="center"/>
          </w:tcPr>
          <w:p w14:paraId="3AC3EB9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O1–C10–C9</w:t>
            </w:r>
          </w:p>
        </w:tc>
        <w:tc>
          <w:tcPr>
            <w:tcW w:w="1438" w:type="dxa"/>
            <w:tcBorders>
              <w:top w:val="single" w:sz="6" w:space="0" w:color="000000"/>
              <w:left w:val="single" w:sz="6" w:space="0" w:color="000000"/>
              <w:bottom w:val="single" w:sz="6" w:space="0" w:color="000000"/>
              <w:right w:val="single" w:sz="6" w:space="0" w:color="000000"/>
            </w:tcBorders>
            <w:vAlign w:val="center"/>
          </w:tcPr>
          <w:p w14:paraId="09317B1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122.9(5)</w:t>
            </w:r>
          </w:p>
        </w:tc>
        <w:tc>
          <w:tcPr>
            <w:tcW w:w="1437" w:type="dxa"/>
            <w:tcBorders>
              <w:top w:val="single" w:sz="6" w:space="0" w:color="000000"/>
              <w:left w:val="single" w:sz="6" w:space="0" w:color="000000"/>
              <w:bottom w:val="single" w:sz="6" w:space="0" w:color="000000"/>
              <w:right w:val="single" w:sz="6" w:space="0" w:color="000000"/>
            </w:tcBorders>
            <w:vAlign w:val="center"/>
          </w:tcPr>
          <w:p w14:paraId="4A4AD6A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341A77B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170.5(2)</w:t>
            </w:r>
          </w:p>
        </w:tc>
      </w:tr>
      <w:tr w:rsidR="00A1363E" w:rsidRPr="00C85550" w14:paraId="13AE0C7F"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C571BF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74D91FF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123.1(5)</w:t>
            </w:r>
          </w:p>
        </w:tc>
        <w:tc>
          <w:tcPr>
            <w:tcW w:w="1437" w:type="dxa"/>
            <w:tcBorders>
              <w:top w:val="single" w:sz="6" w:space="0" w:color="000000"/>
              <w:left w:val="single" w:sz="6" w:space="0" w:color="000000"/>
              <w:bottom w:val="single" w:sz="6" w:space="0" w:color="000000"/>
              <w:right w:val="single" w:sz="6" w:space="0" w:color="000000"/>
            </w:tcBorders>
            <w:vAlign w:val="center"/>
          </w:tcPr>
          <w:p w14:paraId="48ABE78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O1–C10–C11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05DED54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117.8(5)</w:t>
            </w:r>
          </w:p>
        </w:tc>
        <w:tc>
          <w:tcPr>
            <w:tcW w:w="1437" w:type="dxa"/>
            <w:tcBorders>
              <w:top w:val="single" w:sz="6" w:space="0" w:color="000000"/>
              <w:left w:val="single" w:sz="6" w:space="0" w:color="000000"/>
              <w:bottom w:val="single" w:sz="6" w:space="0" w:color="000000"/>
              <w:right w:val="single" w:sz="6" w:space="0" w:color="000000"/>
            </w:tcBorders>
            <w:vAlign w:val="center"/>
          </w:tcPr>
          <w:p w14:paraId="50A8E27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7A0457E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159.37(19)</w:t>
            </w:r>
          </w:p>
        </w:tc>
      </w:tr>
      <w:tr w:rsidR="00A1363E" w:rsidRPr="00C85550" w14:paraId="1602F607"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7221F1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131026C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114.7(5)</w:t>
            </w:r>
          </w:p>
        </w:tc>
        <w:tc>
          <w:tcPr>
            <w:tcW w:w="1437" w:type="dxa"/>
            <w:tcBorders>
              <w:top w:val="single" w:sz="6" w:space="0" w:color="000000"/>
              <w:left w:val="single" w:sz="6" w:space="0" w:color="000000"/>
              <w:bottom w:val="single" w:sz="6" w:space="0" w:color="000000"/>
              <w:right w:val="single" w:sz="6" w:space="0" w:color="000000"/>
            </w:tcBorders>
            <w:vAlign w:val="center"/>
          </w:tcPr>
          <w:p w14:paraId="6DAC5D3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C10–C11–C12</w:t>
            </w:r>
          </w:p>
        </w:tc>
        <w:tc>
          <w:tcPr>
            <w:tcW w:w="1438" w:type="dxa"/>
            <w:tcBorders>
              <w:top w:val="single" w:sz="6" w:space="0" w:color="000000"/>
              <w:left w:val="single" w:sz="6" w:space="0" w:color="000000"/>
              <w:bottom w:val="single" w:sz="6" w:space="0" w:color="000000"/>
              <w:right w:val="single" w:sz="6" w:space="0" w:color="000000"/>
            </w:tcBorders>
            <w:vAlign w:val="center"/>
          </w:tcPr>
          <w:p w14:paraId="0880ADF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120.7(5)</w:t>
            </w:r>
          </w:p>
        </w:tc>
        <w:tc>
          <w:tcPr>
            <w:tcW w:w="1437" w:type="dxa"/>
            <w:tcBorders>
              <w:top w:val="single" w:sz="6" w:space="0" w:color="000000"/>
              <w:left w:val="single" w:sz="6" w:space="0" w:color="000000"/>
              <w:bottom w:val="single" w:sz="6" w:space="0" w:color="000000"/>
              <w:right w:val="single" w:sz="6" w:space="0" w:color="000000"/>
            </w:tcBorders>
            <w:vAlign w:val="center"/>
          </w:tcPr>
          <w:p w14:paraId="4B9DE1C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02EB400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83.73(18)</w:t>
            </w:r>
          </w:p>
        </w:tc>
      </w:tr>
      <w:tr w:rsidR="00A1363E" w:rsidRPr="00C85550" w14:paraId="149ABA2C"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AA51C9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O2–C2–N2</w:t>
            </w:r>
          </w:p>
        </w:tc>
        <w:tc>
          <w:tcPr>
            <w:tcW w:w="1437" w:type="dxa"/>
            <w:tcBorders>
              <w:top w:val="single" w:sz="6" w:space="0" w:color="000000"/>
              <w:left w:val="single" w:sz="6" w:space="0" w:color="000000"/>
              <w:bottom w:val="single" w:sz="6" w:space="0" w:color="000000"/>
              <w:right w:val="single" w:sz="6" w:space="0" w:color="000000"/>
            </w:tcBorders>
            <w:vAlign w:val="center"/>
          </w:tcPr>
          <w:p w14:paraId="7B46F0F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122.2(5)</w:t>
            </w:r>
          </w:p>
        </w:tc>
        <w:tc>
          <w:tcPr>
            <w:tcW w:w="1437" w:type="dxa"/>
            <w:tcBorders>
              <w:top w:val="single" w:sz="6" w:space="0" w:color="000000"/>
              <w:left w:val="single" w:sz="6" w:space="0" w:color="000000"/>
              <w:bottom w:val="single" w:sz="6" w:space="0" w:color="000000"/>
              <w:right w:val="single" w:sz="6" w:space="0" w:color="000000"/>
            </w:tcBorders>
            <w:vAlign w:val="center"/>
          </w:tcPr>
          <w:p w14:paraId="6B966C2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C11–C12–C13</w:t>
            </w:r>
          </w:p>
        </w:tc>
        <w:tc>
          <w:tcPr>
            <w:tcW w:w="1438" w:type="dxa"/>
            <w:tcBorders>
              <w:top w:val="single" w:sz="6" w:space="0" w:color="000000"/>
              <w:left w:val="single" w:sz="6" w:space="0" w:color="000000"/>
              <w:bottom w:val="single" w:sz="6" w:space="0" w:color="000000"/>
              <w:right w:val="single" w:sz="6" w:space="0" w:color="000000"/>
            </w:tcBorders>
            <w:vAlign w:val="center"/>
          </w:tcPr>
          <w:p w14:paraId="04C0C25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121.0(6)</w:t>
            </w:r>
          </w:p>
        </w:tc>
        <w:tc>
          <w:tcPr>
            <w:tcW w:w="1437" w:type="dxa"/>
            <w:tcBorders>
              <w:top w:val="single" w:sz="6" w:space="0" w:color="000000"/>
              <w:left w:val="single" w:sz="6" w:space="0" w:color="000000"/>
              <w:bottom w:val="single" w:sz="6" w:space="0" w:color="000000"/>
              <w:right w:val="single" w:sz="6" w:space="0" w:color="000000"/>
            </w:tcBorders>
            <w:vAlign w:val="center"/>
          </w:tcPr>
          <w:p w14:paraId="71ECE5F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O6–Mo1–N1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283F047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77.55(17)</w:t>
            </w:r>
          </w:p>
        </w:tc>
      </w:tr>
      <w:tr w:rsidR="00A1363E" w:rsidRPr="00C85550" w14:paraId="57C2EF89"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EE4F04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C2–C3–C4</w:t>
            </w:r>
          </w:p>
        </w:tc>
        <w:tc>
          <w:tcPr>
            <w:tcW w:w="1437" w:type="dxa"/>
            <w:tcBorders>
              <w:top w:val="single" w:sz="6" w:space="0" w:color="000000"/>
              <w:left w:val="single" w:sz="6" w:space="0" w:color="000000"/>
              <w:bottom w:val="single" w:sz="6" w:space="0" w:color="000000"/>
              <w:right w:val="single" w:sz="6" w:space="0" w:color="000000"/>
            </w:tcBorders>
            <w:vAlign w:val="center"/>
          </w:tcPr>
          <w:p w14:paraId="7FE2491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123.2(5)</w:t>
            </w:r>
          </w:p>
        </w:tc>
        <w:tc>
          <w:tcPr>
            <w:tcW w:w="1437" w:type="dxa"/>
            <w:tcBorders>
              <w:top w:val="single" w:sz="6" w:space="0" w:color="000000"/>
              <w:left w:val="single" w:sz="6" w:space="0" w:color="000000"/>
              <w:bottom w:val="single" w:sz="6" w:space="0" w:color="000000"/>
              <w:right w:val="single" w:sz="6" w:space="0" w:color="000000"/>
            </w:tcBorders>
            <w:vAlign w:val="center"/>
          </w:tcPr>
          <w:p w14:paraId="271A5F1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C12–C13–C14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39BE61C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119.6(6)</w:t>
            </w:r>
          </w:p>
        </w:tc>
        <w:tc>
          <w:tcPr>
            <w:tcW w:w="1437" w:type="dxa"/>
            <w:tcBorders>
              <w:top w:val="single" w:sz="6" w:space="0" w:color="000000"/>
              <w:left w:val="single" w:sz="6" w:space="0" w:color="000000"/>
              <w:bottom w:val="single" w:sz="6" w:space="0" w:color="000000"/>
              <w:right w:val="single" w:sz="6" w:space="0" w:color="000000"/>
            </w:tcBorders>
            <w:vAlign w:val="center"/>
          </w:tcPr>
          <w:p w14:paraId="57BABFA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32573CC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127.9(4)</w:t>
            </w:r>
          </w:p>
        </w:tc>
      </w:tr>
      <w:tr w:rsidR="00A1363E" w:rsidRPr="00C85550" w14:paraId="6AAFADFC"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C6C4DC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C2–C3–C8</w:t>
            </w:r>
          </w:p>
        </w:tc>
        <w:tc>
          <w:tcPr>
            <w:tcW w:w="1437" w:type="dxa"/>
            <w:tcBorders>
              <w:top w:val="single" w:sz="6" w:space="0" w:color="000000"/>
              <w:left w:val="single" w:sz="6" w:space="0" w:color="000000"/>
              <w:bottom w:val="single" w:sz="6" w:space="0" w:color="000000"/>
              <w:right w:val="single" w:sz="6" w:space="0" w:color="000000"/>
            </w:tcBorders>
            <w:vAlign w:val="center"/>
          </w:tcPr>
          <w:p w14:paraId="11F0EAE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118.4(5)</w:t>
            </w:r>
          </w:p>
        </w:tc>
        <w:tc>
          <w:tcPr>
            <w:tcW w:w="1437" w:type="dxa"/>
            <w:tcBorders>
              <w:top w:val="single" w:sz="6" w:space="0" w:color="000000"/>
              <w:left w:val="single" w:sz="6" w:space="0" w:color="000000"/>
              <w:bottom w:val="single" w:sz="6" w:space="0" w:color="000000"/>
              <w:right w:val="single" w:sz="6" w:space="0" w:color="000000"/>
            </w:tcBorders>
            <w:vAlign w:val="center"/>
          </w:tcPr>
          <w:p w14:paraId="627002C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O3–C13–C12</w:t>
            </w:r>
          </w:p>
        </w:tc>
        <w:tc>
          <w:tcPr>
            <w:tcW w:w="1438" w:type="dxa"/>
            <w:tcBorders>
              <w:top w:val="single" w:sz="6" w:space="0" w:color="000000"/>
              <w:left w:val="single" w:sz="6" w:space="0" w:color="000000"/>
              <w:bottom w:val="single" w:sz="6" w:space="0" w:color="000000"/>
              <w:right w:val="single" w:sz="6" w:space="0" w:color="000000"/>
            </w:tcBorders>
            <w:vAlign w:val="center"/>
          </w:tcPr>
          <w:p w14:paraId="7E27268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115.7(5)</w:t>
            </w:r>
          </w:p>
        </w:tc>
        <w:tc>
          <w:tcPr>
            <w:tcW w:w="1437" w:type="dxa"/>
            <w:tcBorders>
              <w:top w:val="single" w:sz="6" w:space="0" w:color="000000"/>
              <w:left w:val="single" w:sz="6" w:space="0" w:color="000000"/>
              <w:bottom w:val="single" w:sz="6" w:space="0" w:color="000000"/>
              <w:right w:val="single" w:sz="6" w:space="0" w:color="000000"/>
            </w:tcBorders>
            <w:vAlign w:val="center"/>
          </w:tcPr>
          <w:p w14:paraId="3EFD85D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Mo1–N1–N2</w:t>
            </w:r>
          </w:p>
        </w:tc>
        <w:tc>
          <w:tcPr>
            <w:tcW w:w="1438" w:type="dxa"/>
            <w:tcBorders>
              <w:top w:val="single" w:sz="6" w:space="0" w:color="000000"/>
              <w:left w:val="single" w:sz="6" w:space="0" w:color="000000"/>
              <w:bottom w:val="single" w:sz="6" w:space="0" w:color="000000"/>
              <w:right w:val="single" w:sz="6" w:space="0" w:color="000000"/>
            </w:tcBorders>
            <w:vAlign w:val="center"/>
          </w:tcPr>
          <w:p w14:paraId="1F03AA7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115.5(3)</w:t>
            </w:r>
          </w:p>
        </w:tc>
      </w:tr>
      <w:tr w:rsidR="00A1363E" w:rsidRPr="00C85550" w14:paraId="73CFAEE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0B2881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C4–C3–C8</w:t>
            </w:r>
          </w:p>
        </w:tc>
        <w:tc>
          <w:tcPr>
            <w:tcW w:w="1437" w:type="dxa"/>
            <w:tcBorders>
              <w:top w:val="single" w:sz="6" w:space="0" w:color="000000"/>
              <w:left w:val="single" w:sz="6" w:space="0" w:color="000000"/>
              <w:bottom w:val="single" w:sz="6" w:space="0" w:color="000000"/>
              <w:right w:val="single" w:sz="6" w:space="0" w:color="000000"/>
            </w:tcBorders>
            <w:vAlign w:val="center"/>
          </w:tcPr>
          <w:p w14:paraId="0C1AE71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118.4(5)</w:t>
            </w:r>
          </w:p>
        </w:tc>
        <w:tc>
          <w:tcPr>
            <w:tcW w:w="1437" w:type="dxa"/>
            <w:tcBorders>
              <w:top w:val="single" w:sz="6" w:space="0" w:color="000000"/>
              <w:left w:val="single" w:sz="6" w:space="0" w:color="000000"/>
              <w:bottom w:val="single" w:sz="6" w:space="0" w:color="000000"/>
              <w:right w:val="single" w:sz="6" w:space="0" w:color="000000"/>
            </w:tcBorders>
            <w:vAlign w:val="center"/>
          </w:tcPr>
          <w:p w14:paraId="7F2135F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O3–C13–C14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381F932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124.7(6)</w:t>
            </w:r>
          </w:p>
        </w:tc>
        <w:tc>
          <w:tcPr>
            <w:tcW w:w="1437" w:type="dxa"/>
            <w:tcBorders>
              <w:top w:val="single" w:sz="6" w:space="0" w:color="000000"/>
              <w:left w:val="single" w:sz="6" w:space="0" w:color="000000"/>
              <w:bottom w:val="single" w:sz="6" w:space="0" w:color="000000"/>
              <w:right w:val="single" w:sz="6" w:space="0" w:color="000000"/>
            </w:tcBorders>
            <w:vAlign w:val="center"/>
          </w:tcPr>
          <w:p w14:paraId="2E5C298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N2–N1–C1</w:t>
            </w:r>
          </w:p>
        </w:tc>
        <w:tc>
          <w:tcPr>
            <w:tcW w:w="1438" w:type="dxa"/>
            <w:tcBorders>
              <w:top w:val="single" w:sz="6" w:space="0" w:color="000000"/>
              <w:left w:val="single" w:sz="6" w:space="0" w:color="000000"/>
              <w:bottom w:val="single" w:sz="6" w:space="0" w:color="000000"/>
              <w:right w:val="single" w:sz="6" w:space="0" w:color="000000"/>
            </w:tcBorders>
            <w:vAlign w:val="center"/>
          </w:tcPr>
          <w:p w14:paraId="20B250B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116.5(4)</w:t>
            </w:r>
          </w:p>
        </w:tc>
      </w:tr>
      <w:tr w:rsidR="00A1363E" w:rsidRPr="00C85550" w14:paraId="65EA4AE0"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175009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C3–C4–C5</w:t>
            </w:r>
          </w:p>
        </w:tc>
        <w:tc>
          <w:tcPr>
            <w:tcW w:w="1437" w:type="dxa"/>
            <w:tcBorders>
              <w:top w:val="single" w:sz="6" w:space="0" w:color="000000"/>
              <w:left w:val="single" w:sz="6" w:space="0" w:color="000000"/>
              <w:bottom w:val="single" w:sz="6" w:space="0" w:color="000000"/>
              <w:right w:val="single" w:sz="6" w:space="0" w:color="000000"/>
            </w:tcBorders>
            <w:vAlign w:val="center"/>
          </w:tcPr>
          <w:p w14:paraId="00A4C80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118.7(6)</w:t>
            </w:r>
          </w:p>
        </w:tc>
        <w:tc>
          <w:tcPr>
            <w:tcW w:w="1437" w:type="dxa"/>
            <w:tcBorders>
              <w:top w:val="single" w:sz="6" w:space="0" w:color="000000"/>
              <w:left w:val="single" w:sz="6" w:space="0" w:color="000000"/>
              <w:bottom w:val="single" w:sz="6" w:space="0" w:color="000000"/>
              <w:right w:val="single" w:sz="6" w:space="0" w:color="000000"/>
            </w:tcBorders>
            <w:vAlign w:val="center"/>
          </w:tcPr>
          <w:p w14:paraId="4C9A4AD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5637374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81.21(16)</w:t>
            </w:r>
          </w:p>
        </w:tc>
        <w:tc>
          <w:tcPr>
            <w:tcW w:w="1437" w:type="dxa"/>
            <w:tcBorders>
              <w:top w:val="single" w:sz="6" w:space="0" w:color="000000"/>
              <w:left w:val="single" w:sz="6" w:space="0" w:color="000000"/>
              <w:bottom w:val="single" w:sz="6" w:space="0" w:color="000000"/>
              <w:right w:val="single" w:sz="6" w:space="0" w:color="000000"/>
            </w:tcBorders>
            <w:vAlign w:val="center"/>
          </w:tcPr>
          <w:p w14:paraId="1F51278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N1–N2–C2</w:t>
            </w:r>
          </w:p>
        </w:tc>
        <w:tc>
          <w:tcPr>
            <w:tcW w:w="1438" w:type="dxa"/>
            <w:tcBorders>
              <w:top w:val="single" w:sz="6" w:space="0" w:color="000000"/>
              <w:left w:val="single" w:sz="6" w:space="0" w:color="000000"/>
              <w:bottom w:val="single" w:sz="6" w:space="0" w:color="000000"/>
              <w:right w:val="single" w:sz="6" w:space="0" w:color="000000"/>
            </w:tcBorders>
            <w:vAlign w:val="center"/>
          </w:tcPr>
          <w:p w14:paraId="0765C2A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110.2(4)</w:t>
            </w:r>
          </w:p>
        </w:tc>
      </w:tr>
      <w:tr w:rsidR="00A1363E" w:rsidRPr="00C85550" w14:paraId="6871A96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847600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lastRenderedPageBreak/>
              <w:t>N3–C4–C3</w:t>
            </w:r>
          </w:p>
        </w:tc>
        <w:tc>
          <w:tcPr>
            <w:tcW w:w="1437" w:type="dxa"/>
            <w:tcBorders>
              <w:top w:val="single" w:sz="6" w:space="0" w:color="000000"/>
              <w:left w:val="single" w:sz="6" w:space="0" w:color="000000"/>
              <w:bottom w:val="single" w:sz="6" w:space="0" w:color="000000"/>
              <w:right w:val="single" w:sz="6" w:space="0" w:color="000000"/>
            </w:tcBorders>
            <w:vAlign w:val="center"/>
          </w:tcPr>
          <w:p w14:paraId="153B883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121.9(5)</w:t>
            </w:r>
          </w:p>
        </w:tc>
        <w:tc>
          <w:tcPr>
            <w:tcW w:w="1437" w:type="dxa"/>
            <w:tcBorders>
              <w:top w:val="single" w:sz="6" w:space="0" w:color="000000"/>
              <w:left w:val="single" w:sz="6" w:space="0" w:color="000000"/>
              <w:bottom w:val="single" w:sz="6" w:space="0" w:color="000000"/>
              <w:right w:val="single" w:sz="6" w:space="0" w:color="000000"/>
            </w:tcBorders>
            <w:vAlign w:val="center"/>
          </w:tcPr>
          <w:p w14:paraId="27E49A9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O1–Mo1–O2</w:t>
            </w:r>
          </w:p>
        </w:tc>
        <w:tc>
          <w:tcPr>
            <w:tcW w:w="1438" w:type="dxa"/>
            <w:tcBorders>
              <w:top w:val="single" w:sz="6" w:space="0" w:color="000000"/>
              <w:left w:val="single" w:sz="6" w:space="0" w:color="000000"/>
              <w:bottom w:val="single" w:sz="6" w:space="0" w:color="000000"/>
              <w:right w:val="single" w:sz="6" w:space="0" w:color="000000"/>
            </w:tcBorders>
            <w:vAlign w:val="center"/>
          </w:tcPr>
          <w:p w14:paraId="080C589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147.99(17)</w:t>
            </w:r>
          </w:p>
        </w:tc>
        <w:tc>
          <w:tcPr>
            <w:tcW w:w="1437" w:type="dxa"/>
            <w:tcBorders>
              <w:top w:val="single" w:sz="6" w:space="0" w:color="000000"/>
              <w:left w:val="single" w:sz="6" w:space="0" w:color="000000"/>
              <w:bottom w:val="single" w:sz="6" w:space="0" w:color="000000"/>
              <w:right w:val="single" w:sz="6" w:space="0" w:color="000000"/>
            </w:tcBorders>
            <w:vAlign w:val="center"/>
          </w:tcPr>
          <w:p w14:paraId="5CAEA33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C4–N3–H3B</w:t>
            </w:r>
          </w:p>
        </w:tc>
        <w:tc>
          <w:tcPr>
            <w:tcW w:w="1438" w:type="dxa"/>
            <w:tcBorders>
              <w:top w:val="single" w:sz="6" w:space="0" w:color="000000"/>
              <w:left w:val="single" w:sz="6" w:space="0" w:color="000000"/>
              <w:bottom w:val="single" w:sz="6" w:space="0" w:color="000000"/>
              <w:right w:val="single" w:sz="6" w:space="0" w:color="000000"/>
            </w:tcBorders>
            <w:vAlign w:val="center"/>
          </w:tcPr>
          <w:p w14:paraId="32B86E7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116(5)</w:t>
            </w:r>
          </w:p>
        </w:tc>
      </w:tr>
      <w:tr w:rsidR="00A1363E" w:rsidRPr="00C85550" w14:paraId="61DC03EA"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B7C079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N3–C4–C5</w:t>
            </w:r>
          </w:p>
        </w:tc>
        <w:tc>
          <w:tcPr>
            <w:tcW w:w="1437" w:type="dxa"/>
            <w:tcBorders>
              <w:top w:val="single" w:sz="6" w:space="0" w:color="000000"/>
              <w:left w:val="single" w:sz="6" w:space="0" w:color="000000"/>
              <w:bottom w:val="single" w:sz="6" w:space="0" w:color="000000"/>
              <w:right w:val="single" w:sz="6" w:space="0" w:color="000000"/>
            </w:tcBorders>
            <w:vAlign w:val="center"/>
          </w:tcPr>
          <w:p w14:paraId="103D0B4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119.4(5)</w:t>
            </w:r>
          </w:p>
        </w:tc>
        <w:tc>
          <w:tcPr>
            <w:tcW w:w="1437" w:type="dxa"/>
            <w:tcBorders>
              <w:top w:val="single" w:sz="6" w:space="0" w:color="000000"/>
              <w:left w:val="single" w:sz="6" w:space="0" w:color="000000"/>
              <w:bottom w:val="single" w:sz="6" w:space="0" w:color="000000"/>
              <w:right w:val="single" w:sz="6" w:space="0" w:color="000000"/>
            </w:tcBorders>
            <w:vAlign w:val="center"/>
          </w:tcPr>
          <w:p w14:paraId="10E62C0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69332FA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99.4(2)</w:t>
            </w:r>
          </w:p>
        </w:tc>
        <w:tc>
          <w:tcPr>
            <w:tcW w:w="1437" w:type="dxa"/>
            <w:tcBorders>
              <w:top w:val="single" w:sz="6" w:space="0" w:color="000000"/>
              <w:left w:val="single" w:sz="6" w:space="0" w:color="000000"/>
              <w:bottom w:val="single" w:sz="6" w:space="0" w:color="000000"/>
              <w:right w:val="single" w:sz="6" w:space="0" w:color="000000"/>
            </w:tcBorders>
            <w:vAlign w:val="center"/>
          </w:tcPr>
          <w:p w14:paraId="6BB8EFB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C4–N3–H3A</w:t>
            </w:r>
          </w:p>
        </w:tc>
        <w:tc>
          <w:tcPr>
            <w:tcW w:w="1438" w:type="dxa"/>
            <w:tcBorders>
              <w:top w:val="single" w:sz="6" w:space="0" w:color="000000"/>
              <w:left w:val="single" w:sz="6" w:space="0" w:color="000000"/>
              <w:bottom w:val="single" w:sz="6" w:space="0" w:color="000000"/>
              <w:right w:val="single" w:sz="6" w:space="0" w:color="000000"/>
            </w:tcBorders>
            <w:vAlign w:val="center"/>
          </w:tcPr>
          <w:p w14:paraId="30D1209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119(6)</w:t>
            </w:r>
          </w:p>
        </w:tc>
      </w:tr>
      <w:tr w:rsidR="00A1363E" w:rsidRPr="00C85550" w14:paraId="059DF37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08F17A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C4–C5–C6</w:t>
            </w:r>
          </w:p>
        </w:tc>
        <w:tc>
          <w:tcPr>
            <w:tcW w:w="1437" w:type="dxa"/>
            <w:tcBorders>
              <w:top w:val="single" w:sz="6" w:space="0" w:color="000000"/>
              <w:left w:val="single" w:sz="6" w:space="0" w:color="000000"/>
              <w:bottom w:val="single" w:sz="6" w:space="0" w:color="000000"/>
              <w:right w:val="single" w:sz="6" w:space="0" w:color="000000"/>
            </w:tcBorders>
            <w:vAlign w:val="center"/>
          </w:tcPr>
          <w:p w14:paraId="1C8B2DD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121.8(6)</w:t>
            </w:r>
          </w:p>
        </w:tc>
        <w:tc>
          <w:tcPr>
            <w:tcW w:w="1437" w:type="dxa"/>
            <w:tcBorders>
              <w:top w:val="single" w:sz="6" w:space="0" w:color="000000"/>
              <w:left w:val="single" w:sz="6" w:space="0" w:color="000000"/>
              <w:bottom w:val="single" w:sz="6" w:space="0" w:color="000000"/>
              <w:right w:val="single" w:sz="6" w:space="0" w:color="000000"/>
            </w:tcBorders>
            <w:vAlign w:val="center"/>
          </w:tcPr>
          <w:p w14:paraId="226B937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1403F7D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103.99(19)</w:t>
            </w:r>
          </w:p>
        </w:tc>
        <w:tc>
          <w:tcPr>
            <w:tcW w:w="1437" w:type="dxa"/>
            <w:tcBorders>
              <w:top w:val="single" w:sz="6" w:space="0" w:color="000000"/>
              <w:left w:val="single" w:sz="6" w:space="0" w:color="000000"/>
              <w:bottom w:val="single" w:sz="6" w:space="0" w:color="000000"/>
              <w:right w:val="single" w:sz="6" w:space="0" w:color="000000"/>
            </w:tcBorders>
            <w:vAlign w:val="center"/>
          </w:tcPr>
          <w:p w14:paraId="7747F03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H3A–N3–H3B</w:t>
            </w:r>
          </w:p>
        </w:tc>
        <w:tc>
          <w:tcPr>
            <w:tcW w:w="1438" w:type="dxa"/>
            <w:tcBorders>
              <w:top w:val="single" w:sz="6" w:space="0" w:color="000000"/>
              <w:left w:val="single" w:sz="6" w:space="0" w:color="000000"/>
              <w:bottom w:val="single" w:sz="6" w:space="0" w:color="000000"/>
              <w:right w:val="single" w:sz="6" w:space="0" w:color="000000"/>
            </w:tcBorders>
            <w:vAlign w:val="center"/>
          </w:tcPr>
          <w:p w14:paraId="1DD814A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97(8)</w:t>
            </w:r>
          </w:p>
        </w:tc>
      </w:tr>
      <w:tr w:rsidR="00A1363E" w:rsidRPr="00C85550" w14:paraId="2681417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1791BBB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C5–C6–C7</w:t>
            </w:r>
          </w:p>
        </w:tc>
        <w:tc>
          <w:tcPr>
            <w:tcW w:w="1437" w:type="dxa"/>
            <w:tcBorders>
              <w:top w:val="single" w:sz="6" w:space="0" w:color="000000"/>
              <w:left w:val="single" w:sz="6" w:space="0" w:color="000000"/>
              <w:bottom w:val="single" w:sz="6" w:space="0" w:color="000000"/>
              <w:right w:val="single" w:sz="6" w:space="0" w:color="000000"/>
            </w:tcBorders>
            <w:vAlign w:val="center"/>
          </w:tcPr>
          <w:p w14:paraId="4CDAA6F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120.4(6)</w:t>
            </w:r>
          </w:p>
        </w:tc>
        <w:tc>
          <w:tcPr>
            <w:tcW w:w="1437" w:type="dxa"/>
            <w:tcBorders>
              <w:top w:val="single" w:sz="6" w:space="0" w:color="000000"/>
              <w:left w:val="single" w:sz="6" w:space="0" w:color="000000"/>
              <w:bottom w:val="single" w:sz="6" w:space="0" w:color="000000"/>
              <w:right w:val="single" w:sz="6" w:space="0" w:color="000000"/>
            </w:tcBorders>
            <w:vAlign w:val="center"/>
          </w:tcPr>
          <w:p w14:paraId="7B43D22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73E30BF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79.55(16)</w:t>
            </w:r>
          </w:p>
        </w:tc>
        <w:tc>
          <w:tcPr>
            <w:tcW w:w="1437" w:type="dxa"/>
            <w:tcBorders>
              <w:top w:val="single" w:sz="6" w:space="0" w:color="000000"/>
              <w:left w:val="single" w:sz="6" w:space="0" w:color="000000"/>
              <w:bottom w:val="single" w:sz="6" w:space="0" w:color="000000"/>
              <w:right w:val="single" w:sz="6" w:space="0" w:color="000000"/>
            </w:tcBorders>
            <w:vAlign w:val="center"/>
          </w:tcPr>
          <w:p w14:paraId="6850150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Mo1–O1–C10</w:t>
            </w:r>
          </w:p>
        </w:tc>
        <w:tc>
          <w:tcPr>
            <w:tcW w:w="1438" w:type="dxa"/>
            <w:tcBorders>
              <w:top w:val="single" w:sz="6" w:space="0" w:color="000000"/>
              <w:left w:val="single" w:sz="6" w:space="0" w:color="000000"/>
              <w:bottom w:val="single" w:sz="6" w:space="0" w:color="000000"/>
              <w:right w:val="single" w:sz="6" w:space="0" w:color="000000"/>
            </w:tcBorders>
            <w:vAlign w:val="center"/>
          </w:tcPr>
          <w:p w14:paraId="6343437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134.2(4)</w:t>
            </w:r>
          </w:p>
        </w:tc>
      </w:tr>
      <w:tr w:rsidR="00A1363E" w:rsidRPr="00C85550" w14:paraId="0C0A543A"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7B871E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C6–C7–C8</w:t>
            </w:r>
          </w:p>
        </w:tc>
        <w:tc>
          <w:tcPr>
            <w:tcW w:w="1437" w:type="dxa"/>
            <w:tcBorders>
              <w:top w:val="single" w:sz="6" w:space="0" w:color="000000"/>
              <w:left w:val="single" w:sz="6" w:space="0" w:color="000000"/>
              <w:bottom w:val="single" w:sz="6" w:space="0" w:color="000000"/>
              <w:right w:val="single" w:sz="6" w:space="0" w:color="000000"/>
            </w:tcBorders>
            <w:vAlign w:val="center"/>
          </w:tcPr>
          <w:p w14:paraId="09F598D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118.2(6)</w:t>
            </w:r>
          </w:p>
        </w:tc>
        <w:tc>
          <w:tcPr>
            <w:tcW w:w="1437" w:type="dxa"/>
            <w:tcBorders>
              <w:top w:val="single" w:sz="6" w:space="0" w:color="000000"/>
              <w:left w:val="single" w:sz="6" w:space="0" w:color="000000"/>
              <w:bottom w:val="single" w:sz="6" w:space="0" w:color="000000"/>
              <w:right w:val="single" w:sz="6" w:space="0" w:color="000000"/>
            </w:tcBorders>
            <w:vAlign w:val="center"/>
          </w:tcPr>
          <w:p w14:paraId="2DF40F6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06FF798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71.65(16)</w:t>
            </w:r>
          </w:p>
        </w:tc>
        <w:tc>
          <w:tcPr>
            <w:tcW w:w="1437" w:type="dxa"/>
            <w:tcBorders>
              <w:top w:val="single" w:sz="6" w:space="0" w:color="000000"/>
              <w:left w:val="single" w:sz="6" w:space="0" w:color="000000"/>
              <w:bottom w:val="single" w:sz="6" w:space="0" w:color="000000"/>
              <w:right w:val="single" w:sz="6" w:space="0" w:color="000000"/>
            </w:tcBorders>
            <w:vAlign w:val="center"/>
          </w:tcPr>
          <w:p w14:paraId="11E4D4E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Mo1–O2–C2</w:t>
            </w:r>
          </w:p>
        </w:tc>
        <w:tc>
          <w:tcPr>
            <w:tcW w:w="1438" w:type="dxa"/>
            <w:tcBorders>
              <w:top w:val="single" w:sz="6" w:space="0" w:color="000000"/>
              <w:left w:val="single" w:sz="6" w:space="0" w:color="000000"/>
              <w:bottom w:val="single" w:sz="6" w:space="0" w:color="000000"/>
              <w:right w:val="single" w:sz="6" w:space="0" w:color="000000"/>
            </w:tcBorders>
            <w:vAlign w:val="center"/>
          </w:tcPr>
          <w:p w14:paraId="12C78A1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120.5(4)</w:t>
            </w:r>
          </w:p>
        </w:tc>
      </w:tr>
      <w:tr w:rsidR="00A1363E" w:rsidRPr="00C85550" w14:paraId="75378DAE"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34DF8C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C3–C8–C7</w:t>
            </w:r>
          </w:p>
        </w:tc>
        <w:tc>
          <w:tcPr>
            <w:tcW w:w="1437" w:type="dxa"/>
            <w:tcBorders>
              <w:top w:val="single" w:sz="6" w:space="0" w:color="000000"/>
              <w:left w:val="single" w:sz="6" w:space="0" w:color="000000"/>
              <w:bottom w:val="single" w:sz="6" w:space="0" w:color="000000"/>
              <w:right w:val="single" w:sz="6" w:space="0" w:color="000000"/>
            </w:tcBorders>
            <w:vAlign w:val="center"/>
          </w:tcPr>
          <w:p w14:paraId="614ED87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122.5(6)</w:t>
            </w:r>
          </w:p>
        </w:tc>
        <w:tc>
          <w:tcPr>
            <w:tcW w:w="1437" w:type="dxa"/>
            <w:tcBorders>
              <w:top w:val="single" w:sz="6" w:space="0" w:color="000000"/>
              <w:left w:val="single" w:sz="6" w:space="0" w:color="000000"/>
              <w:bottom w:val="single" w:sz="6" w:space="0" w:color="000000"/>
              <w:right w:val="single" w:sz="6" w:space="0" w:color="000000"/>
            </w:tcBorders>
            <w:vAlign w:val="center"/>
          </w:tcPr>
          <w:p w14:paraId="28D3411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4B74395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98.6(2)</w:t>
            </w:r>
          </w:p>
        </w:tc>
        <w:tc>
          <w:tcPr>
            <w:tcW w:w="1437" w:type="dxa"/>
            <w:tcBorders>
              <w:top w:val="single" w:sz="6" w:space="0" w:color="000000"/>
              <w:left w:val="single" w:sz="6" w:space="0" w:color="000000"/>
              <w:bottom w:val="single" w:sz="6" w:space="0" w:color="000000"/>
              <w:right w:val="single" w:sz="6" w:space="0" w:color="000000"/>
            </w:tcBorders>
            <w:vAlign w:val="center"/>
          </w:tcPr>
          <w:p w14:paraId="44C8845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C13–O3–C15</w:t>
            </w:r>
          </w:p>
        </w:tc>
        <w:tc>
          <w:tcPr>
            <w:tcW w:w="1438" w:type="dxa"/>
            <w:tcBorders>
              <w:top w:val="single" w:sz="6" w:space="0" w:color="000000"/>
              <w:left w:val="single" w:sz="6" w:space="0" w:color="000000"/>
              <w:bottom w:val="single" w:sz="6" w:space="0" w:color="000000"/>
              <w:right w:val="single" w:sz="6" w:space="0" w:color="000000"/>
            </w:tcBorders>
            <w:vAlign w:val="center"/>
          </w:tcPr>
          <w:p w14:paraId="5B8AC1B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117.4(5)</w:t>
            </w:r>
          </w:p>
        </w:tc>
      </w:tr>
      <w:tr w:rsidR="00A1363E" w:rsidRPr="00C85550" w14:paraId="1F813C4D"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F434F7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C1–C9–C10</w:t>
            </w:r>
          </w:p>
        </w:tc>
        <w:tc>
          <w:tcPr>
            <w:tcW w:w="1437" w:type="dxa"/>
            <w:tcBorders>
              <w:top w:val="single" w:sz="6" w:space="0" w:color="000000"/>
              <w:left w:val="single" w:sz="6" w:space="0" w:color="000000"/>
              <w:bottom w:val="single" w:sz="6" w:space="0" w:color="000000"/>
              <w:right w:val="single" w:sz="6" w:space="0" w:color="000000"/>
            </w:tcBorders>
            <w:vAlign w:val="center"/>
          </w:tcPr>
          <w:p w14:paraId="044D2AE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122.7(5)</w:t>
            </w:r>
          </w:p>
        </w:tc>
        <w:tc>
          <w:tcPr>
            <w:tcW w:w="1437" w:type="dxa"/>
            <w:tcBorders>
              <w:top w:val="single" w:sz="6" w:space="0" w:color="000000"/>
              <w:left w:val="single" w:sz="6" w:space="0" w:color="000000"/>
              <w:bottom w:val="single" w:sz="6" w:space="0" w:color="000000"/>
              <w:right w:val="single" w:sz="6" w:space="0" w:color="000000"/>
            </w:tcBorders>
            <w:vAlign w:val="center"/>
          </w:tcPr>
          <w:p w14:paraId="1F72C3B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10CA41D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96.28(18)</w:t>
            </w:r>
          </w:p>
        </w:tc>
        <w:tc>
          <w:tcPr>
            <w:tcW w:w="1437" w:type="dxa"/>
            <w:tcBorders>
              <w:top w:val="single" w:sz="6" w:space="0" w:color="000000"/>
              <w:left w:val="single" w:sz="6" w:space="0" w:color="000000"/>
              <w:bottom w:val="single" w:sz="6" w:space="0" w:color="000000"/>
              <w:right w:val="single" w:sz="6" w:space="0" w:color="000000"/>
            </w:tcBorders>
            <w:vAlign w:val="center"/>
          </w:tcPr>
          <w:p w14:paraId="3A4D3F4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C00O–O6–H6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4080928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109(2)</w:t>
            </w:r>
          </w:p>
        </w:tc>
      </w:tr>
      <w:tr w:rsidR="00A1363E" w:rsidRPr="00C85550" w14:paraId="10F9CC7C"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3BF31CD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C1–C9–C14</w:t>
            </w:r>
          </w:p>
        </w:tc>
        <w:tc>
          <w:tcPr>
            <w:tcW w:w="1437" w:type="dxa"/>
            <w:tcBorders>
              <w:top w:val="single" w:sz="6" w:space="0" w:color="000000"/>
              <w:left w:val="single" w:sz="6" w:space="0" w:color="000000"/>
              <w:bottom w:val="single" w:sz="6" w:space="0" w:color="000000"/>
              <w:right w:val="single" w:sz="6" w:space="0" w:color="000000"/>
            </w:tcBorders>
            <w:vAlign w:val="center"/>
          </w:tcPr>
          <w:p w14:paraId="78A6D0F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117.6(5)</w:t>
            </w:r>
          </w:p>
        </w:tc>
        <w:tc>
          <w:tcPr>
            <w:tcW w:w="1437" w:type="dxa"/>
            <w:tcBorders>
              <w:top w:val="single" w:sz="6" w:space="0" w:color="000000"/>
              <w:left w:val="single" w:sz="6" w:space="0" w:color="000000"/>
              <w:bottom w:val="single" w:sz="6" w:space="0" w:color="000000"/>
              <w:right w:val="single" w:sz="6" w:space="0" w:color="000000"/>
            </w:tcBorders>
            <w:vAlign w:val="center"/>
          </w:tcPr>
          <w:p w14:paraId="32AB00D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O2–Mo1–O6</w:t>
            </w:r>
          </w:p>
        </w:tc>
        <w:tc>
          <w:tcPr>
            <w:tcW w:w="1438" w:type="dxa"/>
            <w:tcBorders>
              <w:top w:val="single" w:sz="6" w:space="0" w:color="000000"/>
              <w:left w:val="single" w:sz="6" w:space="0" w:color="000000"/>
              <w:bottom w:val="single" w:sz="6" w:space="0" w:color="000000"/>
              <w:right w:val="single" w:sz="6" w:space="0" w:color="000000"/>
            </w:tcBorders>
            <w:vAlign w:val="center"/>
          </w:tcPr>
          <w:p w14:paraId="654C675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78.32(17)</w:t>
            </w:r>
          </w:p>
        </w:tc>
        <w:tc>
          <w:tcPr>
            <w:tcW w:w="1437" w:type="dxa"/>
            <w:tcBorders>
              <w:top w:val="single" w:sz="6" w:space="0" w:color="000000"/>
              <w:left w:val="single" w:sz="6" w:space="0" w:color="000000"/>
              <w:bottom w:val="single" w:sz="6" w:space="0" w:color="000000"/>
              <w:right w:val="single" w:sz="6" w:space="0" w:color="000000"/>
            </w:tcBorders>
            <w:vAlign w:val="center"/>
          </w:tcPr>
          <w:p w14:paraId="3F262F2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Mo1–O6–C00O</w:t>
            </w:r>
          </w:p>
        </w:tc>
        <w:tc>
          <w:tcPr>
            <w:tcW w:w="1438" w:type="dxa"/>
            <w:tcBorders>
              <w:top w:val="single" w:sz="6" w:space="0" w:color="000000"/>
              <w:left w:val="single" w:sz="6" w:space="0" w:color="000000"/>
              <w:bottom w:val="single" w:sz="6" w:space="0" w:color="000000"/>
              <w:right w:val="single" w:sz="6" w:space="0" w:color="000000"/>
            </w:tcBorders>
            <w:vAlign w:val="center"/>
          </w:tcPr>
          <w:p w14:paraId="36EBD93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125.0(4)</w:t>
            </w:r>
          </w:p>
        </w:tc>
      </w:tr>
      <w:tr w:rsidR="00A1363E" w:rsidRPr="00C85550" w14:paraId="5437B818"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A2663E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C10–C9–C14</w:t>
            </w:r>
          </w:p>
        </w:tc>
        <w:tc>
          <w:tcPr>
            <w:tcW w:w="1437" w:type="dxa"/>
            <w:tcBorders>
              <w:top w:val="single" w:sz="6" w:space="0" w:color="000000"/>
              <w:left w:val="single" w:sz="6" w:space="0" w:color="000000"/>
              <w:bottom w:val="single" w:sz="6" w:space="0" w:color="000000"/>
              <w:right w:val="single" w:sz="6" w:space="0" w:color="000000"/>
            </w:tcBorders>
            <w:vAlign w:val="center"/>
          </w:tcPr>
          <w:p w14:paraId="0DD43B6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119.6(5)</w:t>
            </w:r>
          </w:p>
        </w:tc>
        <w:tc>
          <w:tcPr>
            <w:tcW w:w="1437" w:type="dxa"/>
            <w:tcBorders>
              <w:top w:val="single" w:sz="6" w:space="0" w:color="000000"/>
              <w:left w:val="single" w:sz="6" w:space="0" w:color="000000"/>
              <w:bottom w:val="single" w:sz="6" w:space="0" w:color="000000"/>
              <w:right w:val="single" w:sz="6" w:space="0" w:color="000000"/>
            </w:tcBorders>
            <w:vAlign w:val="center"/>
          </w:tcPr>
          <w:p w14:paraId="21F718F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1F85609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93.0(2)</w:t>
            </w:r>
          </w:p>
        </w:tc>
        <w:tc>
          <w:tcPr>
            <w:tcW w:w="1437" w:type="dxa"/>
            <w:tcBorders>
              <w:top w:val="single" w:sz="6" w:space="0" w:color="000000"/>
              <w:left w:val="single" w:sz="6" w:space="0" w:color="000000"/>
              <w:bottom w:val="single" w:sz="6" w:space="0" w:color="000000"/>
              <w:right w:val="single" w:sz="6" w:space="0" w:color="000000"/>
            </w:tcBorders>
            <w:vAlign w:val="center"/>
          </w:tcPr>
          <w:p w14:paraId="5AD78F2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Mo1–O6–H6</w:t>
            </w:r>
          </w:p>
        </w:tc>
        <w:tc>
          <w:tcPr>
            <w:tcW w:w="1438" w:type="dxa"/>
            <w:tcBorders>
              <w:top w:val="single" w:sz="6" w:space="0" w:color="000000"/>
              <w:left w:val="single" w:sz="6" w:space="0" w:color="000000"/>
              <w:bottom w:val="single" w:sz="6" w:space="0" w:color="000000"/>
              <w:right w:val="single" w:sz="6" w:space="0" w:color="000000"/>
            </w:tcBorders>
            <w:vAlign w:val="center"/>
          </w:tcPr>
          <w:p w14:paraId="1A9B55C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127(2)</w:t>
            </w:r>
          </w:p>
        </w:tc>
      </w:tr>
      <w:tr w:rsidR="00A1363E" w:rsidRPr="00C85550" w14:paraId="797BFBD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89E5F0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C9–C10–C11</w:t>
            </w:r>
          </w:p>
        </w:tc>
        <w:tc>
          <w:tcPr>
            <w:tcW w:w="1437" w:type="dxa"/>
            <w:tcBorders>
              <w:top w:val="single" w:sz="6" w:space="0" w:color="000000"/>
              <w:left w:val="single" w:sz="6" w:space="0" w:color="000000"/>
              <w:bottom w:val="single" w:sz="6" w:space="0" w:color="000000"/>
              <w:right w:val="single" w:sz="6" w:space="0" w:color="000000"/>
            </w:tcBorders>
            <w:vAlign w:val="center"/>
          </w:tcPr>
          <w:p w14:paraId="6EAFDE5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119.2(5)</w:t>
            </w:r>
          </w:p>
        </w:tc>
        <w:tc>
          <w:tcPr>
            <w:tcW w:w="1437" w:type="dxa"/>
            <w:tcBorders>
              <w:top w:val="single" w:sz="6" w:space="0" w:color="000000"/>
              <w:left w:val="single" w:sz="6" w:space="0" w:color="000000"/>
              <w:bottom w:val="single" w:sz="6" w:space="0" w:color="000000"/>
              <w:right w:val="single" w:sz="6" w:space="0" w:color="000000"/>
            </w:tcBorders>
            <w:vAlign w:val="center"/>
          </w:tcPr>
          <w:p w14:paraId="6BF0966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07C5CFB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105.6(2)</w:t>
            </w:r>
          </w:p>
        </w:tc>
        <w:tc>
          <w:tcPr>
            <w:tcW w:w="1437" w:type="dxa"/>
            <w:tcBorders>
              <w:top w:val="single" w:sz="6" w:space="0" w:color="000000"/>
              <w:left w:val="single" w:sz="6" w:space="0" w:color="000000"/>
              <w:bottom w:val="single" w:sz="6" w:space="0" w:color="000000"/>
              <w:right w:val="single" w:sz="6" w:space="0" w:color="000000"/>
            </w:tcBorders>
            <w:vAlign w:val="center"/>
          </w:tcPr>
          <w:p w14:paraId="4ABDAC04"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697CF2D0" w14:textId="77777777" w:rsidR="00A1363E" w:rsidRPr="00C85550" w:rsidRDefault="00A1363E" w:rsidP="00B520E7">
            <w:pPr>
              <w:rPr>
                <w:rFonts w:ascii="Times New Roman" w:hAnsi="Times New Roman"/>
                <w:sz w:val="16"/>
                <w:szCs w:val="16"/>
              </w:rPr>
            </w:pPr>
          </w:p>
        </w:tc>
      </w:tr>
      <w:tr w:rsidR="00A1363E" w:rsidRPr="00C85550" w14:paraId="5A643998" w14:textId="77777777" w:rsidTr="00B520E7">
        <w:tc>
          <w:tcPr>
            <w:tcW w:w="8624" w:type="dxa"/>
            <w:gridSpan w:val="6"/>
            <w:tcBorders>
              <w:top w:val="single" w:sz="6" w:space="0" w:color="000000"/>
              <w:left w:val="single" w:sz="6" w:space="0" w:color="000000"/>
              <w:bottom w:val="single" w:sz="4" w:space="0" w:color="auto"/>
              <w:right w:val="single" w:sz="6" w:space="0" w:color="000000"/>
            </w:tcBorders>
            <w:vAlign w:val="center"/>
          </w:tcPr>
          <w:p w14:paraId="24793EA0" w14:textId="77777777" w:rsidR="00A1363E" w:rsidRPr="00C85550" w:rsidRDefault="00A1363E" w:rsidP="00B520E7">
            <w:pPr>
              <w:jc w:val="center"/>
              <w:rPr>
                <w:rFonts w:ascii="Times New Roman" w:hAnsi="Times New Roman"/>
                <w:sz w:val="16"/>
                <w:szCs w:val="16"/>
              </w:rPr>
            </w:pPr>
            <w:r w:rsidRPr="00C85550">
              <w:rPr>
                <w:rFonts w:ascii="Times New Roman" w:hAnsi="Times New Roman"/>
                <w:b/>
              </w:rPr>
              <w:t>3</w:t>
            </w:r>
          </w:p>
        </w:tc>
      </w:tr>
      <w:tr w:rsidR="00A1363E" w:rsidRPr="00C85550" w14:paraId="1C00B8B5" w14:textId="77777777" w:rsidTr="00B520E7">
        <w:tc>
          <w:tcPr>
            <w:tcW w:w="1437" w:type="dxa"/>
            <w:tcBorders>
              <w:top w:val="single" w:sz="4" w:space="0" w:color="auto"/>
              <w:left w:val="single" w:sz="4" w:space="0" w:color="auto"/>
              <w:bottom w:val="single" w:sz="4" w:space="0" w:color="auto"/>
              <w:right w:val="single" w:sz="4" w:space="0" w:color="auto"/>
            </w:tcBorders>
            <w:vAlign w:val="center"/>
          </w:tcPr>
          <w:p w14:paraId="5202624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7" w:type="dxa"/>
            <w:tcBorders>
              <w:top w:val="single" w:sz="4" w:space="0" w:color="auto"/>
              <w:left w:val="single" w:sz="4" w:space="0" w:color="auto"/>
              <w:bottom w:val="single" w:sz="4" w:space="0" w:color="auto"/>
              <w:right w:val="single" w:sz="4" w:space="0" w:color="auto"/>
            </w:tcBorders>
            <w:vAlign w:val="center"/>
          </w:tcPr>
          <w:p w14:paraId="4080DA0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4" w:space="0" w:color="auto"/>
              <w:left w:val="single" w:sz="4" w:space="0" w:color="auto"/>
              <w:bottom w:val="single" w:sz="4" w:space="0" w:color="auto"/>
              <w:right w:val="single" w:sz="4" w:space="0" w:color="auto"/>
            </w:tcBorders>
            <w:vAlign w:val="center"/>
          </w:tcPr>
          <w:p w14:paraId="2A399DD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4" w:space="0" w:color="auto"/>
              <w:left w:val="single" w:sz="4" w:space="0" w:color="auto"/>
              <w:bottom w:val="single" w:sz="4" w:space="0" w:color="auto"/>
              <w:right w:val="single" w:sz="4" w:space="0" w:color="auto"/>
            </w:tcBorders>
            <w:vAlign w:val="center"/>
          </w:tcPr>
          <w:p w14:paraId="7F68B2F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c>
          <w:tcPr>
            <w:tcW w:w="1437" w:type="dxa"/>
            <w:tcBorders>
              <w:top w:val="single" w:sz="4" w:space="0" w:color="auto"/>
              <w:left w:val="single" w:sz="4" w:space="0" w:color="auto"/>
              <w:bottom w:val="single" w:sz="4" w:space="0" w:color="auto"/>
              <w:right w:val="single" w:sz="4" w:space="0" w:color="auto"/>
            </w:tcBorders>
            <w:vAlign w:val="center"/>
          </w:tcPr>
          <w:p w14:paraId="6EA5BB1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Atoms</w:t>
            </w:r>
          </w:p>
        </w:tc>
        <w:tc>
          <w:tcPr>
            <w:tcW w:w="1438" w:type="dxa"/>
            <w:tcBorders>
              <w:top w:val="single" w:sz="4" w:space="0" w:color="auto"/>
              <w:left w:val="single" w:sz="4" w:space="0" w:color="auto"/>
              <w:bottom w:val="single" w:sz="4" w:space="0" w:color="auto"/>
              <w:right w:val="single" w:sz="4" w:space="0" w:color="auto"/>
            </w:tcBorders>
            <w:vAlign w:val="center"/>
          </w:tcPr>
          <w:p w14:paraId="67073EC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Bond angle/°</w:t>
            </w:r>
          </w:p>
        </w:tc>
      </w:tr>
      <w:tr w:rsidR="00A1363E" w:rsidRPr="00C85550" w14:paraId="5265F216" w14:textId="77777777" w:rsidTr="00B520E7">
        <w:trPr>
          <w:trHeight w:val="283"/>
        </w:trPr>
        <w:tc>
          <w:tcPr>
            <w:tcW w:w="1437" w:type="dxa"/>
            <w:tcBorders>
              <w:top w:val="single" w:sz="4" w:space="0" w:color="auto"/>
              <w:left w:val="single" w:sz="6" w:space="0" w:color="000000"/>
              <w:bottom w:val="single" w:sz="6" w:space="0" w:color="000000"/>
              <w:right w:val="single" w:sz="6" w:space="0" w:color="000000"/>
            </w:tcBorders>
            <w:vAlign w:val="center"/>
          </w:tcPr>
          <w:p w14:paraId="62BAABC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N2–C1–C9</w:t>
            </w:r>
          </w:p>
        </w:tc>
        <w:tc>
          <w:tcPr>
            <w:tcW w:w="1437" w:type="dxa"/>
            <w:tcBorders>
              <w:top w:val="single" w:sz="4" w:space="0" w:color="auto"/>
              <w:left w:val="single" w:sz="6" w:space="0" w:color="000000"/>
              <w:bottom w:val="single" w:sz="6" w:space="0" w:color="000000"/>
              <w:right w:val="single" w:sz="6" w:space="0" w:color="000000"/>
            </w:tcBorders>
            <w:vAlign w:val="center"/>
          </w:tcPr>
          <w:p w14:paraId="2E5BE73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120.5(3)</w:t>
            </w:r>
          </w:p>
        </w:tc>
        <w:tc>
          <w:tcPr>
            <w:tcW w:w="1437" w:type="dxa"/>
            <w:tcBorders>
              <w:top w:val="single" w:sz="4" w:space="0" w:color="auto"/>
              <w:left w:val="single" w:sz="6" w:space="0" w:color="000000"/>
              <w:bottom w:val="single" w:sz="6" w:space="0" w:color="000000"/>
              <w:right w:val="single" w:sz="6" w:space="0" w:color="000000"/>
            </w:tcBorders>
            <w:vAlign w:val="center"/>
          </w:tcPr>
          <w:p w14:paraId="16C1726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C1–C9–C14</w:t>
            </w:r>
          </w:p>
        </w:tc>
        <w:tc>
          <w:tcPr>
            <w:tcW w:w="1438" w:type="dxa"/>
            <w:tcBorders>
              <w:top w:val="single" w:sz="4" w:space="0" w:color="auto"/>
              <w:left w:val="single" w:sz="6" w:space="0" w:color="000000"/>
              <w:bottom w:val="single" w:sz="6" w:space="0" w:color="000000"/>
              <w:right w:val="single" w:sz="6" w:space="0" w:color="000000"/>
            </w:tcBorders>
            <w:vAlign w:val="center"/>
          </w:tcPr>
          <w:p w14:paraId="164FDD2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118.1(3)</w:t>
            </w:r>
          </w:p>
        </w:tc>
        <w:tc>
          <w:tcPr>
            <w:tcW w:w="1437" w:type="dxa"/>
            <w:tcBorders>
              <w:top w:val="single" w:sz="4" w:space="0" w:color="auto"/>
              <w:left w:val="single" w:sz="6" w:space="0" w:color="000000"/>
              <w:bottom w:val="single" w:sz="6" w:space="0" w:color="000000"/>
              <w:right w:val="single" w:sz="6" w:space="0" w:color="000000"/>
            </w:tcBorders>
            <w:vAlign w:val="center"/>
          </w:tcPr>
          <w:p w14:paraId="10E4BA7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O2–Mo1–O5</w:t>
            </w:r>
          </w:p>
        </w:tc>
        <w:tc>
          <w:tcPr>
            <w:tcW w:w="1438" w:type="dxa"/>
            <w:tcBorders>
              <w:top w:val="single" w:sz="4" w:space="0" w:color="auto"/>
              <w:left w:val="single" w:sz="6" w:space="0" w:color="000000"/>
              <w:bottom w:val="single" w:sz="6" w:space="0" w:color="000000"/>
              <w:right w:val="single" w:sz="6" w:space="0" w:color="000000"/>
            </w:tcBorders>
            <w:vAlign w:val="center"/>
          </w:tcPr>
          <w:p w14:paraId="31D1A2F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96.85(9)</w:t>
            </w:r>
          </w:p>
        </w:tc>
      </w:tr>
      <w:tr w:rsidR="00A1363E" w:rsidRPr="00C85550" w14:paraId="29C3B73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2C0528B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O2–C1–C9</w:t>
            </w:r>
          </w:p>
        </w:tc>
        <w:tc>
          <w:tcPr>
            <w:tcW w:w="1437" w:type="dxa"/>
            <w:tcBorders>
              <w:top w:val="single" w:sz="6" w:space="0" w:color="000000"/>
              <w:left w:val="single" w:sz="6" w:space="0" w:color="000000"/>
              <w:bottom w:val="single" w:sz="6" w:space="0" w:color="000000"/>
              <w:right w:val="single" w:sz="6" w:space="0" w:color="000000"/>
            </w:tcBorders>
            <w:vAlign w:val="center"/>
          </w:tcPr>
          <w:p w14:paraId="5CF7851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117.0(2)</w:t>
            </w:r>
          </w:p>
        </w:tc>
        <w:tc>
          <w:tcPr>
            <w:tcW w:w="1437" w:type="dxa"/>
            <w:tcBorders>
              <w:top w:val="single" w:sz="6" w:space="0" w:color="000000"/>
              <w:left w:val="single" w:sz="6" w:space="0" w:color="000000"/>
              <w:bottom w:val="single" w:sz="6" w:space="0" w:color="000000"/>
              <w:right w:val="single" w:sz="6" w:space="0" w:color="000000"/>
            </w:tcBorders>
            <w:vAlign w:val="center"/>
          </w:tcPr>
          <w:p w14:paraId="1EBA8FD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C10–C9–C14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762BF61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118.9(3)</w:t>
            </w:r>
          </w:p>
        </w:tc>
        <w:tc>
          <w:tcPr>
            <w:tcW w:w="1437" w:type="dxa"/>
            <w:tcBorders>
              <w:top w:val="single" w:sz="6" w:space="0" w:color="000000"/>
              <w:left w:val="single" w:sz="6" w:space="0" w:color="000000"/>
              <w:bottom w:val="single" w:sz="6" w:space="0" w:color="000000"/>
              <w:right w:val="single" w:sz="6" w:space="0" w:color="000000"/>
            </w:tcBorders>
            <w:vAlign w:val="center"/>
          </w:tcPr>
          <w:p w14:paraId="0F8C3D1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1210CE3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94.60(9)</w:t>
            </w:r>
          </w:p>
        </w:tc>
      </w:tr>
      <w:tr w:rsidR="00A1363E" w:rsidRPr="00C85550" w14:paraId="08C31C28"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457E13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O2–C1–N2</w:t>
            </w:r>
          </w:p>
        </w:tc>
        <w:tc>
          <w:tcPr>
            <w:tcW w:w="1437" w:type="dxa"/>
            <w:tcBorders>
              <w:top w:val="single" w:sz="6" w:space="0" w:color="000000"/>
              <w:left w:val="single" w:sz="6" w:space="0" w:color="000000"/>
              <w:bottom w:val="single" w:sz="6" w:space="0" w:color="000000"/>
              <w:right w:val="single" w:sz="6" w:space="0" w:color="000000"/>
            </w:tcBorders>
            <w:vAlign w:val="center"/>
          </w:tcPr>
          <w:p w14:paraId="4A68C67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122.4(2)</w:t>
            </w:r>
          </w:p>
        </w:tc>
        <w:tc>
          <w:tcPr>
            <w:tcW w:w="1437" w:type="dxa"/>
            <w:tcBorders>
              <w:top w:val="single" w:sz="6" w:space="0" w:color="000000"/>
              <w:left w:val="single" w:sz="6" w:space="0" w:color="000000"/>
              <w:bottom w:val="single" w:sz="6" w:space="0" w:color="000000"/>
              <w:right w:val="single" w:sz="6" w:space="0" w:color="000000"/>
            </w:tcBorders>
            <w:vAlign w:val="center"/>
          </w:tcPr>
          <w:p w14:paraId="30928CE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C9–C10–C11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0133A92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118.9(3)</w:t>
            </w:r>
          </w:p>
        </w:tc>
        <w:tc>
          <w:tcPr>
            <w:tcW w:w="1437" w:type="dxa"/>
            <w:tcBorders>
              <w:top w:val="single" w:sz="6" w:space="0" w:color="000000"/>
              <w:left w:val="single" w:sz="6" w:space="0" w:color="000000"/>
              <w:bottom w:val="single" w:sz="6" w:space="0" w:color="000000"/>
              <w:right w:val="single" w:sz="6" w:space="0" w:color="000000"/>
            </w:tcBorders>
            <w:vAlign w:val="center"/>
          </w:tcPr>
          <w:p w14:paraId="35ECD1A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O4–Mo1–N3_a</w:t>
            </w:r>
          </w:p>
        </w:tc>
        <w:tc>
          <w:tcPr>
            <w:tcW w:w="1438" w:type="dxa"/>
            <w:tcBorders>
              <w:top w:val="single" w:sz="6" w:space="0" w:color="000000"/>
              <w:left w:val="single" w:sz="6" w:space="0" w:color="000000"/>
              <w:bottom w:val="single" w:sz="6" w:space="0" w:color="000000"/>
              <w:right w:val="single" w:sz="6" w:space="0" w:color="000000"/>
            </w:tcBorders>
            <w:vAlign w:val="center"/>
          </w:tcPr>
          <w:p w14:paraId="5932B12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172.18(8)</w:t>
            </w:r>
          </w:p>
        </w:tc>
      </w:tr>
      <w:tr w:rsidR="00A1363E" w:rsidRPr="00C85550" w14:paraId="207279A9"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01BEF1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N1–C2–C3</w:t>
            </w:r>
          </w:p>
        </w:tc>
        <w:tc>
          <w:tcPr>
            <w:tcW w:w="1437" w:type="dxa"/>
            <w:tcBorders>
              <w:top w:val="single" w:sz="6" w:space="0" w:color="000000"/>
              <w:left w:val="single" w:sz="6" w:space="0" w:color="000000"/>
              <w:bottom w:val="single" w:sz="6" w:space="0" w:color="000000"/>
              <w:right w:val="single" w:sz="6" w:space="0" w:color="000000"/>
            </w:tcBorders>
            <w:vAlign w:val="center"/>
          </w:tcPr>
          <w:p w14:paraId="0AB026E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123.9(3)</w:t>
            </w:r>
          </w:p>
        </w:tc>
        <w:tc>
          <w:tcPr>
            <w:tcW w:w="1437" w:type="dxa"/>
            <w:tcBorders>
              <w:top w:val="single" w:sz="6" w:space="0" w:color="000000"/>
              <w:left w:val="single" w:sz="6" w:space="0" w:color="000000"/>
              <w:bottom w:val="single" w:sz="6" w:space="0" w:color="000000"/>
              <w:right w:val="single" w:sz="6" w:space="0" w:color="000000"/>
            </w:tcBorders>
            <w:vAlign w:val="center"/>
          </w:tcPr>
          <w:p w14:paraId="22D1A58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N3–C10–C9</w:t>
            </w:r>
          </w:p>
        </w:tc>
        <w:tc>
          <w:tcPr>
            <w:tcW w:w="1438" w:type="dxa"/>
            <w:tcBorders>
              <w:top w:val="single" w:sz="6" w:space="0" w:color="000000"/>
              <w:left w:val="single" w:sz="6" w:space="0" w:color="000000"/>
              <w:bottom w:val="single" w:sz="6" w:space="0" w:color="000000"/>
              <w:right w:val="single" w:sz="6" w:space="0" w:color="000000"/>
            </w:tcBorders>
            <w:vAlign w:val="center"/>
          </w:tcPr>
          <w:p w14:paraId="5FC78FD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122.6(2)</w:t>
            </w:r>
          </w:p>
        </w:tc>
        <w:tc>
          <w:tcPr>
            <w:tcW w:w="1437" w:type="dxa"/>
            <w:tcBorders>
              <w:top w:val="single" w:sz="6" w:space="0" w:color="000000"/>
              <w:left w:val="single" w:sz="6" w:space="0" w:color="000000"/>
              <w:bottom w:val="single" w:sz="6" w:space="0" w:color="000000"/>
              <w:right w:val="single" w:sz="6" w:space="0" w:color="000000"/>
            </w:tcBorders>
            <w:vAlign w:val="center"/>
          </w:tcPr>
          <w:p w14:paraId="05E72C7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O4–Mo1–O5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10A18B8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106.45(10)</w:t>
            </w:r>
          </w:p>
        </w:tc>
      </w:tr>
      <w:tr w:rsidR="00A1363E" w:rsidRPr="00C85550" w14:paraId="50D10BC0"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2B2040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C2–C3–C4</w:t>
            </w:r>
          </w:p>
        </w:tc>
        <w:tc>
          <w:tcPr>
            <w:tcW w:w="1437" w:type="dxa"/>
            <w:tcBorders>
              <w:top w:val="single" w:sz="6" w:space="0" w:color="000000"/>
              <w:left w:val="single" w:sz="6" w:space="0" w:color="000000"/>
              <w:bottom w:val="single" w:sz="6" w:space="0" w:color="000000"/>
              <w:right w:val="single" w:sz="6" w:space="0" w:color="000000"/>
            </w:tcBorders>
            <w:vAlign w:val="center"/>
          </w:tcPr>
          <w:p w14:paraId="6251BD9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122.6(2)</w:t>
            </w:r>
          </w:p>
        </w:tc>
        <w:tc>
          <w:tcPr>
            <w:tcW w:w="1437" w:type="dxa"/>
            <w:tcBorders>
              <w:top w:val="single" w:sz="6" w:space="0" w:color="000000"/>
              <w:left w:val="single" w:sz="6" w:space="0" w:color="000000"/>
              <w:bottom w:val="single" w:sz="6" w:space="0" w:color="000000"/>
              <w:right w:val="single" w:sz="6" w:space="0" w:color="000000"/>
            </w:tcBorders>
            <w:vAlign w:val="center"/>
          </w:tcPr>
          <w:p w14:paraId="74E3080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N3–C10–C11</w:t>
            </w:r>
          </w:p>
        </w:tc>
        <w:tc>
          <w:tcPr>
            <w:tcW w:w="1438" w:type="dxa"/>
            <w:tcBorders>
              <w:top w:val="single" w:sz="6" w:space="0" w:color="000000"/>
              <w:left w:val="single" w:sz="6" w:space="0" w:color="000000"/>
              <w:bottom w:val="single" w:sz="6" w:space="0" w:color="000000"/>
              <w:right w:val="single" w:sz="6" w:space="0" w:color="000000"/>
            </w:tcBorders>
            <w:vAlign w:val="center"/>
          </w:tcPr>
          <w:p w14:paraId="44B8850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118.3(2)</w:t>
            </w:r>
          </w:p>
        </w:tc>
        <w:tc>
          <w:tcPr>
            <w:tcW w:w="1437" w:type="dxa"/>
            <w:tcBorders>
              <w:top w:val="single" w:sz="6" w:space="0" w:color="000000"/>
              <w:left w:val="single" w:sz="6" w:space="0" w:color="000000"/>
              <w:bottom w:val="single" w:sz="6" w:space="0" w:color="000000"/>
              <w:right w:val="single" w:sz="6" w:space="0" w:color="000000"/>
            </w:tcBorders>
            <w:vAlign w:val="center"/>
          </w:tcPr>
          <w:p w14:paraId="75D55C0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1539432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156.83(10)</w:t>
            </w:r>
          </w:p>
        </w:tc>
      </w:tr>
      <w:tr w:rsidR="00A1363E" w:rsidRPr="00C85550" w14:paraId="1A9F1FB9"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EBC988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C2–C3–C8</w:t>
            </w:r>
          </w:p>
        </w:tc>
        <w:tc>
          <w:tcPr>
            <w:tcW w:w="1437" w:type="dxa"/>
            <w:tcBorders>
              <w:top w:val="single" w:sz="6" w:space="0" w:color="000000"/>
              <w:left w:val="single" w:sz="6" w:space="0" w:color="000000"/>
              <w:bottom w:val="single" w:sz="6" w:space="0" w:color="000000"/>
              <w:right w:val="single" w:sz="6" w:space="0" w:color="000000"/>
            </w:tcBorders>
            <w:vAlign w:val="center"/>
          </w:tcPr>
          <w:p w14:paraId="24340301"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117.1(3)</w:t>
            </w:r>
          </w:p>
        </w:tc>
        <w:tc>
          <w:tcPr>
            <w:tcW w:w="1437" w:type="dxa"/>
            <w:tcBorders>
              <w:top w:val="single" w:sz="6" w:space="0" w:color="000000"/>
              <w:left w:val="single" w:sz="6" w:space="0" w:color="000000"/>
              <w:bottom w:val="single" w:sz="6" w:space="0" w:color="000000"/>
              <w:right w:val="single" w:sz="6" w:space="0" w:color="000000"/>
            </w:tcBorders>
            <w:vAlign w:val="center"/>
          </w:tcPr>
          <w:p w14:paraId="7A640B5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C10–C11–C12</w:t>
            </w:r>
          </w:p>
        </w:tc>
        <w:tc>
          <w:tcPr>
            <w:tcW w:w="1438" w:type="dxa"/>
            <w:tcBorders>
              <w:top w:val="single" w:sz="6" w:space="0" w:color="000000"/>
              <w:left w:val="single" w:sz="6" w:space="0" w:color="000000"/>
              <w:bottom w:val="single" w:sz="6" w:space="0" w:color="000000"/>
              <w:right w:val="single" w:sz="6" w:space="0" w:color="000000"/>
            </w:tcBorders>
            <w:vAlign w:val="center"/>
          </w:tcPr>
          <w:p w14:paraId="6B14CBF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121.2(3)</w:t>
            </w:r>
          </w:p>
        </w:tc>
        <w:tc>
          <w:tcPr>
            <w:tcW w:w="1437" w:type="dxa"/>
            <w:tcBorders>
              <w:top w:val="single" w:sz="6" w:space="0" w:color="000000"/>
              <w:left w:val="single" w:sz="6" w:space="0" w:color="000000"/>
              <w:bottom w:val="single" w:sz="6" w:space="0" w:color="000000"/>
              <w:right w:val="single" w:sz="6" w:space="0" w:color="000000"/>
            </w:tcBorders>
            <w:vAlign w:val="center"/>
          </w:tcPr>
          <w:p w14:paraId="17E2CDF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O5–Mo1–N3_a</w:t>
            </w:r>
          </w:p>
        </w:tc>
        <w:tc>
          <w:tcPr>
            <w:tcW w:w="1438" w:type="dxa"/>
            <w:tcBorders>
              <w:top w:val="single" w:sz="6" w:space="0" w:color="000000"/>
              <w:left w:val="single" w:sz="6" w:space="0" w:color="000000"/>
              <w:bottom w:val="single" w:sz="6" w:space="0" w:color="000000"/>
              <w:right w:val="single" w:sz="6" w:space="0" w:color="000000"/>
            </w:tcBorders>
            <w:vAlign w:val="center"/>
          </w:tcPr>
          <w:p w14:paraId="7304CFA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79.87(9)</w:t>
            </w:r>
          </w:p>
        </w:tc>
      </w:tr>
      <w:tr w:rsidR="00A1363E" w:rsidRPr="00C85550" w14:paraId="7772D00B"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590BEF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C4–C3–C8</w:t>
            </w:r>
          </w:p>
        </w:tc>
        <w:tc>
          <w:tcPr>
            <w:tcW w:w="1437" w:type="dxa"/>
            <w:tcBorders>
              <w:top w:val="single" w:sz="6" w:space="0" w:color="000000"/>
              <w:left w:val="single" w:sz="6" w:space="0" w:color="000000"/>
              <w:bottom w:val="single" w:sz="6" w:space="0" w:color="000000"/>
              <w:right w:val="single" w:sz="6" w:space="0" w:color="000000"/>
            </w:tcBorders>
            <w:vAlign w:val="center"/>
          </w:tcPr>
          <w:p w14:paraId="7CFB03D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120.2(3)</w:t>
            </w:r>
          </w:p>
        </w:tc>
        <w:tc>
          <w:tcPr>
            <w:tcW w:w="1437" w:type="dxa"/>
            <w:tcBorders>
              <w:top w:val="single" w:sz="6" w:space="0" w:color="000000"/>
              <w:left w:val="single" w:sz="6" w:space="0" w:color="000000"/>
              <w:bottom w:val="single" w:sz="6" w:space="0" w:color="000000"/>
              <w:right w:val="single" w:sz="6" w:space="0" w:color="000000"/>
            </w:tcBorders>
            <w:vAlign w:val="center"/>
          </w:tcPr>
          <w:p w14:paraId="44D011F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C11–C12–C13</w:t>
            </w:r>
          </w:p>
        </w:tc>
        <w:tc>
          <w:tcPr>
            <w:tcW w:w="1438" w:type="dxa"/>
            <w:tcBorders>
              <w:top w:val="single" w:sz="6" w:space="0" w:color="000000"/>
              <w:left w:val="single" w:sz="6" w:space="0" w:color="000000"/>
              <w:bottom w:val="single" w:sz="6" w:space="0" w:color="000000"/>
              <w:right w:val="single" w:sz="6" w:space="0" w:color="000000"/>
            </w:tcBorders>
            <w:vAlign w:val="center"/>
          </w:tcPr>
          <w:p w14:paraId="7D4E4B7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120.4(3)</w:t>
            </w:r>
          </w:p>
        </w:tc>
        <w:tc>
          <w:tcPr>
            <w:tcW w:w="1437" w:type="dxa"/>
            <w:tcBorders>
              <w:top w:val="single" w:sz="6" w:space="0" w:color="000000"/>
              <w:left w:val="single" w:sz="6" w:space="0" w:color="000000"/>
              <w:bottom w:val="single" w:sz="6" w:space="0" w:color="000000"/>
              <w:right w:val="single" w:sz="6" w:space="0" w:color="000000"/>
            </w:tcBorders>
            <w:vAlign w:val="center"/>
          </w:tcPr>
          <w:p w14:paraId="3FB1A4B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Mo1–N1–C2</w:t>
            </w:r>
          </w:p>
        </w:tc>
        <w:tc>
          <w:tcPr>
            <w:tcW w:w="1438" w:type="dxa"/>
            <w:tcBorders>
              <w:top w:val="single" w:sz="6" w:space="0" w:color="000000"/>
              <w:left w:val="single" w:sz="6" w:space="0" w:color="000000"/>
              <w:bottom w:val="single" w:sz="6" w:space="0" w:color="000000"/>
              <w:right w:val="single" w:sz="6" w:space="0" w:color="000000"/>
            </w:tcBorders>
            <w:vAlign w:val="center"/>
          </w:tcPr>
          <w:p w14:paraId="1D08D8D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129.44(18)</w:t>
            </w:r>
          </w:p>
        </w:tc>
      </w:tr>
      <w:tr w:rsidR="00A1363E" w:rsidRPr="00C85550" w14:paraId="61EA093D"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AA43B7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C3–C4–C5</w:t>
            </w:r>
          </w:p>
        </w:tc>
        <w:tc>
          <w:tcPr>
            <w:tcW w:w="1437" w:type="dxa"/>
            <w:tcBorders>
              <w:top w:val="single" w:sz="6" w:space="0" w:color="000000"/>
              <w:left w:val="single" w:sz="6" w:space="0" w:color="000000"/>
              <w:bottom w:val="single" w:sz="6" w:space="0" w:color="000000"/>
              <w:right w:val="single" w:sz="6" w:space="0" w:color="000000"/>
            </w:tcBorders>
            <w:vAlign w:val="center"/>
          </w:tcPr>
          <w:p w14:paraId="59894B3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118.9(3)</w:t>
            </w:r>
          </w:p>
        </w:tc>
        <w:tc>
          <w:tcPr>
            <w:tcW w:w="1437" w:type="dxa"/>
            <w:tcBorders>
              <w:top w:val="single" w:sz="6" w:space="0" w:color="000000"/>
              <w:left w:val="single" w:sz="6" w:space="0" w:color="000000"/>
              <w:bottom w:val="single" w:sz="6" w:space="0" w:color="000000"/>
              <w:right w:val="single" w:sz="6" w:space="0" w:color="000000"/>
            </w:tcBorders>
            <w:vAlign w:val="center"/>
          </w:tcPr>
          <w:p w14:paraId="0317962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C12–C13–C14</w:t>
            </w:r>
          </w:p>
        </w:tc>
        <w:tc>
          <w:tcPr>
            <w:tcW w:w="1438" w:type="dxa"/>
            <w:tcBorders>
              <w:top w:val="single" w:sz="6" w:space="0" w:color="000000"/>
              <w:left w:val="single" w:sz="6" w:space="0" w:color="000000"/>
              <w:bottom w:val="single" w:sz="6" w:space="0" w:color="000000"/>
              <w:right w:val="single" w:sz="6" w:space="0" w:color="000000"/>
            </w:tcBorders>
            <w:vAlign w:val="center"/>
          </w:tcPr>
          <w:p w14:paraId="3AE77AA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119.0(3)</w:t>
            </w:r>
          </w:p>
        </w:tc>
        <w:tc>
          <w:tcPr>
            <w:tcW w:w="1437" w:type="dxa"/>
            <w:tcBorders>
              <w:top w:val="single" w:sz="6" w:space="0" w:color="000000"/>
              <w:left w:val="single" w:sz="6" w:space="0" w:color="000000"/>
              <w:bottom w:val="single" w:sz="6" w:space="0" w:color="000000"/>
              <w:right w:val="single" w:sz="6" w:space="0" w:color="000000"/>
            </w:tcBorders>
            <w:vAlign w:val="center"/>
          </w:tcPr>
          <w:p w14:paraId="5D5A475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Mo1–N1–N2</w:t>
            </w:r>
          </w:p>
        </w:tc>
        <w:tc>
          <w:tcPr>
            <w:tcW w:w="1438" w:type="dxa"/>
            <w:tcBorders>
              <w:top w:val="single" w:sz="6" w:space="0" w:color="000000"/>
              <w:left w:val="single" w:sz="6" w:space="0" w:color="000000"/>
              <w:bottom w:val="single" w:sz="6" w:space="0" w:color="000000"/>
              <w:right w:val="single" w:sz="6" w:space="0" w:color="000000"/>
            </w:tcBorders>
            <w:vAlign w:val="center"/>
          </w:tcPr>
          <w:p w14:paraId="6B70D00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115.41(15)</w:t>
            </w:r>
          </w:p>
        </w:tc>
      </w:tr>
      <w:tr w:rsidR="00A1363E" w:rsidRPr="00C85550" w14:paraId="7BBAB2C0"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A7161D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O1–C4–C3</w:t>
            </w:r>
          </w:p>
        </w:tc>
        <w:tc>
          <w:tcPr>
            <w:tcW w:w="1437" w:type="dxa"/>
            <w:tcBorders>
              <w:top w:val="single" w:sz="6" w:space="0" w:color="000000"/>
              <w:left w:val="single" w:sz="6" w:space="0" w:color="000000"/>
              <w:bottom w:val="single" w:sz="6" w:space="0" w:color="000000"/>
              <w:right w:val="single" w:sz="6" w:space="0" w:color="000000"/>
            </w:tcBorders>
            <w:vAlign w:val="center"/>
          </w:tcPr>
          <w:p w14:paraId="1AC4736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122.5(3)</w:t>
            </w:r>
          </w:p>
        </w:tc>
        <w:tc>
          <w:tcPr>
            <w:tcW w:w="1437" w:type="dxa"/>
            <w:tcBorders>
              <w:top w:val="single" w:sz="6" w:space="0" w:color="000000"/>
              <w:left w:val="single" w:sz="6" w:space="0" w:color="000000"/>
              <w:bottom w:val="single" w:sz="6" w:space="0" w:color="000000"/>
              <w:right w:val="single" w:sz="6" w:space="0" w:color="000000"/>
            </w:tcBorders>
            <w:vAlign w:val="center"/>
          </w:tcPr>
          <w:p w14:paraId="7D8B92D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N1–Mo1–N3_a</w:t>
            </w:r>
          </w:p>
        </w:tc>
        <w:tc>
          <w:tcPr>
            <w:tcW w:w="1438" w:type="dxa"/>
            <w:tcBorders>
              <w:top w:val="single" w:sz="6" w:space="0" w:color="000000"/>
              <w:left w:val="single" w:sz="6" w:space="0" w:color="000000"/>
              <w:bottom w:val="single" w:sz="6" w:space="0" w:color="000000"/>
              <w:right w:val="single" w:sz="6" w:space="0" w:color="000000"/>
            </w:tcBorders>
            <w:vAlign w:val="center"/>
          </w:tcPr>
          <w:p w14:paraId="6E8C9E2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78.43(8)</w:t>
            </w:r>
          </w:p>
        </w:tc>
        <w:tc>
          <w:tcPr>
            <w:tcW w:w="1437" w:type="dxa"/>
            <w:tcBorders>
              <w:top w:val="single" w:sz="6" w:space="0" w:color="000000"/>
              <w:left w:val="single" w:sz="6" w:space="0" w:color="000000"/>
              <w:bottom w:val="single" w:sz="6" w:space="0" w:color="000000"/>
              <w:right w:val="single" w:sz="6" w:space="0" w:color="000000"/>
            </w:tcBorders>
            <w:vAlign w:val="center"/>
          </w:tcPr>
          <w:p w14:paraId="239B9DB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N2–N1–C2</w:t>
            </w:r>
          </w:p>
        </w:tc>
        <w:tc>
          <w:tcPr>
            <w:tcW w:w="1438" w:type="dxa"/>
            <w:tcBorders>
              <w:top w:val="single" w:sz="6" w:space="0" w:color="000000"/>
              <w:left w:val="single" w:sz="6" w:space="0" w:color="000000"/>
              <w:bottom w:val="single" w:sz="6" w:space="0" w:color="000000"/>
              <w:right w:val="single" w:sz="6" w:space="0" w:color="000000"/>
            </w:tcBorders>
            <w:vAlign w:val="center"/>
          </w:tcPr>
          <w:p w14:paraId="23FEA98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115.0(2)</w:t>
            </w:r>
          </w:p>
        </w:tc>
      </w:tr>
      <w:tr w:rsidR="00A1363E" w:rsidRPr="00C85550" w14:paraId="02B8DE7E"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4468629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O1–C4–C5</w:t>
            </w:r>
          </w:p>
        </w:tc>
        <w:tc>
          <w:tcPr>
            <w:tcW w:w="1437" w:type="dxa"/>
            <w:tcBorders>
              <w:top w:val="single" w:sz="6" w:space="0" w:color="000000"/>
              <w:left w:val="single" w:sz="6" w:space="0" w:color="000000"/>
              <w:bottom w:val="single" w:sz="6" w:space="0" w:color="000000"/>
              <w:right w:val="single" w:sz="6" w:space="0" w:color="000000"/>
            </w:tcBorders>
            <w:vAlign w:val="center"/>
          </w:tcPr>
          <w:p w14:paraId="739C0C6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118.6(3)</w:t>
            </w:r>
          </w:p>
        </w:tc>
        <w:tc>
          <w:tcPr>
            <w:tcW w:w="1437" w:type="dxa"/>
            <w:tcBorders>
              <w:top w:val="single" w:sz="6" w:space="0" w:color="000000"/>
              <w:left w:val="single" w:sz="6" w:space="0" w:color="000000"/>
              <w:bottom w:val="single" w:sz="6" w:space="0" w:color="000000"/>
              <w:right w:val="single" w:sz="6" w:space="0" w:color="000000"/>
            </w:tcBorders>
            <w:vAlign w:val="center"/>
          </w:tcPr>
          <w:p w14:paraId="4494D6C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1D00B12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81.32(8)</w:t>
            </w:r>
          </w:p>
        </w:tc>
        <w:tc>
          <w:tcPr>
            <w:tcW w:w="1437" w:type="dxa"/>
            <w:tcBorders>
              <w:top w:val="single" w:sz="6" w:space="0" w:color="000000"/>
              <w:left w:val="single" w:sz="6" w:space="0" w:color="000000"/>
              <w:bottom w:val="single" w:sz="6" w:space="0" w:color="000000"/>
              <w:right w:val="single" w:sz="6" w:space="0" w:color="000000"/>
            </w:tcBorders>
            <w:vAlign w:val="center"/>
          </w:tcPr>
          <w:p w14:paraId="3E99716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N1–N2–C1</w:t>
            </w:r>
          </w:p>
        </w:tc>
        <w:tc>
          <w:tcPr>
            <w:tcW w:w="1438" w:type="dxa"/>
            <w:tcBorders>
              <w:top w:val="single" w:sz="6" w:space="0" w:color="000000"/>
              <w:left w:val="single" w:sz="6" w:space="0" w:color="000000"/>
              <w:bottom w:val="single" w:sz="6" w:space="0" w:color="000000"/>
              <w:right w:val="single" w:sz="6" w:space="0" w:color="000000"/>
            </w:tcBorders>
            <w:vAlign w:val="center"/>
          </w:tcPr>
          <w:p w14:paraId="1FA11BE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110.0(2)</w:t>
            </w:r>
          </w:p>
        </w:tc>
      </w:tr>
      <w:tr w:rsidR="00A1363E" w:rsidRPr="00C85550" w14:paraId="43B43FF7"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93C2C4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C4–C5–C6</w:t>
            </w:r>
          </w:p>
        </w:tc>
        <w:tc>
          <w:tcPr>
            <w:tcW w:w="1437" w:type="dxa"/>
            <w:tcBorders>
              <w:top w:val="single" w:sz="6" w:space="0" w:color="000000"/>
              <w:left w:val="single" w:sz="6" w:space="0" w:color="000000"/>
              <w:bottom w:val="single" w:sz="6" w:space="0" w:color="000000"/>
              <w:right w:val="single" w:sz="6" w:space="0" w:color="000000"/>
            </w:tcBorders>
            <w:vAlign w:val="center"/>
          </w:tcPr>
          <w:p w14:paraId="647AF1C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120.5(3)</w:t>
            </w:r>
          </w:p>
        </w:tc>
        <w:tc>
          <w:tcPr>
            <w:tcW w:w="1437" w:type="dxa"/>
            <w:tcBorders>
              <w:top w:val="single" w:sz="6" w:space="0" w:color="000000"/>
              <w:left w:val="single" w:sz="6" w:space="0" w:color="000000"/>
              <w:bottom w:val="single" w:sz="6" w:space="0" w:color="000000"/>
              <w:right w:val="single" w:sz="6" w:space="0" w:color="000000"/>
            </w:tcBorders>
            <w:vAlign w:val="center"/>
          </w:tcPr>
          <w:p w14:paraId="5B9AAEF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O1–Mo1–N3_a</w:t>
            </w:r>
          </w:p>
        </w:tc>
        <w:tc>
          <w:tcPr>
            <w:tcW w:w="1438" w:type="dxa"/>
            <w:tcBorders>
              <w:top w:val="single" w:sz="6" w:space="0" w:color="000000"/>
              <w:left w:val="single" w:sz="6" w:space="0" w:color="000000"/>
              <w:bottom w:val="single" w:sz="6" w:space="0" w:color="000000"/>
              <w:right w:val="single" w:sz="6" w:space="0" w:color="000000"/>
            </w:tcBorders>
            <w:vAlign w:val="center"/>
          </w:tcPr>
          <w:p w14:paraId="5837D79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82.28(8)</w:t>
            </w:r>
          </w:p>
        </w:tc>
        <w:tc>
          <w:tcPr>
            <w:tcW w:w="1437" w:type="dxa"/>
            <w:tcBorders>
              <w:top w:val="single" w:sz="6" w:space="0" w:color="000000"/>
              <w:left w:val="single" w:sz="6" w:space="0" w:color="000000"/>
              <w:bottom w:val="single" w:sz="6" w:space="0" w:color="000000"/>
              <w:right w:val="single" w:sz="6" w:space="0" w:color="000000"/>
            </w:tcBorders>
            <w:vAlign w:val="center"/>
          </w:tcPr>
          <w:p w14:paraId="7156476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C10–N3–Mo1_a</w:t>
            </w:r>
          </w:p>
        </w:tc>
        <w:tc>
          <w:tcPr>
            <w:tcW w:w="1438" w:type="dxa"/>
            <w:tcBorders>
              <w:top w:val="single" w:sz="6" w:space="0" w:color="000000"/>
              <w:left w:val="single" w:sz="6" w:space="0" w:color="000000"/>
              <w:bottom w:val="single" w:sz="6" w:space="0" w:color="000000"/>
              <w:right w:val="single" w:sz="6" w:space="0" w:color="000000"/>
            </w:tcBorders>
            <w:vAlign w:val="center"/>
          </w:tcPr>
          <w:p w14:paraId="15FDC67C"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118.94(18)</w:t>
            </w:r>
          </w:p>
        </w:tc>
      </w:tr>
      <w:tr w:rsidR="00A1363E" w:rsidRPr="00C85550" w14:paraId="35E3F414"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7506B40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C5–C6–C7</w:t>
            </w:r>
          </w:p>
        </w:tc>
        <w:tc>
          <w:tcPr>
            <w:tcW w:w="1437" w:type="dxa"/>
            <w:tcBorders>
              <w:top w:val="single" w:sz="6" w:space="0" w:color="000000"/>
              <w:left w:val="single" w:sz="6" w:space="0" w:color="000000"/>
              <w:bottom w:val="single" w:sz="6" w:space="0" w:color="000000"/>
              <w:right w:val="single" w:sz="6" w:space="0" w:color="000000"/>
            </w:tcBorders>
            <w:vAlign w:val="center"/>
          </w:tcPr>
          <w:p w14:paraId="1D366850"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120.6(3)</w:t>
            </w:r>
          </w:p>
        </w:tc>
        <w:tc>
          <w:tcPr>
            <w:tcW w:w="1437" w:type="dxa"/>
            <w:tcBorders>
              <w:top w:val="single" w:sz="6" w:space="0" w:color="000000"/>
              <w:left w:val="single" w:sz="6" w:space="0" w:color="000000"/>
              <w:bottom w:val="single" w:sz="6" w:space="0" w:color="000000"/>
              <w:right w:val="single" w:sz="6" w:space="0" w:color="000000"/>
            </w:tcBorders>
            <w:vAlign w:val="center"/>
          </w:tcPr>
          <w:p w14:paraId="4B4C75D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O1–Mo1–O2</w:t>
            </w:r>
          </w:p>
        </w:tc>
        <w:tc>
          <w:tcPr>
            <w:tcW w:w="1438" w:type="dxa"/>
            <w:tcBorders>
              <w:top w:val="single" w:sz="6" w:space="0" w:color="000000"/>
              <w:left w:val="single" w:sz="6" w:space="0" w:color="000000"/>
              <w:bottom w:val="single" w:sz="6" w:space="0" w:color="000000"/>
              <w:right w:val="single" w:sz="6" w:space="0" w:color="000000"/>
            </w:tcBorders>
            <w:vAlign w:val="center"/>
          </w:tcPr>
          <w:p w14:paraId="4F519C7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149.92(8)</w:t>
            </w:r>
          </w:p>
        </w:tc>
        <w:tc>
          <w:tcPr>
            <w:tcW w:w="1437" w:type="dxa"/>
            <w:tcBorders>
              <w:top w:val="single" w:sz="6" w:space="0" w:color="000000"/>
              <w:left w:val="single" w:sz="6" w:space="0" w:color="000000"/>
              <w:bottom w:val="single" w:sz="6" w:space="0" w:color="000000"/>
              <w:right w:val="single" w:sz="6" w:space="0" w:color="000000"/>
            </w:tcBorders>
            <w:vAlign w:val="center"/>
          </w:tcPr>
          <w:p w14:paraId="08EC2F2A"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Mo1–O1–C4</w:t>
            </w:r>
          </w:p>
        </w:tc>
        <w:tc>
          <w:tcPr>
            <w:tcW w:w="1438" w:type="dxa"/>
            <w:tcBorders>
              <w:top w:val="single" w:sz="6" w:space="0" w:color="000000"/>
              <w:left w:val="single" w:sz="6" w:space="0" w:color="000000"/>
              <w:bottom w:val="single" w:sz="6" w:space="0" w:color="000000"/>
              <w:right w:val="single" w:sz="6" w:space="0" w:color="000000"/>
            </w:tcBorders>
            <w:vAlign w:val="center"/>
          </w:tcPr>
          <w:p w14:paraId="67DA1EF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139.10(18)</w:t>
            </w:r>
          </w:p>
        </w:tc>
      </w:tr>
      <w:tr w:rsidR="00A1363E" w:rsidRPr="00C85550" w14:paraId="7206B7A2"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5177C2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C6–C7–C8</w:t>
            </w:r>
          </w:p>
        </w:tc>
        <w:tc>
          <w:tcPr>
            <w:tcW w:w="1437" w:type="dxa"/>
            <w:tcBorders>
              <w:top w:val="single" w:sz="6" w:space="0" w:color="000000"/>
              <w:left w:val="single" w:sz="6" w:space="0" w:color="000000"/>
              <w:bottom w:val="single" w:sz="6" w:space="0" w:color="000000"/>
              <w:right w:val="single" w:sz="6" w:space="0" w:color="000000"/>
            </w:tcBorders>
            <w:vAlign w:val="center"/>
          </w:tcPr>
          <w:p w14:paraId="7101E82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119.2(3)</w:t>
            </w:r>
          </w:p>
        </w:tc>
        <w:tc>
          <w:tcPr>
            <w:tcW w:w="1437" w:type="dxa"/>
            <w:tcBorders>
              <w:top w:val="single" w:sz="6" w:space="0" w:color="000000"/>
              <w:left w:val="single" w:sz="6" w:space="0" w:color="000000"/>
              <w:bottom w:val="single" w:sz="6" w:space="0" w:color="000000"/>
              <w:right w:val="single" w:sz="6" w:space="0" w:color="000000"/>
            </w:tcBorders>
            <w:vAlign w:val="center"/>
          </w:tcPr>
          <w:p w14:paraId="7134557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7FC0B27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100.31(10)</w:t>
            </w:r>
          </w:p>
        </w:tc>
        <w:tc>
          <w:tcPr>
            <w:tcW w:w="1437" w:type="dxa"/>
            <w:tcBorders>
              <w:top w:val="single" w:sz="6" w:space="0" w:color="000000"/>
              <w:left w:val="single" w:sz="6" w:space="0" w:color="000000"/>
              <w:bottom w:val="single" w:sz="6" w:space="0" w:color="000000"/>
              <w:right w:val="single" w:sz="6" w:space="0" w:color="000000"/>
            </w:tcBorders>
            <w:vAlign w:val="center"/>
          </w:tcPr>
          <w:p w14:paraId="1E8C5F0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Mo1–O2–C1</w:t>
            </w:r>
          </w:p>
        </w:tc>
        <w:tc>
          <w:tcPr>
            <w:tcW w:w="1438" w:type="dxa"/>
            <w:tcBorders>
              <w:top w:val="single" w:sz="6" w:space="0" w:color="000000"/>
              <w:left w:val="single" w:sz="6" w:space="0" w:color="000000"/>
              <w:bottom w:val="single" w:sz="6" w:space="0" w:color="000000"/>
              <w:right w:val="single" w:sz="6" w:space="0" w:color="000000"/>
            </w:tcBorders>
            <w:vAlign w:val="center"/>
          </w:tcPr>
          <w:p w14:paraId="0A26152B"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119.55(15)</w:t>
            </w:r>
          </w:p>
        </w:tc>
      </w:tr>
      <w:tr w:rsidR="00A1363E" w:rsidRPr="00C85550" w14:paraId="0AB50935"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06BFB7B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O3–C7–C6</w:t>
            </w:r>
          </w:p>
        </w:tc>
        <w:tc>
          <w:tcPr>
            <w:tcW w:w="1437" w:type="dxa"/>
            <w:tcBorders>
              <w:top w:val="single" w:sz="6" w:space="0" w:color="000000"/>
              <w:left w:val="single" w:sz="6" w:space="0" w:color="000000"/>
              <w:bottom w:val="single" w:sz="6" w:space="0" w:color="000000"/>
              <w:right w:val="single" w:sz="6" w:space="0" w:color="000000"/>
            </w:tcBorders>
            <w:vAlign w:val="center"/>
          </w:tcPr>
          <w:p w14:paraId="03F7B6AF"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124.6(3)</w:t>
            </w:r>
          </w:p>
        </w:tc>
        <w:tc>
          <w:tcPr>
            <w:tcW w:w="1437" w:type="dxa"/>
            <w:tcBorders>
              <w:top w:val="single" w:sz="6" w:space="0" w:color="000000"/>
              <w:left w:val="single" w:sz="6" w:space="0" w:color="000000"/>
              <w:bottom w:val="single" w:sz="6" w:space="0" w:color="000000"/>
              <w:right w:val="single" w:sz="6" w:space="0" w:color="000000"/>
            </w:tcBorders>
            <w:vAlign w:val="center"/>
          </w:tcPr>
          <w:p w14:paraId="51280AD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O1–Mo1–O5</w:t>
            </w:r>
          </w:p>
        </w:tc>
        <w:tc>
          <w:tcPr>
            <w:tcW w:w="1438" w:type="dxa"/>
            <w:tcBorders>
              <w:top w:val="single" w:sz="6" w:space="0" w:color="000000"/>
              <w:left w:val="single" w:sz="6" w:space="0" w:color="000000"/>
              <w:bottom w:val="single" w:sz="6" w:space="0" w:color="000000"/>
              <w:right w:val="single" w:sz="6" w:space="0" w:color="000000"/>
            </w:tcBorders>
            <w:vAlign w:val="center"/>
          </w:tcPr>
          <w:p w14:paraId="083423C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103.74(9)</w:t>
            </w:r>
          </w:p>
        </w:tc>
        <w:tc>
          <w:tcPr>
            <w:tcW w:w="1437" w:type="dxa"/>
            <w:tcBorders>
              <w:top w:val="single" w:sz="6" w:space="0" w:color="000000"/>
              <w:left w:val="single" w:sz="6" w:space="0" w:color="000000"/>
              <w:bottom w:val="single" w:sz="6" w:space="0" w:color="000000"/>
              <w:right w:val="single" w:sz="6" w:space="0" w:color="000000"/>
            </w:tcBorders>
            <w:vAlign w:val="center"/>
          </w:tcPr>
          <w:p w14:paraId="534D956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C7–O3–C15</w:t>
            </w:r>
          </w:p>
        </w:tc>
        <w:tc>
          <w:tcPr>
            <w:tcW w:w="1438" w:type="dxa"/>
            <w:tcBorders>
              <w:top w:val="single" w:sz="6" w:space="0" w:color="000000"/>
              <w:left w:val="single" w:sz="6" w:space="0" w:color="000000"/>
              <w:bottom w:val="single" w:sz="6" w:space="0" w:color="000000"/>
              <w:right w:val="single" w:sz="6" w:space="0" w:color="000000"/>
            </w:tcBorders>
            <w:vAlign w:val="center"/>
          </w:tcPr>
          <w:p w14:paraId="6269AA3E"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117.8(2)</w:t>
            </w:r>
          </w:p>
        </w:tc>
      </w:tr>
      <w:tr w:rsidR="00A1363E" w:rsidRPr="00C85550" w14:paraId="78D6DF46"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5E2EF352"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O3–C7–C8</w:t>
            </w:r>
          </w:p>
        </w:tc>
        <w:tc>
          <w:tcPr>
            <w:tcW w:w="1437" w:type="dxa"/>
            <w:tcBorders>
              <w:top w:val="single" w:sz="6" w:space="0" w:color="000000"/>
              <w:left w:val="single" w:sz="6" w:space="0" w:color="000000"/>
              <w:bottom w:val="single" w:sz="6" w:space="0" w:color="000000"/>
              <w:right w:val="single" w:sz="6" w:space="0" w:color="000000"/>
            </w:tcBorders>
            <w:vAlign w:val="center"/>
          </w:tcPr>
          <w:p w14:paraId="4A396C0D"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116.2(3)</w:t>
            </w:r>
          </w:p>
        </w:tc>
        <w:tc>
          <w:tcPr>
            <w:tcW w:w="1437" w:type="dxa"/>
            <w:tcBorders>
              <w:top w:val="single" w:sz="6" w:space="0" w:color="000000"/>
              <w:left w:val="single" w:sz="6" w:space="0" w:color="000000"/>
              <w:bottom w:val="single" w:sz="6" w:space="0" w:color="000000"/>
              <w:right w:val="single" w:sz="6" w:space="0" w:color="000000"/>
            </w:tcBorders>
            <w:vAlign w:val="center"/>
          </w:tcPr>
          <w:p w14:paraId="17F311B5"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O2–Mo1–N1</w:t>
            </w:r>
          </w:p>
        </w:tc>
        <w:tc>
          <w:tcPr>
            <w:tcW w:w="1438" w:type="dxa"/>
            <w:tcBorders>
              <w:top w:val="single" w:sz="6" w:space="0" w:color="000000"/>
              <w:left w:val="single" w:sz="6" w:space="0" w:color="000000"/>
              <w:bottom w:val="single" w:sz="6" w:space="0" w:color="000000"/>
              <w:right w:val="single" w:sz="6" w:space="0" w:color="000000"/>
            </w:tcBorders>
            <w:vAlign w:val="center"/>
          </w:tcPr>
          <w:p w14:paraId="62FAFE3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71.45(8)</w:t>
            </w:r>
          </w:p>
        </w:tc>
        <w:tc>
          <w:tcPr>
            <w:tcW w:w="1437" w:type="dxa"/>
            <w:tcBorders>
              <w:top w:val="single" w:sz="6" w:space="0" w:color="000000"/>
              <w:left w:val="single" w:sz="6" w:space="0" w:color="000000"/>
              <w:bottom w:val="single" w:sz="6" w:space="0" w:color="000000"/>
              <w:right w:val="single" w:sz="6" w:space="0" w:color="000000"/>
            </w:tcBorders>
            <w:vAlign w:val="center"/>
          </w:tcPr>
          <w:p w14:paraId="51F70C99"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0DAB1F27" w14:textId="77777777" w:rsidR="00A1363E" w:rsidRPr="00C85550" w:rsidRDefault="00A1363E" w:rsidP="00B520E7">
            <w:pPr>
              <w:rPr>
                <w:rFonts w:ascii="Times New Roman" w:hAnsi="Times New Roman"/>
                <w:sz w:val="16"/>
                <w:szCs w:val="16"/>
              </w:rPr>
            </w:pPr>
          </w:p>
        </w:tc>
      </w:tr>
      <w:tr w:rsidR="00A1363E" w:rsidRPr="00C85550" w14:paraId="52B26AC3"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664084E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C3–C8–C7</w:t>
            </w:r>
          </w:p>
        </w:tc>
        <w:tc>
          <w:tcPr>
            <w:tcW w:w="1437" w:type="dxa"/>
            <w:tcBorders>
              <w:top w:val="single" w:sz="6" w:space="0" w:color="000000"/>
              <w:left w:val="single" w:sz="6" w:space="0" w:color="000000"/>
              <w:bottom w:val="single" w:sz="6" w:space="0" w:color="000000"/>
              <w:right w:val="single" w:sz="6" w:space="0" w:color="000000"/>
            </w:tcBorders>
            <w:vAlign w:val="center"/>
          </w:tcPr>
          <w:p w14:paraId="54377127"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120.5(3)</w:t>
            </w:r>
          </w:p>
        </w:tc>
        <w:tc>
          <w:tcPr>
            <w:tcW w:w="1437" w:type="dxa"/>
            <w:tcBorders>
              <w:top w:val="single" w:sz="6" w:space="0" w:color="000000"/>
              <w:left w:val="single" w:sz="6" w:space="0" w:color="000000"/>
              <w:bottom w:val="single" w:sz="6" w:space="0" w:color="000000"/>
              <w:right w:val="single" w:sz="6" w:space="0" w:color="000000"/>
            </w:tcBorders>
            <w:vAlign w:val="center"/>
          </w:tcPr>
          <w:p w14:paraId="6DFCB9D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O2–Mo1–N3_a</w:t>
            </w:r>
          </w:p>
        </w:tc>
        <w:tc>
          <w:tcPr>
            <w:tcW w:w="1438" w:type="dxa"/>
            <w:tcBorders>
              <w:top w:val="single" w:sz="6" w:space="0" w:color="000000"/>
              <w:left w:val="single" w:sz="6" w:space="0" w:color="000000"/>
              <w:bottom w:val="single" w:sz="6" w:space="0" w:color="000000"/>
              <w:right w:val="single" w:sz="6" w:space="0" w:color="000000"/>
            </w:tcBorders>
            <w:vAlign w:val="center"/>
          </w:tcPr>
          <w:p w14:paraId="13722A53"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80.00(7)</w:t>
            </w:r>
          </w:p>
        </w:tc>
        <w:tc>
          <w:tcPr>
            <w:tcW w:w="1437" w:type="dxa"/>
            <w:tcBorders>
              <w:top w:val="single" w:sz="6" w:space="0" w:color="000000"/>
              <w:left w:val="single" w:sz="6" w:space="0" w:color="000000"/>
              <w:bottom w:val="single" w:sz="6" w:space="0" w:color="000000"/>
              <w:right w:val="single" w:sz="6" w:space="0" w:color="000000"/>
            </w:tcBorders>
            <w:vAlign w:val="center"/>
          </w:tcPr>
          <w:p w14:paraId="1DCE7511"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146DC886" w14:textId="77777777" w:rsidR="00A1363E" w:rsidRPr="00C85550" w:rsidRDefault="00A1363E" w:rsidP="00B520E7">
            <w:pPr>
              <w:rPr>
                <w:rFonts w:ascii="Times New Roman" w:hAnsi="Times New Roman"/>
                <w:sz w:val="16"/>
                <w:szCs w:val="16"/>
              </w:rPr>
            </w:pPr>
          </w:p>
        </w:tc>
      </w:tr>
      <w:tr w:rsidR="00A1363E" w:rsidRPr="00C85550" w14:paraId="12CCD60B" w14:textId="77777777" w:rsidTr="00B520E7">
        <w:trPr>
          <w:trHeight w:val="283"/>
        </w:trPr>
        <w:tc>
          <w:tcPr>
            <w:tcW w:w="1437" w:type="dxa"/>
            <w:tcBorders>
              <w:top w:val="single" w:sz="6" w:space="0" w:color="000000"/>
              <w:left w:val="single" w:sz="6" w:space="0" w:color="000000"/>
              <w:bottom w:val="single" w:sz="6" w:space="0" w:color="000000"/>
              <w:right w:val="single" w:sz="6" w:space="0" w:color="000000"/>
            </w:tcBorders>
            <w:vAlign w:val="center"/>
          </w:tcPr>
          <w:p w14:paraId="21B68984"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C1–C9–C10</w:t>
            </w:r>
          </w:p>
        </w:tc>
        <w:tc>
          <w:tcPr>
            <w:tcW w:w="1437" w:type="dxa"/>
            <w:tcBorders>
              <w:top w:val="single" w:sz="6" w:space="0" w:color="000000"/>
              <w:left w:val="single" w:sz="6" w:space="0" w:color="000000"/>
              <w:bottom w:val="single" w:sz="6" w:space="0" w:color="000000"/>
              <w:right w:val="single" w:sz="6" w:space="0" w:color="000000"/>
            </w:tcBorders>
            <w:vAlign w:val="center"/>
          </w:tcPr>
          <w:p w14:paraId="72C65C26"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123.0(2)</w:t>
            </w:r>
          </w:p>
        </w:tc>
        <w:tc>
          <w:tcPr>
            <w:tcW w:w="1437" w:type="dxa"/>
            <w:tcBorders>
              <w:top w:val="single" w:sz="6" w:space="0" w:color="000000"/>
              <w:left w:val="single" w:sz="6" w:space="0" w:color="000000"/>
              <w:bottom w:val="single" w:sz="6" w:space="0" w:color="000000"/>
              <w:right w:val="single" w:sz="6" w:space="0" w:color="000000"/>
            </w:tcBorders>
            <w:vAlign w:val="center"/>
          </w:tcPr>
          <w:p w14:paraId="3ECA1DC8"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O2–Mo1–O4</w:t>
            </w:r>
          </w:p>
        </w:tc>
        <w:tc>
          <w:tcPr>
            <w:tcW w:w="1438" w:type="dxa"/>
            <w:tcBorders>
              <w:top w:val="single" w:sz="6" w:space="0" w:color="000000"/>
              <w:left w:val="single" w:sz="6" w:space="0" w:color="000000"/>
              <w:bottom w:val="single" w:sz="6" w:space="0" w:color="000000"/>
              <w:right w:val="single" w:sz="6" w:space="0" w:color="000000"/>
            </w:tcBorders>
            <w:vAlign w:val="center"/>
          </w:tcPr>
          <w:p w14:paraId="6AE564C9" w14:textId="77777777" w:rsidR="00A1363E" w:rsidRPr="00C85550" w:rsidRDefault="00A1363E" w:rsidP="00B520E7">
            <w:pPr>
              <w:rPr>
                <w:rFonts w:ascii="Times New Roman" w:hAnsi="Times New Roman"/>
                <w:sz w:val="16"/>
                <w:szCs w:val="16"/>
              </w:rPr>
            </w:pPr>
            <w:r w:rsidRPr="00C85550">
              <w:rPr>
                <w:rFonts w:ascii="Times New Roman" w:hAnsi="Times New Roman"/>
                <w:sz w:val="16"/>
                <w:szCs w:val="16"/>
              </w:rPr>
              <w:t>94.49(9)</w:t>
            </w:r>
          </w:p>
        </w:tc>
        <w:tc>
          <w:tcPr>
            <w:tcW w:w="1437" w:type="dxa"/>
            <w:tcBorders>
              <w:top w:val="single" w:sz="6" w:space="0" w:color="000000"/>
              <w:left w:val="single" w:sz="6" w:space="0" w:color="000000"/>
              <w:bottom w:val="single" w:sz="6" w:space="0" w:color="000000"/>
              <w:right w:val="single" w:sz="6" w:space="0" w:color="000000"/>
            </w:tcBorders>
            <w:vAlign w:val="center"/>
          </w:tcPr>
          <w:p w14:paraId="7D5858C5" w14:textId="77777777" w:rsidR="00A1363E" w:rsidRPr="00C85550" w:rsidRDefault="00A1363E" w:rsidP="00B520E7">
            <w:pPr>
              <w:rPr>
                <w:rFonts w:ascii="Times New Roman" w:hAnsi="Times New Roman"/>
                <w:sz w:val="16"/>
                <w:szCs w:val="16"/>
              </w:rPr>
            </w:pPr>
          </w:p>
        </w:tc>
        <w:tc>
          <w:tcPr>
            <w:tcW w:w="1438" w:type="dxa"/>
            <w:tcBorders>
              <w:top w:val="single" w:sz="6" w:space="0" w:color="000000"/>
              <w:left w:val="single" w:sz="6" w:space="0" w:color="000000"/>
              <w:bottom w:val="single" w:sz="6" w:space="0" w:color="000000"/>
              <w:right w:val="single" w:sz="6" w:space="0" w:color="000000"/>
            </w:tcBorders>
            <w:vAlign w:val="center"/>
          </w:tcPr>
          <w:p w14:paraId="4152712E" w14:textId="77777777" w:rsidR="00A1363E" w:rsidRPr="00C85550" w:rsidRDefault="00A1363E" w:rsidP="00B520E7">
            <w:pPr>
              <w:rPr>
                <w:rFonts w:ascii="Times New Roman" w:hAnsi="Times New Roman"/>
                <w:sz w:val="16"/>
                <w:szCs w:val="16"/>
              </w:rPr>
            </w:pPr>
          </w:p>
        </w:tc>
      </w:tr>
    </w:tbl>
    <w:p w14:paraId="573C1FCA" w14:textId="77777777" w:rsidR="00A1363E" w:rsidRPr="00C85550" w:rsidRDefault="00A1363E" w:rsidP="00A1363E">
      <w:pPr>
        <w:rPr>
          <w:rFonts w:ascii="Times New Roman" w:hAnsi="Times New Roman"/>
        </w:rPr>
      </w:pPr>
      <w:r w:rsidRPr="00C85550">
        <w:rPr>
          <w:rFonts w:ascii="Times New Roman" w:hAnsi="Times New Roman"/>
        </w:rPr>
        <w:br w:type="page"/>
      </w:r>
    </w:p>
    <w:p w14:paraId="389C6046" w14:textId="0D7BE2B4" w:rsidR="00A1363E" w:rsidRPr="00C85550" w:rsidRDefault="00A1363E" w:rsidP="00A1363E">
      <w:pPr>
        <w:rPr>
          <w:rFonts w:ascii="Times New Roman" w:hAnsi="Times New Roman"/>
        </w:rPr>
      </w:pPr>
      <w:r w:rsidRPr="00C85550">
        <w:rPr>
          <w:rFonts w:ascii="Times New Roman" w:hAnsi="Times New Roman"/>
          <w:b/>
        </w:rPr>
        <w:lastRenderedPageBreak/>
        <w:t>Table S8.</w:t>
      </w:r>
      <w:r w:rsidRPr="00C85550">
        <w:rPr>
          <w:rFonts w:ascii="Times New Roman" w:hAnsi="Times New Roman"/>
        </w:rPr>
        <w:t xml:space="preserve"> Hydrogen bond parameters in the crystal structure of </w:t>
      </w:r>
      <w:r w:rsidR="005E3A48" w:rsidRPr="00C85550">
        <w:rPr>
          <w:rFonts w:ascii="Times New Roman" w:hAnsi="Times New Roman"/>
          <w:b/>
        </w:rPr>
        <w:t xml:space="preserve">1a, 2a, 3a </w:t>
      </w:r>
      <w:r w:rsidR="005E3A48" w:rsidRPr="00C85550">
        <w:rPr>
          <w:rFonts w:ascii="Times New Roman" w:hAnsi="Times New Roman"/>
        </w:rPr>
        <w:t>and</w:t>
      </w:r>
      <w:r w:rsidR="005E3A48" w:rsidRPr="00C85550">
        <w:rPr>
          <w:rFonts w:ascii="Times New Roman" w:hAnsi="Times New Roman"/>
          <w:b/>
        </w:rPr>
        <w:t xml:space="preserv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81"/>
        <w:gridCol w:w="1087"/>
        <w:gridCol w:w="1134"/>
        <w:gridCol w:w="1418"/>
        <w:gridCol w:w="2111"/>
      </w:tblGrid>
      <w:tr w:rsidR="00A1363E" w:rsidRPr="00C85550" w14:paraId="6F81FF78" w14:textId="77777777" w:rsidTr="00B520E7">
        <w:trPr>
          <w:trHeight w:val="283"/>
        </w:trPr>
        <w:tc>
          <w:tcPr>
            <w:tcW w:w="8624" w:type="dxa"/>
            <w:gridSpan w:val="6"/>
            <w:vAlign w:val="center"/>
          </w:tcPr>
          <w:p w14:paraId="622639BD" w14:textId="77777777" w:rsidR="00A1363E" w:rsidRPr="00C85550" w:rsidRDefault="00A1363E" w:rsidP="00B520E7">
            <w:pPr>
              <w:jc w:val="center"/>
              <w:rPr>
                <w:rFonts w:ascii="Times New Roman" w:hAnsi="Times New Roman"/>
              </w:rPr>
            </w:pPr>
            <w:r w:rsidRPr="00C85550">
              <w:rPr>
                <w:rFonts w:ascii="Times New Roman" w:hAnsi="Times New Roman"/>
                <w:b/>
              </w:rPr>
              <w:t>1a</w:t>
            </w:r>
          </w:p>
        </w:tc>
      </w:tr>
      <w:tr w:rsidR="00A1363E" w:rsidRPr="00C85550" w14:paraId="1BBF4DDA" w14:textId="77777777" w:rsidTr="00B520E7">
        <w:trPr>
          <w:trHeight w:val="283"/>
        </w:trPr>
        <w:tc>
          <w:tcPr>
            <w:tcW w:w="1693" w:type="dxa"/>
            <w:vAlign w:val="center"/>
          </w:tcPr>
          <w:p w14:paraId="69328970"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81" w:type="dxa"/>
            <w:vAlign w:val="center"/>
          </w:tcPr>
          <w:p w14:paraId="52CF8ECA"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087" w:type="dxa"/>
            <w:vAlign w:val="center"/>
          </w:tcPr>
          <w:p w14:paraId="7FA5B3F2"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134" w:type="dxa"/>
            <w:vAlign w:val="center"/>
          </w:tcPr>
          <w:p w14:paraId="12F53F95"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418" w:type="dxa"/>
            <w:vAlign w:val="center"/>
          </w:tcPr>
          <w:p w14:paraId="6594E38F"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11" w:type="dxa"/>
            <w:vAlign w:val="center"/>
          </w:tcPr>
          <w:p w14:paraId="1BEADA24"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029B3F91" w14:textId="77777777" w:rsidTr="00B520E7">
        <w:trPr>
          <w:trHeight w:val="283"/>
        </w:trPr>
        <w:tc>
          <w:tcPr>
            <w:tcW w:w="1693" w:type="dxa"/>
            <w:vAlign w:val="center"/>
          </w:tcPr>
          <w:p w14:paraId="151A7592" w14:textId="77777777" w:rsidR="00A1363E" w:rsidRPr="00C85550" w:rsidRDefault="00A1363E" w:rsidP="00B520E7">
            <w:pPr>
              <w:rPr>
                <w:rFonts w:ascii="Times New Roman" w:hAnsi="Times New Roman"/>
              </w:rPr>
            </w:pPr>
            <w:r w:rsidRPr="00C85550">
              <w:rPr>
                <w:rFonts w:ascii="Times New Roman" w:hAnsi="Times New Roman"/>
                <w:sz w:val="20"/>
              </w:rPr>
              <w:t>O6–H6···N3</w:t>
            </w:r>
          </w:p>
        </w:tc>
        <w:tc>
          <w:tcPr>
            <w:tcW w:w="1181" w:type="dxa"/>
            <w:vAlign w:val="center"/>
          </w:tcPr>
          <w:p w14:paraId="331D1F8E" w14:textId="77777777" w:rsidR="00A1363E" w:rsidRPr="00C85550" w:rsidRDefault="00A1363E" w:rsidP="00B520E7">
            <w:pPr>
              <w:rPr>
                <w:rFonts w:ascii="Times New Roman" w:hAnsi="Times New Roman"/>
              </w:rPr>
            </w:pPr>
            <w:r w:rsidRPr="00C85550">
              <w:rPr>
                <w:rFonts w:ascii="Times New Roman" w:hAnsi="Times New Roman"/>
                <w:sz w:val="20"/>
              </w:rPr>
              <w:t>0.88(3)</w:t>
            </w:r>
          </w:p>
        </w:tc>
        <w:tc>
          <w:tcPr>
            <w:tcW w:w="1087" w:type="dxa"/>
            <w:vAlign w:val="center"/>
          </w:tcPr>
          <w:p w14:paraId="7F50694B" w14:textId="77777777" w:rsidR="00A1363E" w:rsidRPr="00C85550" w:rsidRDefault="00A1363E" w:rsidP="00B520E7">
            <w:pPr>
              <w:rPr>
                <w:rFonts w:ascii="Times New Roman" w:hAnsi="Times New Roman"/>
              </w:rPr>
            </w:pPr>
            <w:r w:rsidRPr="00C85550">
              <w:rPr>
                <w:rFonts w:ascii="Times New Roman" w:hAnsi="Times New Roman"/>
                <w:sz w:val="20"/>
              </w:rPr>
              <w:t>1.82(3)</w:t>
            </w:r>
          </w:p>
        </w:tc>
        <w:tc>
          <w:tcPr>
            <w:tcW w:w="1134" w:type="dxa"/>
            <w:vAlign w:val="center"/>
          </w:tcPr>
          <w:p w14:paraId="4AE452DD" w14:textId="77777777" w:rsidR="00A1363E" w:rsidRPr="00C85550" w:rsidRDefault="00A1363E" w:rsidP="00B520E7">
            <w:pPr>
              <w:rPr>
                <w:rFonts w:ascii="Times New Roman" w:hAnsi="Times New Roman"/>
              </w:rPr>
            </w:pPr>
            <w:r w:rsidRPr="00C85550">
              <w:rPr>
                <w:rFonts w:ascii="Times New Roman" w:hAnsi="Times New Roman"/>
                <w:sz w:val="20"/>
              </w:rPr>
              <w:t>2.677(4)</w:t>
            </w:r>
          </w:p>
        </w:tc>
        <w:tc>
          <w:tcPr>
            <w:tcW w:w="1418" w:type="dxa"/>
            <w:vAlign w:val="center"/>
          </w:tcPr>
          <w:p w14:paraId="344BC26D" w14:textId="77777777" w:rsidR="00A1363E" w:rsidRPr="00C85550" w:rsidRDefault="00A1363E" w:rsidP="00B520E7">
            <w:pPr>
              <w:rPr>
                <w:rFonts w:ascii="Times New Roman" w:hAnsi="Times New Roman"/>
              </w:rPr>
            </w:pPr>
            <w:r w:rsidRPr="00C85550">
              <w:rPr>
                <w:rFonts w:ascii="Times New Roman" w:hAnsi="Times New Roman"/>
                <w:sz w:val="20"/>
              </w:rPr>
              <w:t>163(3)</w:t>
            </w:r>
          </w:p>
        </w:tc>
        <w:tc>
          <w:tcPr>
            <w:tcW w:w="2111" w:type="dxa"/>
            <w:vAlign w:val="center"/>
          </w:tcPr>
          <w:p w14:paraId="596E96C7"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4410967C" w14:textId="77777777" w:rsidTr="00B520E7">
        <w:trPr>
          <w:trHeight w:val="283"/>
        </w:trPr>
        <w:tc>
          <w:tcPr>
            <w:tcW w:w="1693" w:type="dxa"/>
            <w:vAlign w:val="center"/>
          </w:tcPr>
          <w:p w14:paraId="18E2470A" w14:textId="77777777" w:rsidR="00A1363E" w:rsidRPr="00C85550" w:rsidRDefault="00A1363E" w:rsidP="00B520E7">
            <w:pPr>
              <w:rPr>
                <w:rFonts w:ascii="Times New Roman" w:hAnsi="Times New Roman"/>
              </w:rPr>
            </w:pPr>
            <w:r w:rsidRPr="00C85550">
              <w:rPr>
                <w:rFonts w:ascii="Times New Roman" w:hAnsi="Times New Roman"/>
                <w:sz w:val="20"/>
              </w:rPr>
              <w:t>C1–H1···O4</w:t>
            </w:r>
          </w:p>
        </w:tc>
        <w:tc>
          <w:tcPr>
            <w:tcW w:w="1181" w:type="dxa"/>
            <w:vAlign w:val="center"/>
          </w:tcPr>
          <w:p w14:paraId="3BCC084D"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1D674F43" w14:textId="77777777" w:rsidR="00A1363E" w:rsidRPr="00C85550" w:rsidRDefault="00A1363E" w:rsidP="00B520E7">
            <w:pPr>
              <w:rPr>
                <w:rFonts w:ascii="Times New Roman" w:hAnsi="Times New Roman"/>
              </w:rPr>
            </w:pPr>
            <w:r w:rsidRPr="00C85550">
              <w:rPr>
                <w:rFonts w:ascii="Times New Roman" w:hAnsi="Times New Roman"/>
                <w:sz w:val="20"/>
              </w:rPr>
              <w:t>2.37</w:t>
            </w:r>
          </w:p>
        </w:tc>
        <w:tc>
          <w:tcPr>
            <w:tcW w:w="1134" w:type="dxa"/>
            <w:vAlign w:val="center"/>
          </w:tcPr>
          <w:p w14:paraId="1F58764A" w14:textId="77777777" w:rsidR="00A1363E" w:rsidRPr="00C85550" w:rsidRDefault="00A1363E" w:rsidP="00B520E7">
            <w:pPr>
              <w:rPr>
                <w:rFonts w:ascii="Times New Roman" w:hAnsi="Times New Roman"/>
              </w:rPr>
            </w:pPr>
            <w:r w:rsidRPr="00C85550">
              <w:rPr>
                <w:rFonts w:ascii="Times New Roman" w:hAnsi="Times New Roman"/>
                <w:sz w:val="20"/>
              </w:rPr>
              <w:t>3.307(4)</w:t>
            </w:r>
          </w:p>
        </w:tc>
        <w:tc>
          <w:tcPr>
            <w:tcW w:w="1418" w:type="dxa"/>
            <w:vAlign w:val="center"/>
          </w:tcPr>
          <w:p w14:paraId="1FBEAA29" w14:textId="77777777" w:rsidR="00A1363E" w:rsidRPr="00C85550" w:rsidRDefault="00A1363E" w:rsidP="00B520E7">
            <w:pPr>
              <w:rPr>
                <w:rFonts w:ascii="Times New Roman" w:hAnsi="Times New Roman"/>
              </w:rPr>
            </w:pPr>
            <w:r w:rsidRPr="00C85550">
              <w:rPr>
                <w:rFonts w:ascii="Times New Roman" w:hAnsi="Times New Roman"/>
                <w:sz w:val="20"/>
              </w:rPr>
              <w:t>170</w:t>
            </w:r>
          </w:p>
        </w:tc>
        <w:tc>
          <w:tcPr>
            <w:tcW w:w="2111" w:type="dxa"/>
            <w:vAlign w:val="center"/>
          </w:tcPr>
          <w:p w14:paraId="70929FFD"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36D12C2A" w14:textId="77777777" w:rsidTr="00B520E7">
        <w:trPr>
          <w:trHeight w:val="283"/>
        </w:trPr>
        <w:tc>
          <w:tcPr>
            <w:tcW w:w="1693" w:type="dxa"/>
            <w:vAlign w:val="center"/>
          </w:tcPr>
          <w:p w14:paraId="4B69EA57" w14:textId="77777777" w:rsidR="00A1363E" w:rsidRPr="00C85550" w:rsidRDefault="00A1363E" w:rsidP="00B520E7">
            <w:pPr>
              <w:rPr>
                <w:rFonts w:ascii="Times New Roman" w:hAnsi="Times New Roman"/>
              </w:rPr>
            </w:pPr>
            <w:r w:rsidRPr="00C85550">
              <w:rPr>
                <w:rFonts w:ascii="Times New Roman" w:hAnsi="Times New Roman"/>
                <w:sz w:val="20"/>
              </w:rPr>
              <w:t>C6–H6A···O5</w:t>
            </w:r>
          </w:p>
        </w:tc>
        <w:tc>
          <w:tcPr>
            <w:tcW w:w="1181" w:type="dxa"/>
            <w:vAlign w:val="center"/>
          </w:tcPr>
          <w:p w14:paraId="394FD689"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46E611D2" w14:textId="77777777" w:rsidR="00A1363E" w:rsidRPr="00C85550" w:rsidRDefault="00A1363E" w:rsidP="00B520E7">
            <w:pPr>
              <w:rPr>
                <w:rFonts w:ascii="Times New Roman" w:hAnsi="Times New Roman"/>
              </w:rPr>
            </w:pPr>
            <w:r w:rsidRPr="00C85550">
              <w:rPr>
                <w:rFonts w:ascii="Times New Roman" w:hAnsi="Times New Roman"/>
                <w:sz w:val="20"/>
              </w:rPr>
              <w:t>2.50</w:t>
            </w:r>
          </w:p>
        </w:tc>
        <w:tc>
          <w:tcPr>
            <w:tcW w:w="1134" w:type="dxa"/>
            <w:vAlign w:val="center"/>
          </w:tcPr>
          <w:p w14:paraId="03468D25" w14:textId="77777777" w:rsidR="00A1363E" w:rsidRPr="00C85550" w:rsidRDefault="00A1363E" w:rsidP="00B520E7">
            <w:pPr>
              <w:rPr>
                <w:rFonts w:ascii="Times New Roman" w:hAnsi="Times New Roman"/>
              </w:rPr>
            </w:pPr>
            <w:r w:rsidRPr="00C85550">
              <w:rPr>
                <w:rFonts w:ascii="Times New Roman" w:hAnsi="Times New Roman"/>
                <w:sz w:val="20"/>
              </w:rPr>
              <w:t>3.409(4)</w:t>
            </w:r>
          </w:p>
        </w:tc>
        <w:tc>
          <w:tcPr>
            <w:tcW w:w="1418" w:type="dxa"/>
            <w:vAlign w:val="center"/>
          </w:tcPr>
          <w:p w14:paraId="44A16E7A" w14:textId="77777777" w:rsidR="00A1363E" w:rsidRPr="00C85550" w:rsidRDefault="00A1363E" w:rsidP="00B520E7">
            <w:pPr>
              <w:rPr>
                <w:rFonts w:ascii="Times New Roman" w:hAnsi="Times New Roman"/>
              </w:rPr>
            </w:pPr>
            <w:r w:rsidRPr="00C85550">
              <w:rPr>
                <w:rFonts w:ascii="Times New Roman" w:hAnsi="Times New Roman"/>
                <w:sz w:val="20"/>
              </w:rPr>
              <w:t>159</w:t>
            </w:r>
          </w:p>
        </w:tc>
        <w:tc>
          <w:tcPr>
            <w:tcW w:w="2111" w:type="dxa"/>
            <w:vAlign w:val="center"/>
          </w:tcPr>
          <w:p w14:paraId="00181458"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w:t>
            </w:r>
            <w:r w:rsidRPr="00C85550">
              <w:rPr>
                <w:rFonts w:ascii="Times New Roman" w:hAnsi="Times New Roman"/>
                <w:i/>
                <w:sz w:val="20"/>
              </w:rPr>
              <w:t>y</w:t>
            </w:r>
            <w:r w:rsidRPr="00C85550">
              <w:rPr>
                <w:rFonts w:ascii="Times New Roman" w:hAnsi="Times New Roman"/>
                <w:sz w:val="20"/>
              </w:rPr>
              <w:t>, –</w:t>
            </w:r>
            <w:r w:rsidRPr="00C85550">
              <w:rPr>
                <w:rFonts w:ascii="Times New Roman" w:hAnsi="Times New Roman"/>
                <w:i/>
                <w:sz w:val="20"/>
              </w:rPr>
              <w:t>z</w:t>
            </w:r>
          </w:p>
        </w:tc>
      </w:tr>
      <w:tr w:rsidR="00A1363E" w:rsidRPr="00C85550" w14:paraId="50D3B6E2" w14:textId="77777777" w:rsidTr="00B520E7">
        <w:trPr>
          <w:trHeight w:val="283"/>
        </w:trPr>
        <w:tc>
          <w:tcPr>
            <w:tcW w:w="1693" w:type="dxa"/>
            <w:vAlign w:val="center"/>
          </w:tcPr>
          <w:p w14:paraId="119829F1" w14:textId="77777777" w:rsidR="00A1363E" w:rsidRPr="00C85550" w:rsidRDefault="00A1363E" w:rsidP="00B520E7">
            <w:pPr>
              <w:rPr>
                <w:rFonts w:ascii="Times New Roman" w:hAnsi="Times New Roman"/>
              </w:rPr>
            </w:pPr>
            <w:r w:rsidRPr="00C85550">
              <w:rPr>
                <w:rFonts w:ascii="Times New Roman" w:hAnsi="Times New Roman"/>
                <w:sz w:val="20"/>
              </w:rPr>
              <w:t>C10–H10···O3</w:t>
            </w:r>
          </w:p>
        </w:tc>
        <w:tc>
          <w:tcPr>
            <w:tcW w:w="1181" w:type="dxa"/>
            <w:vAlign w:val="center"/>
          </w:tcPr>
          <w:p w14:paraId="158DCC22"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7BDCF60F" w14:textId="77777777" w:rsidR="00A1363E" w:rsidRPr="00C85550" w:rsidRDefault="00A1363E" w:rsidP="00B520E7">
            <w:pPr>
              <w:rPr>
                <w:rFonts w:ascii="Times New Roman" w:hAnsi="Times New Roman"/>
              </w:rPr>
            </w:pPr>
            <w:r w:rsidRPr="00C85550">
              <w:rPr>
                <w:rFonts w:ascii="Times New Roman" w:hAnsi="Times New Roman"/>
                <w:sz w:val="20"/>
              </w:rPr>
              <w:t>2.41</w:t>
            </w:r>
          </w:p>
        </w:tc>
        <w:tc>
          <w:tcPr>
            <w:tcW w:w="1134" w:type="dxa"/>
            <w:vAlign w:val="center"/>
          </w:tcPr>
          <w:p w14:paraId="66D8A91D" w14:textId="77777777" w:rsidR="00A1363E" w:rsidRPr="00C85550" w:rsidRDefault="00A1363E" w:rsidP="00B520E7">
            <w:pPr>
              <w:rPr>
                <w:rFonts w:ascii="Times New Roman" w:hAnsi="Times New Roman"/>
              </w:rPr>
            </w:pPr>
            <w:r w:rsidRPr="00C85550">
              <w:rPr>
                <w:rFonts w:ascii="Times New Roman" w:hAnsi="Times New Roman"/>
                <w:sz w:val="20"/>
              </w:rPr>
              <w:t>3.319(3)</w:t>
            </w:r>
          </w:p>
        </w:tc>
        <w:tc>
          <w:tcPr>
            <w:tcW w:w="1418" w:type="dxa"/>
            <w:vAlign w:val="center"/>
          </w:tcPr>
          <w:p w14:paraId="20DCAD8E" w14:textId="77777777" w:rsidR="00A1363E" w:rsidRPr="00C85550" w:rsidRDefault="00A1363E" w:rsidP="00B520E7">
            <w:pPr>
              <w:rPr>
                <w:rFonts w:ascii="Times New Roman" w:hAnsi="Times New Roman"/>
              </w:rPr>
            </w:pPr>
            <w:r w:rsidRPr="00C85550">
              <w:rPr>
                <w:rFonts w:ascii="Times New Roman" w:hAnsi="Times New Roman"/>
                <w:sz w:val="20"/>
              </w:rPr>
              <w:t>161</w:t>
            </w:r>
          </w:p>
        </w:tc>
        <w:tc>
          <w:tcPr>
            <w:tcW w:w="2111" w:type="dxa"/>
            <w:vAlign w:val="center"/>
          </w:tcPr>
          <w:p w14:paraId="4CFAE944"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3/2–</w:t>
            </w:r>
            <w:r w:rsidRPr="00C85550">
              <w:rPr>
                <w:rFonts w:ascii="Times New Roman" w:hAnsi="Times New Roman"/>
                <w:i/>
                <w:sz w:val="20"/>
              </w:rPr>
              <w:t>z</w:t>
            </w:r>
          </w:p>
        </w:tc>
      </w:tr>
      <w:tr w:rsidR="00A1363E" w:rsidRPr="00C85550" w14:paraId="7B4C894B" w14:textId="77777777" w:rsidTr="00B520E7">
        <w:trPr>
          <w:trHeight w:val="283"/>
        </w:trPr>
        <w:tc>
          <w:tcPr>
            <w:tcW w:w="8624" w:type="dxa"/>
            <w:gridSpan w:val="6"/>
            <w:vAlign w:val="center"/>
          </w:tcPr>
          <w:p w14:paraId="651BEC7E" w14:textId="77777777" w:rsidR="00A1363E" w:rsidRPr="00C85550" w:rsidRDefault="00A1363E" w:rsidP="00B520E7">
            <w:pPr>
              <w:jc w:val="center"/>
              <w:rPr>
                <w:rFonts w:ascii="Times New Roman" w:hAnsi="Times New Roman"/>
                <w:i/>
                <w:sz w:val="20"/>
              </w:rPr>
            </w:pPr>
            <w:r w:rsidRPr="00C85550">
              <w:rPr>
                <w:rFonts w:ascii="Times New Roman" w:hAnsi="Times New Roman"/>
                <w:b/>
              </w:rPr>
              <w:t>2a</w:t>
            </w:r>
          </w:p>
        </w:tc>
      </w:tr>
      <w:tr w:rsidR="00A1363E" w:rsidRPr="00C85550" w14:paraId="3525D558" w14:textId="77777777" w:rsidTr="00B520E7">
        <w:trPr>
          <w:trHeight w:val="283"/>
        </w:trPr>
        <w:tc>
          <w:tcPr>
            <w:tcW w:w="1693" w:type="dxa"/>
            <w:vAlign w:val="center"/>
          </w:tcPr>
          <w:p w14:paraId="423BF530"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81" w:type="dxa"/>
            <w:vAlign w:val="center"/>
          </w:tcPr>
          <w:p w14:paraId="1139FE7E"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087" w:type="dxa"/>
            <w:vAlign w:val="center"/>
          </w:tcPr>
          <w:p w14:paraId="78E4E942"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134" w:type="dxa"/>
            <w:vAlign w:val="center"/>
          </w:tcPr>
          <w:p w14:paraId="00D57FBE"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418" w:type="dxa"/>
            <w:vAlign w:val="center"/>
          </w:tcPr>
          <w:p w14:paraId="19924BC1"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11" w:type="dxa"/>
            <w:vAlign w:val="center"/>
          </w:tcPr>
          <w:p w14:paraId="1C70F9A4"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13953E01" w14:textId="77777777" w:rsidTr="00B520E7">
        <w:trPr>
          <w:trHeight w:val="283"/>
        </w:trPr>
        <w:tc>
          <w:tcPr>
            <w:tcW w:w="1693" w:type="dxa"/>
            <w:vAlign w:val="center"/>
          </w:tcPr>
          <w:p w14:paraId="07765B1D" w14:textId="77777777" w:rsidR="00A1363E" w:rsidRPr="00C85550" w:rsidRDefault="00A1363E" w:rsidP="00B520E7">
            <w:pPr>
              <w:rPr>
                <w:rFonts w:ascii="Times New Roman" w:hAnsi="Times New Roman"/>
              </w:rPr>
            </w:pPr>
            <w:r w:rsidRPr="00C85550">
              <w:rPr>
                <w:rFonts w:ascii="Times New Roman" w:hAnsi="Times New Roman"/>
                <w:sz w:val="20"/>
              </w:rPr>
              <w:t>O6–H6···N3</w:t>
            </w:r>
          </w:p>
        </w:tc>
        <w:tc>
          <w:tcPr>
            <w:tcW w:w="1181" w:type="dxa"/>
            <w:vAlign w:val="center"/>
          </w:tcPr>
          <w:p w14:paraId="629223F7" w14:textId="77777777" w:rsidR="00A1363E" w:rsidRPr="00C85550" w:rsidRDefault="00A1363E" w:rsidP="00B520E7">
            <w:pPr>
              <w:rPr>
                <w:rFonts w:ascii="Times New Roman" w:hAnsi="Times New Roman"/>
              </w:rPr>
            </w:pPr>
            <w:r w:rsidRPr="00C85550">
              <w:rPr>
                <w:rFonts w:ascii="Times New Roman" w:hAnsi="Times New Roman"/>
                <w:sz w:val="20"/>
              </w:rPr>
              <w:t>0.88(11)</w:t>
            </w:r>
          </w:p>
        </w:tc>
        <w:tc>
          <w:tcPr>
            <w:tcW w:w="1087" w:type="dxa"/>
            <w:vAlign w:val="center"/>
          </w:tcPr>
          <w:p w14:paraId="1B7A944F" w14:textId="77777777" w:rsidR="00A1363E" w:rsidRPr="00C85550" w:rsidRDefault="00A1363E" w:rsidP="00B520E7">
            <w:pPr>
              <w:rPr>
                <w:rFonts w:ascii="Times New Roman" w:hAnsi="Times New Roman"/>
              </w:rPr>
            </w:pPr>
            <w:r w:rsidRPr="00C85550">
              <w:rPr>
                <w:rFonts w:ascii="Times New Roman" w:hAnsi="Times New Roman"/>
                <w:sz w:val="20"/>
              </w:rPr>
              <w:t>1.82(11)</w:t>
            </w:r>
          </w:p>
        </w:tc>
        <w:tc>
          <w:tcPr>
            <w:tcW w:w="1134" w:type="dxa"/>
            <w:vAlign w:val="center"/>
          </w:tcPr>
          <w:p w14:paraId="48986720" w14:textId="77777777" w:rsidR="00A1363E" w:rsidRPr="00C85550" w:rsidRDefault="00A1363E" w:rsidP="00B520E7">
            <w:pPr>
              <w:rPr>
                <w:rFonts w:ascii="Times New Roman" w:hAnsi="Times New Roman"/>
              </w:rPr>
            </w:pPr>
            <w:r w:rsidRPr="00C85550">
              <w:rPr>
                <w:rFonts w:ascii="Times New Roman" w:hAnsi="Times New Roman"/>
                <w:sz w:val="20"/>
              </w:rPr>
              <w:t>2.684(11)</w:t>
            </w:r>
          </w:p>
        </w:tc>
        <w:tc>
          <w:tcPr>
            <w:tcW w:w="1418" w:type="dxa"/>
            <w:vAlign w:val="center"/>
          </w:tcPr>
          <w:p w14:paraId="19B91AF5" w14:textId="77777777" w:rsidR="00A1363E" w:rsidRPr="00C85550" w:rsidRDefault="00A1363E" w:rsidP="00B520E7">
            <w:pPr>
              <w:rPr>
                <w:rFonts w:ascii="Times New Roman" w:hAnsi="Times New Roman"/>
              </w:rPr>
            </w:pPr>
            <w:r w:rsidRPr="00C85550">
              <w:rPr>
                <w:rFonts w:ascii="Times New Roman" w:hAnsi="Times New Roman"/>
                <w:sz w:val="20"/>
              </w:rPr>
              <w:t>168(9)</w:t>
            </w:r>
          </w:p>
        </w:tc>
        <w:tc>
          <w:tcPr>
            <w:tcW w:w="2111" w:type="dxa"/>
            <w:vAlign w:val="center"/>
          </w:tcPr>
          <w:p w14:paraId="6D4BE4CB"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43E7997E" w14:textId="77777777" w:rsidTr="00B520E7">
        <w:trPr>
          <w:trHeight w:val="283"/>
        </w:trPr>
        <w:tc>
          <w:tcPr>
            <w:tcW w:w="1693" w:type="dxa"/>
            <w:vAlign w:val="center"/>
          </w:tcPr>
          <w:p w14:paraId="5F786263" w14:textId="77777777" w:rsidR="00A1363E" w:rsidRPr="00C85550" w:rsidRDefault="00A1363E" w:rsidP="00B520E7">
            <w:pPr>
              <w:rPr>
                <w:rFonts w:ascii="Times New Roman" w:hAnsi="Times New Roman"/>
              </w:rPr>
            </w:pPr>
            <w:r w:rsidRPr="00C85550">
              <w:rPr>
                <w:rFonts w:ascii="Times New Roman" w:hAnsi="Times New Roman"/>
                <w:sz w:val="20"/>
              </w:rPr>
              <w:t>C1–H1···O4</w:t>
            </w:r>
          </w:p>
        </w:tc>
        <w:tc>
          <w:tcPr>
            <w:tcW w:w="1181" w:type="dxa"/>
            <w:vAlign w:val="center"/>
          </w:tcPr>
          <w:p w14:paraId="28634862"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03DC97F8" w14:textId="77777777" w:rsidR="00A1363E" w:rsidRPr="00C85550" w:rsidRDefault="00A1363E" w:rsidP="00B520E7">
            <w:pPr>
              <w:rPr>
                <w:rFonts w:ascii="Times New Roman" w:hAnsi="Times New Roman"/>
              </w:rPr>
            </w:pPr>
            <w:r w:rsidRPr="00C85550">
              <w:rPr>
                <w:rFonts w:ascii="Times New Roman" w:hAnsi="Times New Roman"/>
                <w:sz w:val="20"/>
              </w:rPr>
              <w:t>2.41</w:t>
            </w:r>
          </w:p>
        </w:tc>
        <w:tc>
          <w:tcPr>
            <w:tcW w:w="1134" w:type="dxa"/>
            <w:vAlign w:val="center"/>
          </w:tcPr>
          <w:p w14:paraId="40BEB9B2" w14:textId="77777777" w:rsidR="00A1363E" w:rsidRPr="00C85550" w:rsidRDefault="00A1363E" w:rsidP="00B520E7">
            <w:pPr>
              <w:rPr>
                <w:rFonts w:ascii="Times New Roman" w:hAnsi="Times New Roman"/>
              </w:rPr>
            </w:pPr>
            <w:r w:rsidRPr="00C85550">
              <w:rPr>
                <w:rFonts w:ascii="Times New Roman" w:hAnsi="Times New Roman"/>
                <w:sz w:val="20"/>
              </w:rPr>
              <w:t>3.319(12)</w:t>
            </w:r>
          </w:p>
        </w:tc>
        <w:tc>
          <w:tcPr>
            <w:tcW w:w="1418" w:type="dxa"/>
            <w:vAlign w:val="center"/>
          </w:tcPr>
          <w:p w14:paraId="6FE6A8C5" w14:textId="77777777" w:rsidR="00A1363E" w:rsidRPr="00C85550" w:rsidRDefault="00A1363E" w:rsidP="00B520E7">
            <w:pPr>
              <w:rPr>
                <w:rFonts w:ascii="Times New Roman" w:hAnsi="Times New Roman"/>
              </w:rPr>
            </w:pPr>
            <w:r w:rsidRPr="00C85550">
              <w:rPr>
                <w:rFonts w:ascii="Times New Roman" w:hAnsi="Times New Roman"/>
                <w:sz w:val="20"/>
              </w:rPr>
              <w:t>160</w:t>
            </w:r>
          </w:p>
        </w:tc>
        <w:tc>
          <w:tcPr>
            <w:tcW w:w="2111" w:type="dxa"/>
            <w:vAlign w:val="center"/>
          </w:tcPr>
          <w:p w14:paraId="7EE575DD"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2FD68BF8" w14:textId="77777777" w:rsidTr="00B520E7">
        <w:trPr>
          <w:trHeight w:val="283"/>
        </w:trPr>
        <w:tc>
          <w:tcPr>
            <w:tcW w:w="1693" w:type="dxa"/>
            <w:vAlign w:val="center"/>
          </w:tcPr>
          <w:p w14:paraId="26F85A81" w14:textId="77777777" w:rsidR="00A1363E" w:rsidRPr="00C85550" w:rsidRDefault="00A1363E" w:rsidP="00B520E7">
            <w:pPr>
              <w:rPr>
                <w:rFonts w:ascii="Times New Roman" w:hAnsi="Times New Roman"/>
              </w:rPr>
            </w:pPr>
            <w:r w:rsidRPr="00C85550">
              <w:rPr>
                <w:rFonts w:ascii="Times New Roman" w:hAnsi="Times New Roman"/>
                <w:sz w:val="20"/>
              </w:rPr>
              <w:t>C5–H5···O5</w:t>
            </w:r>
          </w:p>
        </w:tc>
        <w:tc>
          <w:tcPr>
            <w:tcW w:w="1181" w:type="dxa"/>
            <w:vAlign w:val="center"/>
          </w:tcPr>
          <w:p w14:paraId="20B4D7A3"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54C15AB6" w14:textId="77777777" w:rsidR="00A1363E" w:rsidRPr="00C85550" w:rsidRDefault="00A1363E" w:rsidP="00B520E7">
            <w:pPr>
              <w:rPr>
                <w:rFonts w:ascii="Times New Roman" w:hAnsi="Times New Roman"/>
              </w:rPr>
            </w:pPr>
            <w:r w:rsidRPr="00C85550">
              <w:rPr>
                <w:rFonts w:ascii="Times New Roman" w:hAnsi="Times New Roman"/>
                <w:sz w:val="20"/>
              </w:rPr>
              <w:t>2.35</w:t>
            </w:r>
          </w:p>
        </w:tc>
        <w:tc>
          <w:tcPr>
            <w:tcW w:w="1134" w:type="dxa"/>
            <w:vAlign w:val="center"/>
          </w:tcPr>
          <w:p w14:paraId="18C1D16F" w14:textId="77777777" w:rsidR="00A1363E" w:rsidRPr="00C85550" w:rsidRDefault="00A1363E" w:rsidP="00B520E7">
            <w:pPr>
              <w:rPr>
                <w:rFonts w:ascii="Times New Roman" w:hAnsi="Times New Roman"/>
              </w:rPr>
            </w:pPr>
            <w:r w:rsidRPr="00C85550">
              <w:rPr>
                <w:rFonts w:ascii="Times New Roman" w:hAnsi="Times New Roman"/>
                <w:sz w:val="20"/>
              </w:rPr>
              <w:t>3.225(12)</w:t>
            </w:r>
          </w:p>
        </w:tc>
        <w:tc>
          <w:tcPr>
            <w:tcW w:w="1418" w:type="dxa"/>
            <w:vAlign w:val="center"/>
          </w:tcPr>
          <w:p w14:paraId="5E8C5694" w14:textId="77777777" w:rsidR="00A1363E" w:rsidRPr="00C85550" w:rsidRDefault="00A1363E" w:rsidP="00B520E7">
            <w:pPr>
              <w:rPr>
                <w:rFonts w:ascii="Times New Roman" w:hAnsi="Times New Roman"/>
              </w:rPr>
            </w:pPr>
            <w:r w:rsidRPr="00C85550">
              <w:rPr>
                <w:rFonts w:ascii="Times New Roman" w:hAnsi="Times New Roman"/>
                <w:sz w:val="20"/>
              </w:rPr>
              <w:t>153</w:t>
            </w:r>
          </w:p>
        </w:tc>
        <w:tc>
          <w:tcPr>
            <w:tcW w:w="2111" w:type="dxa"/>
            <w:vAlign w:val="center"/>
          </w:tcPr>
          <w:p w14:paraId="48E26201"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2–</w:t>
            </w:r>
            <w:r w:rsidRPr="00C85550">
              <w:rPr>
                <w:rFonts w:ascii="Times New Roman" w:hAnsi="Times New Roman"/>
                <w:i/>
                <w:sz w:val="20"/>
              </w:rPr>
              <w:t>z</w:t>
            </w:r>
          </w:p>
        </w:tc>
      </w:tr>
      <w:tr w:rsidR="00A1363E" w:rsidRPr="00C85550" w14:paraId="387E8848" w14:textId="77777777" w:rsidTr="00B520E7">
        <w:trPr>
          <w:trHeight w:val="283"/>
        </w:trPr>
        <w:tc>
          <w:tcPr>
            <w:tcW w:w="1693" w:type="dxa"/>
            <w:vAlign w:val="center"/>
          </w:tcPr>
          <w:p w14:paraId="54C46722" w14:textId="77777777" w:rsidR="00A1363E" w:rsidRPr="00C85550" w:rsidRDefault="00A1363E" w:rsidP="00B520E7">
            <w:pPr>
              <w:rPr>
                <w:rFonts w:ascii="Times New Roman" w:hAnsi="Times New Roman"/>
              </w:rPr>
            </w:pPr>
            <w:r w:rsidRPr="00C85550">
              <w:rPr>
                <w:rFonts w:ascii="Times New Roman" w:hAnsi="Times New Roman"/>
                <w:sz w:val="20"/>
              </w:rPr>
              <w:t>C11–H11···O4</w:t>
            </w:r>
          </w:p>
        </w:tc>
        <w:tc>
          <w:tcPr>
            <w:tcW w:w="1181" w:type="dxa"/>
            <w:vAlign w:val="center"/>
          </w:tcPr>
          <w:p w14:paraId="0DB56C7B"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040F5818" w14:textId="77777777" w:rsidR="00A1363E" w:rsidRPr="00C85550" w:rsidRDefault="00A1363E" w:rsidP="00B520E7">
            <w:pPr>
              <w:rPr>
                <w:rFonts w:ascii="Times New Roman" w:hAnsi="Times New Roman"/>
              </w:rPr>
            </w:pPr>
            <w:r w:rsidRPr="00C85550">
              <w:rPr>
                <w:rFonts w:ascii="Times New Roman" w:hAnsi="Times New Roman"/>
                <w:sz w:val="20"/>
              </w:rPr>
              <w:t>2.55</w:t>
            </w:r>
          </w:p>
        </w:tc>
        <w:tc>
          <w:tcPr>
            <w:tcW w:w="1134" w:type="dxa"/>
            <w:vAlign w:val="center"/>
          </w:tcPr>
          <w:p w14:paraId="5BB3470A" w14:textId="77777777" w:rsidR="00A1363E" w:rsidRPr="00C85550" w:rsidRDefault="00A1363E" w:rsidP="00B520E7">
            <w:pPr>
              <w:rPr>
                <w:rFonts w:ascii="Times New Roman" w:hAnsi="Times New Roman"/>
              </w:rPr>
            </w:pPr>
            <w:r w:rsidRPr="00C85550">
              <w:rPr>
                <w:rFonts w:ascii="Times New Roman" w:hAnsi="Times New Roman"/>
                <w:sz w:val="20"/>
              </w:rPr>
              <w:t>3.303(11)</w:t>
            </w:r>
          </w:p>
        </w:tc>
        <w:tc>
          <w:tcPr>
            <w:tcW w:w="1418" w:type="dxa"/>
            <w:vAlign w:val="center"/>
          </w:tcPr>
          <w:p w14:paraId="07B93EED" w14:textId="77777777" w:rsidR="00A1363E" w:rsidRPr="00C85550" w:rsidRDefault="00A1363E" w:rsidP="00B520E7">
            <w:pPr>
              <w:rPr>
                <w:rFonts w:ascii="Times New Roman" w:hAnsi="Times New Roman"/>
              </w:rPr>
            </w:pPr>
            <w:r w:rsidRPr="00C85550">
              <w:rPr>
                <w:rFonts w:ascii="Times New Roman" w:hAnsi="Times New Roman"/>
                <w:sz w:val="20"/>
              </w:rPr>
              <w:t>136</w:t>
            </w:r>
          </w:p>
        </w:tc>
        <w:tc>
          <w:tcPr>
            <w:tcW w:w="2111" w:type="dxa"/>
            <w:vAlign w:val="center"/>
          </w:tcPr>
          <w:p w14:paraId="68AFB9FA"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xml:space="preserve">, </w:t>
            </w:r>
            <w:r w:rsidRPr="00C85550">
              <w:rPr>
                <w:rFonts w:ascii="Times New Roman" w:hAnsi="Times New Roman"/>
                <w:i/>
                <w:sz w:val="20"/>
              </w:rPr>
              <w:t>y</w:t>
            </w:r>
            <w:r w:rsidRPr="00C85550">
              <w:rPr>
                <w:rFonts w:ascii="Times New Roman" w:hAnsi="Times New Roman"/>
                <w:sz w:val="20"/>
              </w:rPr>
              <w:t>, –1+</w:t>
            </w:r>
            <w:r w:rsidRPr="00C85550">
              <w:rPr>
                <w:rFonts w:ascii="Times New Roman" w:hAnsi="Times New Roman"/>
                <w:i/>
                <w:sz w:val="20"/>
              </w:rPr>
              <w:t>z</w:t>
            </w:r>
          </w:p>
        </w:tc>
      </w:tr>
      <w:tr w:rsidR="00A1363E" w:rsidRPr="00C85550" w14:paraId="3037CF73" w14:textId="77777777" w:rsidTr="00B520E7">
        <w:trPr>
          <w:trHeight w:val="283"/>
        </w:trPr>
        <w:tc>
          <w:tcPr>
            <w:tcW w:w="1693" w:type="dxa"/>
            <w:vAlign w:val="center"/>
          </w:tcPr>
          <w:p w14:paraId="693F118A" w14:textId="77777777" w:rsidR="00A1363E" w:rsidRPr="00C85550" w:rsidRDefault="00A1363E" w:rsidP="00B520E7">
            <w:pPr>
              <w:rPr>
                <w:rFonts w:ascii="Times New Roman" w:hAnsi="Times New Roman"/>
              </w:rPr>
            </w:pPr>
            <w:r w:rsidRPr="00C85550">
              <w:rPr>
                <w:rFonts w:ascii="Times New Roman" w:hAnsi="Times New Roman"/>
                <w:sz w:val="20"/>
              </w:rPr>
              <w:t>C14–H14C···O5</w:t>
            </w:r>
          </w:p>
        </w:tc>
        <w:tc>
          <w:tcPr>
            <w:tcW w:w="1181" w:type="dxa"/>
            <w:vAlign w:val="center"/>
          </w:tcPr>
          <w:p w14:paraId="3390BDBD" w14:textId="77777777" w:rsidR="00A1363E" w:rsidRPr="00C85550" w:rsidRDefault="00A1363E" w:rsidP="00B520E7">
            <w:pPr>
              <w:rPr>
                <w:rFonts w:ascii="Times New Roman" w:hAnsi="Times New Roman"/>
              </w:rPr>
            </w:pPr>
            <w:r w:rsidRPr="00C85550">
              <w:rPr>
                <w:rFonts w:ascii="Times New Roman" w:hAnsi="Times New Roman"/>
                <w:sz w:val="20"/>
              </w:rPr>
              <w:t>0.98</w:t>
            </w:r>
          </w:p>
        </w:tc>
        <w:tc>
          <w:tcPr>
            <w:tcW w:w="1087" w:type="dxa"/>
            <w:vAlign w:val="center"/>
          </w:tcPr>
          <w:p w14:paraId="52CBD6FF" w14:textId="77777777" w:rsidR="00A1363E" w:rsidRPr="00C85550" w:rsidRDefault="00A1363E" w:rsidP="00B520E7">
            <w:pPr>
              <w:rPr>
                <w:rFonts w:ascii="Times New Roman" w:hAnsi="Times New Roman"/>
              </w:rPr>
            </w:pPr>
            <w:r w:rsidRPr="00C85550">
              <w:rPr>
                <w:rFonts w:ascii="Times New Roman" w:hAnsi="Times New Roman"/>
                <w:sz w:val="20"/>
              </w:rPr>
              <w:t>2.55</w:t>
            </w:r>
          </w:p>
        </w:tc>
        <w:tc>
          <w:tcPr>
            <w:tcW w:w="1134" w:type="dxa"/>
            <w:vAlign w:val="center"/>
          </w:tcPr>
          <w:p w14:paraId="7103DE95" w14:textId="77777777" w:rsidR="00A1363E" w:rsidRPr="00C85550" w:rsidRDefault="00A1363E" w:rsidP="00B520E7">
            <w:pPr>
              <w:rPr>
                <w:rFonts w:ascii="Times New Roman" w:hAnsi="Times New Roman"/>
              </w:rPr>
            </w:pPr>
            <w:r w:rsidRPr="00C85550">
              <w:rPr>
                <w:rFonts w:ascii="Times New Roman" w:hAnsi="Times New Roman"/>
                <w:sz w:val="20"/>
              </w:rPr>
              <w:t>3.358(12)</w:t>
            </w:r>
          </w:p>
        </w:tc>
        <w:tc>
          <w:tcPr>
            <w:tcW w:w="1418" w:type="dxa"/>
            <w:vAlign w:val="center"/>
          </w:tcPr>
          <w:p w14:paraId="3C7EF430" w14:textId="77777777" w:rsidR="00A1363E" w:rsidRPr="00C85550" w:rsidRDefault="00A1363E" w:rsidP="00B520E7">
            <w:pPr>
              <w:rPr>
                <w:rFonts w:ascii="Times New Roman" w:hAnsi="Times New Roman"/>
              </w:rPr>
            </w:pPr>
            <w:r w:rsidRPr="00C85550">
              <w:rPr>
                <w:rFonts w:ascii="Times New Roman" w:hAnsi="Times New Roman"/>
                <w:sz w:val="20"/>
              </w:rPr>
              <w:t>140</w:t>
            </w:r>
          </w:p>
        </w:tc>
        <w:tc>
          <w:tcPr>
            <w:tcW w:w="2111" w:type="dxa"/>
            <w:vAlign w:val="center"/>
          </w:tcPr>
          <w:p w14:paraId="6D6AAB3A"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w:t>
            </w:r>
            <w:r w:rsidRPr="00C85550">
              <w:rPr>
                <w:rFonts w:ascii="Times New Roman" w:hAnsi="Times New Roman"/>
                <w:i/>
                <w:sz w:val="20"/>
              </w:rPr>
              <w:t>z</w:t>
            </w:r>
          </w:p>
        </w:tc>
      </w:tr>
      <w:tr w:rsidR="00A1363E" w:rsidRPr="00C85550" w14:paraId="6B9E3509" w14:textId="77777777" w:rsidTr="00B520E7">
        <w:trPr>
          <w:trHeight w:val="283"/>
        </w:trPr>
        <w:tc>
          <w:tcPr>
            <w:tcW w:w="8624" w:type="dxa"/>
            <w:gridSpan w:val="6"/>
            <w:vAlign w:val="center"/>
          </w:tcPr>
          <w:p w14:paraId="681E4086" w14:textId="77777777" w:rsidR="00A1363E" w:rsidRPr="00C85550" w:rsidRDefault="00A1363E" w:rsidP="00B520E7">
            <w:pPr>
              <w:jc w:val="center"/>
              <w:rPr>
                <w:rFonts w:ascii="Times New Roman" w:hAnsi="Times New Roman"/>
                <w:i/>
                <w:sz w:val="20"/>
              </w:rPr>
            </w:pPr>
            <w:r w:rsidRPr="00C85550">
              <w:rPr>
                <w:rFonts w:ascii="Times New Roman" w:hAnsi="Times New Roman"/>
                <w:b/>
              </w:rPr>
              <w:t>3a</w:t>
            </w:r>
          </w:p>
        </w:tc>
      </w:tr>
      <w:tr w:rsidR="00A1363E" w:rsidRPr="00C85550" w14:paraId="587F1088" w14:textId="77777777" w:rsidTr="00B520E7">
        <w:trPr>
          <w:trHeight w:val="283"/>
        </w:trPr>
        <w:tc>
          <w:tcPr>
            <w:tcW w:w="1693" w:type="dxa"/>
            <w:vAlign w:val="center"/>
          </w:tcPr>
          <w:p w14:paraId="2F658ABD"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81" w:type="dxa"/>
            <w:vAlign w:val="center"/>
          </w:tcPr>
          <w:p w14:paraId="658840DC"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087" w:type="dxa"/>
            <w:vAlign w:val="center"/>
          </w:tcPr>
          <w:p w14:paraId="372D2DB6"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134" w:type="dxa"/>
            <w:vAlign w:val="center"/>
          </w:tcPr>
          <w:p w14:paraId="5B3F6746"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418" w:type="dxa"/>
            <w:vAlign w:val="center"/>
          </w:tcPr>
          <w:p w14:paraId="2A69BF33"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11" w:type="dxa"/>
            <w:vAlign w:val="center"/>
          </w:tcPr>
          <w:p w14:paraId="35D8C80B"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5AA148BF" w14:textId="77777777" w:rsidTr="00B520E7">
        <w:trPr>
          <w:trHeight w:val="283"/>
        </w:trPr>
        <w:tc>
          <w:tcPr>
            <w:tcW w:w="1693" w:type="dxa"/>
            <w:vAlign w:val="center"/>
          </w:tcPr>
          <w:p w14:paraId="1DAA16A3" w14:textId="77777777" w:rsidR="00A1363E" w:rsidRPr="00C85550" w:rsidRDefault="00A1363E" w:rsidP="00B520E7">
            <w:pPr>
              <w:rPr>
                <w:rFonts w:ascii="Times New Roman" w:hAnsi="Times New Roman"/>
              </w:rPr>
            </w:pPr>
            <w:r w:rsidRPr="00C85550">
              <w:rPr>
                <w:rFonts w:ascii="Times New Roman" w:hAnsi="Times New Roman"/>
                <w:sz w:val="20"/>
              </w:rPr>
              <w:t>O6–H6···N3</w:t>
            </w:r>
          </w:p>
        </w:tc>
        <w:tc>
          <w:tcPr>
            <w:tcW w:w="1181" w:type="dxa"/>
            <w:vAlign w:val="center"/>
          </w:tcPr>
          <w:p w14:paraId="21332DE7" w14:textId="77777777" w:rsidR="00A1363E" w:rsidRPr="00C85550" w:rsidRDefault="00A1363E" w:rsidP="00B520E7">
            <w:pPr>
              <w:rPr>
                <w:rFonts w:ascii="Times New Roman" w:hAnsi="Times New Roman"/>
              </w:rPr>
            </w:pPr>
            <w:r w:rsidRPr="00C85550">
              <w:rPr>
                <w:rFonts w:ascii="Times New Roman" w:hAnsi="Times New Roman"/>
                <w:sz w:val="20"/>
              </w:rPr>
              <w:t>0.88(3)</w:t>
            </w:r>
          </w:p>
        </w:tc>
        <w:tc>
          <w:tcPr>
            <w:tcW w:w="1087" w:type="dxa"/>
            <w:vAlign w:val="center"/>
          </w:tcPr>
          <w:p w14:paraId="4374C3B8" w14:textId="77777777" w:rsidR="00A1363E" w:rsidRPr="00C85550" w:rsidRDefault="00A1363E" w:rsidP="00B520E7">
            <w:pPr>
              <w:rPr>
                <w:rFonts w:ascii="Times New Roman" w:hAnsi="Times New Roman"/>
              </w:rPr>
            </w:pPr>
            <w:r w:rsidRPr="00C85550">
              <w:rPr>
                <w:rFonts w:ascii="Times New Roman" w:hAnsi="Times New Roman"/>
                <w:sz w:val="20"/>
              </w:rPr>
              <w:t>1.82(3)</w:t>
            </w:r>
          </w:p>
        </w:tc>
        <w:tc>
          <w:tcPr>
            <w:tcW w:w="1134" w:type="dxa"/>
            <w:vAlign w:val="center"/>
          </w:tcPr>
          <w:p w14:paraId="71854AA6" w14:textId="77777777" w:rsidR="00A1363E" w:rsidRPr="00C85550" w:rsidRDefault="00A1363E" w:rsidP="00B520E7">
            <w:pPr>
              <w:rPr>
                <w:rFonts w:ascii="Times New Roman" w:hAnsi="Times New Roman"/>
              </w:rPr>
            </w:pPr>
            <w:r w:rsidRPr="00C85550">
              <w:rPr>
                <w:rFonts w:ascii="Times New Roman" w:hAnsi="Times New Roman"/>
                <w:sz w:val="20"/>
              </w:rPr>
              <w:t>2.677(4)</w:t>
            </w:r>
          </w:p>
        </w:tc>
        <w:tc>
          <w:tcPr>
            <w:tcW w:w="1418" w:type="dxa"/>
            <w:vAlign w:val="center"/>
          </w:tcPr>
          <w:p w14:paraId="218DB639" w14:textId="77777777" w:rsidR="00A1363E" w:rsidRPr="00C85550" w:rsidRDefault="00A1363E" w:rsidP="00B520E7">
            <w:pPr>
              <w:rPr>
                <w:rFonts w:ascii="Times New Roman" w:hAnsi="Times New Roman"/>
              </w:rPr>
            </w:pPr>
            <w:r w:rsidRPr="00C85550">
              <w:rPr>
                <w:rFonts w:ascii="Times New Roman" w:hAnsi="Times New Roman"/>
                <w:sz w:val="20"/>
              </w:rPr>
              <w:t>163(3)</w:t>
            </w:r>
          </w:p>
        </w:tc>
        <w:tc>
          <w:tcPr>
            <w:tcW w:w="2111" w:type="dxa"/>
            <w:vAlign w:val="center"/>
          </w:tcPr>
          <w:p w14:paraId="54945C2F"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0A7765FD" w14:textId="77777777" w:rsidTr="00B520E7">
        <w:trPr>
          <w:trHeight w:val="283"/>
        </w:trPr>
        <w:tc>
          <w:tcPr>
            <w:tcW w:w="1693" w:type="dxa"/>
            <w:vAlign w:val="center"/>
          </w:tcPr>
          <w:p w14:paraId="7870A0C6" w14:textId="77777777" w:rsidR="00A1363E" w:rsidRPr="00C85550" w:rsidRDefault="00A1363E" w:rsidP="00B520E7">
            <w:pPr>
              <w:rPr>
                <w:rFonts w:ascii="Times New Roman" w:hAnsi="Times New Roman"/>
              </w:rPr>
            </w:pPr>
            <w:r w:rsidRPr="00C85550">
              <w:rPr>
                <w:rFonts w:ascii="Times New Roman" w:hAnsi="Times New Roman"/>
                <w:sz w:val="20"/>
              </w:rPr>
              <w:t>C1–H1···O4</w:t>
            </w:r>
          </w:p>
        </w:tc>
        <w:tc>
          <w:tcPr>
            <w:tcW w:w="1181" w:type="dxa"/>
            <w:vAlign w:val="center"/>
          </w:tcPr>
          <w:p w14:paraId="13D4C085"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63EA7A11" w14:textId="77777777" w:rsidR="00A1363E" w:rsidRPr="00C85550" w:rsidRDefault="00A1363E" w:rsidP="00B520E7">
            <w:pPr>
              <w:rPr>
                <w:rFonts w:ascii="Times New Roman" w:hAnsi="Times New Roman"/>
              </w:rPr>
            </w:pPr>
            <w:r w:rsidRPr="00C85550">
              <w:rPr>
                <w:rFonts w:ascii="Times New Roman" w:hAnsi="Times New Roman"/>
                <w:sz w:val="20"/>
              </w:rPr>
              <w:t>2.37</w:t>
            </w:r>
          </w:p>
        </w:tc>
        <w:tc>
          <w:tcPr>
            <w:tcW w:w="1134" w:type="dxa"/>
            <w:vAlign w:val="center"/>
          </w:tcPr>
          <w:p w14:paraId="3559D084" w14:textId="77777777" w:rsidR="00A1363E" w:rsidRPr="00C85550" w:rsidRDefault="00A1363E" w:rsidP="00B520E7">
            <w:pPr>
              <w:rPr>
                <w:rFonts w:ascii="Times New Roman" w:hAnsi="Times New Roman"/>
              </w:rPr>
            </w:pPr>
            <w:r w:rsidRPr="00C85550">
              <w:rPr>
                <w:rFonts w:ascii="Times New Roman" w:hAnsi="Times New Roman"/>
                <w:sz w:val="20"/>
              </w:rPr>
              <w:t>3.307(4)</w:t>
            </w:r>
          </w:p>
        </w:tc>
        <w:tc>
          <w:tcPr>
            <w:tcW w:w="1418" w:type="dxa"/>
            <w:vAlign w:val="center"/>
          </w:tcPr>
          <w:p w14:paraId="51A138D6" w14:textId="77777777" w:rsidR="00A1363E" w:rsidRPr="00C85550" w:rsidRDefault="00A1363E" w:rsidP="00B520E7">
            <w:pPr>
              <w:rPr>
                <w:rFonts w:ascii="Times New Roman" w:hAnsi="Times New Roman"/>
              </w:rPr>
            </w:pPr>
            <w:r w:rsidRPr="00C85550">
              <w:rPr>
                <w:rFonts w:ascii="Times New Roman" w:hAnsi="Times New Roman"/>
                <w:sz w:val="20"/>
              </w:rPr>
              <w:t>170</w:t>
            </w:r>
          </w:p>
        </w:tc>
        <w:tc>
          <w:tcPr>
            <w:tcW w:w="2111" w:type="dxa"/>
            <w:vAlign w:val="center"/>
          </w:tcPr>
          <w:p w14:paraId="310E3E43"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1918013B" w14:textId="77777777" w:rsidTr="00B520E7">
        <w:trPr>
          <w:trHeight w:val="283"/>
        </w:trPr>
        <w:tc>
          <w:tcPr>
            <w:tcW w:w="1693" w:type="dxa"/>
            <w:vAlign w:val="center"/>
          </w:tcPr>
          <w:p w14:paraId="21903FA1" w14:textId="77777777" w:rsidR="00A1363E" w:rsidRPr="00C85550" w:rsidRDefault="00A1363E" w:rsidP="00B520E7">
            <w:pPr>
              <w:rPr>
                <w:rFonts w:ascii="Times New Roman" w:hAnsi="Times New Roman"/>
              </w:rPr>
            </w:pPr>
            <w:r w:rsidRPr="00C85550">
              <w:rPr>
                <w:rFonts w:ascii="Times New Roman" w:hAnsi="Times New Roman"/>
                <w:sz w:val="20"/>
              </w:rPr>
              <w:t>C6–H6A···O5</w:t>
            </w:r>
          </w:p>
        </w:tc>
        <w:tc>
          <w:tcPr>
            <w:tcW w:w="1181" w:type="dxa"/>
            <w:vAlign w:val="center"/>
          </w:tcPr>
          <w:p w14:paraId="35E5B71D"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48AEB325" w14:textId="77777777" w:rsidR="00A1363E" w:rsidRPr="00C85550" w:rsidRDefault="00A1363E" w:rsidP="00B520E7">
            <w:pPr>
              <w:rPr>
                <w:rFonts w:ascii="Times New Roman" w:hAnsi="Times New Roman"/>
              </w:rPr>
            </w:pPr>
            <w:r w:rsidRPr="00C85550">
              <w:rPr>
                <w:rFonts w:ascii="Times New Roman" w:hAnsi="Times New Roman"/>
                <w:sz w:val="20"/>
              </w:rPr>
              <w:t>2.50</w:t>
            </w:r>
          </w:p>
        </w:tc>
        <w:tc>
          <w:tcPr>
            <w:tcW w:w="1134" w:type="dxa"/>
            <w:vAlign w:val="center"/>
          </w:tcPr>
          <w:p w14:paraId="711B6396" w14:textId="77777777" w:rsidR="00A1363E" w:rsidRPr="00C85550" w:rsidRDefault="00A1363E" w:rsidP="00B520E7">
            <w:pPr>
              <w:rPr>
                <w:rFonts w:ascii="Times New Roman" w:hAnsi="Times New Roman"/>
              </w:rPr>
            </w:pPr>
            <w:r w:rsidRPr="00C85550">
              <w:rPr>
                <w:rFonts w:ascii="Times New Roman" w:hAnsi="Times New Roman"/>
                <w:sz w:val="20"/>
              </w:rPr>
              <w:t>3.409(4)</w:t>
            </w:r>
          </w:p>
        </w:tc>
        <w:tc>
          <w:tcPr>
            <w:tcW w:w="1418" w:type="dxa"/>
            <w:vAlign w:val="center"/>
          </w:tcPr>
          <w:p w14:paraId="42C866D4" w14:textId="77777777" w:rsidR="00A1363E" w:rsidRPr="00C85550" w:rsidRDefault="00A1363E" w:rsidP="00B520E7">
            <w:pPr>
              <w:rPr>
                <w:rFonts w:ascii="Times New Roman" w:hAnsi="Times New Roman"/>
              </w:rPr>
            </w:pPr>
            <w:r w:rsidRPr="00C85550">
              <w:rPr>
                <w:rFonts w:ascii="Times New Roman" w:hAnsi="Times New Roman"/>
                <w:sz w:val="20"/>
              </w:rPr>
              <w:t>159</w:t>
            </w:r>
          </w:p>
        </w:tc>
        <w:tc>
          <w:tcPr>
            <w:tcW w:w="2111" w:type="dxa"/>
            <w:vAlign w:val="center"/>
          </w:tcPr>
          <w:p w14:paraId="1D1DBE3E" w14:textId="77777777" w:rsidR="00A1363E" w:rsidRPr="00C85550" w:rsidRDefault="00A1363E" w:rsidP="00B520E7">
            <w:pPr>
              <w:rPr>
                <w:rFonts w:ascii="Times New Roman" w:hAnsi="Times New Roman"/>
              </w:rPr>
            </w:pPr>
            <w:r w:rsidRPr="00C85550">
              <w:rPr>
                <w:rFonts w:ascii="Times New Roman" w:hAnsi="Times New Roman"/>
                <w:sz w:val="20"/>
              </w:rPr>
              <w:t>–</w:t>
            </w:r>
            <w:r w:rsidRPr="00C85550">
              <w:rPr>
                <w:rFonts w:ascii="Times New Roman" w:hAnsi="Times New Roman"/>
                <w:i/>
                <w:sz w:val="20"/>
              </w:rPr>
              <w:t>x</w:t>
            </w:r>
            <w:r w:rsidRPr="00C85550">
              <w:rPr>
                <w:rFonts w:ascii="Times New Roman" w:hAnsi="Times New Roman"/>
                <w:sz w:val="20"/>
              </w:rPr>
              <w:t>, 1–</w:t>
            </w:r>
            <w:r w:rsidRPr="00C85550">
              <w:rPr>
                <w:rFonts w:ascii="Times New Roman" w:hAnsi="Times New Roman"/>
                <w:i/>
                <w:sz w:val="20"/>
              </w:rPr>
              <w:t>y</w:t>
            </w:r>
            <w:r w:rsidRPr="00C85550">
              <w:rPr>
                <w:rFonts w:ascii="Times New Roman" w:hAnsi="Times New Roman"/>
                <w:sz w:val="20"/>
              </w:rPr>
              <w:t>, –</w:t>
            </w:r>
            <w:r w:rsidRPr="00C85550">
              <w:rPr>
                <w:rFonts w:ascii="Times New Roman" w:hAnsi="Times New Roman"/>
                <w:i/>
                <w:sz w:val="20"/>
              </w:rPr>
              <w:t>z</w:t>
            </w:r>
          </w:p>
        </w:tc>
      </w:tr>
      <w:tr w:rsidR="00A1363E" w:rsidRPr="00C85550" w14:paraId="78E0833F" w14:textId="77777777" w:rsidTr="00B520E7">
        <w:trPr>
          <w:trHeight w:val="283"/>
        </w:trPr>
        <w:tc>
          <w:tcPr>
            <w:tcW w:w="1693" w:type="dxa"/>
            <w:vAlign w:val="center"/>
          </w:tcPr>
          <w:p w14:paraId="48F3EA75" w14:textId="77777777" w:rsidR="00A1363E" w:rsidRPr="00C85550" w:rsidRDefault="00A1363E" w:rsidP="00B520E7">
            <w:pPr>
              <w:rPr>
                <w:rFonts w:ascii="Times New Roman" w:hAnsi="Times New Roman"/>
              </w:rPr>
            </w:pPr>
            <w:r w:rsidRPr="00C85550">
              <w:rPr>
                <w:rFonts w:ascii="Times New Roman" w:hAnsi="Times New Roman"/>
                <w:sz w:val="20"/>
              </w:rPr>
              <w:t>C10–H10···O3</w:t>
            </w:r>
          </w:p>
        </w:tc>
        <w:tc>
          <w:tcPr>
            <w:tcW w:w="1181" w:type="dxa"/>
            <w:vAlign w:val="center"/>
          </w:tcPr>
          <w:p w14:paraId="507662EB"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68BDB818" w14:textId="77777777" w:rsidR="00A1363E" w:rsidRPr="00C85550" w:rsidRDefault="00A1363E" w:rsidP="00B520E7">
            <w:pPr>
              <w:rPr>
                <w:rFonts w:ascii="Times New Roman" w:hAnsi="Times New Roman"/>
              </w:rPr>
            </w:pPr>
            <w:r w:rsidRPr="00C85550">
              <w:rPr>
                <w:rFonts w:ascii="Times New Roman" w:hAnsi="Times New Roman"/>
                <w:sz w:val="20"/>
              </w:rPr>
              <w:t>2.41</w:t>
            </w:r>
          </w:p>
        </w:tc>
        <w:tc>
          <w:tcPr>
            <w:tcW w:w="1134" w:type="dxa"/>
            <w:vAlign w:val="center"/>
          </w:tcPr>
          <w:p w14:paraId="514C720B" w14:textId="77777777" w:rsidR="00A1363E" w:rsidRPr="00C85550" w:rsidRDefault="00A1363E" w:rsidP="00B520E7">
            <w:pPr>
              <w:rPr>
                <w:rFonts w:ascii="Times New Roman" w:hAnsi="Times New Roman"/>
              </w:rPr>
            </w:pPr>
            <w:r w:rsidRPr="00C85550">
              <w:rPr>
                <w:rFonts w:ascii="Times New Roman" w:hAnsi="Times New Roman"/>
                <w:sz w:val="20"/>
              </w:rPr>
              <w:t>3.319(3)</w:t>
            </w:r>
          </w:p>
        </w:tc>
        <w:tc>
          <w:tcPr>
            <w:tcW w:w="1418" w:type="dxa"/>
            <w:vAlign w:val="center"/>
          </w:tcPr>
          <w:p w14:paraId="7CBFFD77" w14:textId="77777777" w:rsidR="00A1363E" w:rsidRPr="00C85550" w:rsidRDefault="00A1363E" w:rsidP="00B520E7">
            <w:pPr>
              <w:rPr>
                <w:rFonts w:ascii="Times New Roman" w:hAnsi="Times New Roman"/>
              </w:rPr>
            </w:pPr>
            <w:r w:rsidRPr="00C85550">
              <w:rPr>
                <w:rFonts w:ascii="Times New Roman" w:hAnsi="Times New Roman"/>
                <w:sz w:val="20"/>
              </w:rPr>
              <w:t>161</w:t>
            </w:r>
          </w:p>
        </w:tc>
        <w:tc>
          <w:tcPr>
            <w:tcW w:w="2111" w:type="dxa"/>
            <w:vAlign w:val="center"/>
          </w:tcPr>
          <w:p w14:paraId="6C6BA687"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3/2–</w:t>
            </w:r>
            <w:r w:rsidRPr="00C85550">
              <w:rPr>
                <w:rFonts w:ascii="Times New Roman" w:hAnsi="Times New Roman"/>
                <w:i/>
                <w:sz w:val="20"/>
              </w:rPr>
              <w:t>z</w:t>
            </w:r>
          </w:p>
        </w:tc>
      </w:tr>
      <w:tr w:rsidR="00A1363E" w:rsidRPr="00C85550" w14:paraId="2E769B08" w14:textId="77777777" w:rsidTr="00B520E7">
        <w:tc>
          <w:tcPr>
            <w:tcW w:w="8624" w:type="dxa"/>
            <w:gridSpan w:val="6"/>
            <w:vAlign w:val="center"/>
          </w:tcPr>
          <w:p w14:paraId="581811FA" w14:textId="77777777" w:rsidR="00A1363E" w:rsidRPr="00C85550" w:rsidRDefault="00A1363E" w:rsidP="00B520E7">
            <w:pPr>
              <w:jc w:val="center"/>
              <w:rPr>
                <w:rFonts w:ascii="Times New Roman" w:hAnsi="Times New Roman"/>
                <w:sz w:val="20"/>
              </w:rPr>
            </w:pPr>
            <w:r w:rsidRPr="00C85550">
              <w:rPr>
                <w:rFonts w:ascii="Times New Roman" w:hAnsi="Times New Roman"/>
                <w:b/>
              </w:rPr>
              <w:t>3</w:t>
            </w:r>
          </w:p>
        </w:tc>
      </w:tr>
      <w:tr w:rsidR="00A1363E" w:rsidRPr="00C85550" w14:paraId="0FF06D21" w14:textId="77777777" w:rsidTr="00B520E7">
        <w:tc>
          <w:tcPr>
            <w:tcW w:w="1693" w:type="dxa"/>
            <w:vAlign w:val="center"/>
          </w:tcPr>
          <w:p w14:paraId="17265B60" w14:textId="77777777" w:rsidR="00A1363E" w:rsidRPr="00C85550" w:rsidRDefault="00A1363E" w:rsidP="00B520E7">
            <w:pPr>
              <w:rPr>
                <w:rFonts w:ascii="Times New Roman" w:hAnsi="Times New Roman"/>
              </w:rPr>
            </w:pPr>
            <w:r w:rsidRPr="00C85550">
              <w:rPr>
                <w:rFonts w:ascii="Times New Roman" w:hAnsi="Times New Roman"/>
                <w:sz w:val="20"/>
              </w:rPr>
              <w:t>D–H···A</w:t>
            </w:r>
          </w:p>
        </w:tc>
        <w:tc>
          <w:tcPr>
            <w:tcW w:w="1181" w:type="dxa"/>
            <w:vAlign w:val="center"/>
          </w:tcPr>
          <w:p w14:paraId="358C20B5" w14:textId="77777777" w:rsidR="00A1363E" w:rsidRPr="00C85550" w:rsidRDefault="00A1363E" w:rsidP="00B520E7">
            <w:pPr>
              <w:rPr>
                <w:rFonts w:ascii="Times New Roman" w:hAnsi="Times New Roman"/>
              </w:rPr>
            </w:pPr>
            <w:r w:rsidRPr="00C85550">
              <w:rPr>
                <w:rFonts w:ascii="Times New Roman" w:hAnsi="Times New Roman"/>
                <w:sz w:val="20"/>
              </w:rPr>
              <w:t>D-H</w:t>
            </w:r>
          </w:p>
        </w:tc>
        <w:tc>
          <w:tcPr>
            <w:tcW w:w="1087" w:type="dxa"/>
            <w:vAlign w:val="center"/>
          </w:tcPr>
          <w:p w14:paraId="5BCF8762" w14:textId="77777777" w:rsidR="00A1363E" w:rsidRPr="00C85550" w:rsidRDefault="00A1363E" w:rsidP="00B520E7">
            <w:pPr>
              <w:rPr>
                <w:rFonts w:ascii="Times New Roman" w:hAnsi="Times New Roman"/>
              </w:rPr>
            </w:pPr>
            <w:r w:rsidRPr="00C85550">
              <w:rPr>
                <w:rFonts w:ascii="Times New Roman" w:hAnsi="Times New Roman"/>
                <w:sz w:val="20"/>
              </w:rPr>
              <w:t>H···A</w:t>
            </w:r>
          </w:p>
        </w:tc>
        <w:tc>
          <w:tcPr>
            <w:tcW w:w="1134" w:type="dxa"/>
            <w:vAlign w:val="center"/>
          </w:tcPr>
          <w:p w14:paraId="4389AD51" w14:textId="77777777" w:rsidR="00A1363E" w:rsidRPr="00C85550" w:rsidRDefault="00A1363E" w:rsidP="00B520E7">
            <w:pPr>
              <w:rPr>
                <w:rFonts w:ascii="Times New Roman" w:hAnsi="Times New Roman"/>
              </w:rPr>
            </w:pPr>
            <w:r w:rsidRPr="00C85550">
              <w:rPr>
                <w:rFonts w:ascii="Times New Roman" w:hAnsi="Times New Roman"/>
                <w:sz w:val="20"/>
              </w:rPr>
              <w:t>D···A</w:t>
            </w:r>
          </w:p>
        </w:tc>
        <w:tc>
          <w:tcPr>
            <w:tcW w:w="1418" w:type="dxa"/>
            <w:vAlign w:val="center"/>
          </w:tcPr>
          <w:p w14:paraId="13CAD9CA" w14:textId="77777777" w:rsidR="00A1363E" w:rsidRPr="00C85550" w:rsidRDefault="00A1363E" w:rsidP="00B520E7">
            <w:pPr>
              <w:rPr>
                <w:rFonts w:ascii="Times New Roman" w:hAnsi="Times New Roman"/>
              </w:rPr>
            </w:pPr>
            <w:r w:rsidRPr="00C85550">
              <w:rPr>
                <w:rFonts w:ascii="Cambria Math" w:hAnsi="Cambria Math" w:cs="Cambria Math"/>
                <w:sz w:val="20"/>
              </w:rPr>
              <w:t>∠</w:t>
            </w:r>
            <w:r w:rsidRPr="00C85550">
              <w:rPr>
                <w:rFonts w:ascii="Times New Roman" w:hAnsi="Times New Roman"/>
                <w:sz w:val="20"/>
              </w:rPr>
              <w:t>D–H···A</w:t>
            </w:r>
          </w:p>
        </w:tc>
        <w:tc>
          <w:tcPr>
            <w:tcW w:w="2111" w:type="dxa"/>
            <w:vAlign w:val="center"/>
          </w:tcPr>
          <w:p w14:paraId="6811DA4B" w14:textId="77777777" w:rsidR="00A1363E" w:rsidRPr="00C85550" w:rsidRDefault="00A1363E" w:rsidP="00B520E7">
            <w:pPr>
              <w:rPr>
                <w:rFonts w:ascii="Times New Roman" w:hAnsi="Times New Roman"/>
              </w:rPr>
            </w:pPr>
            <w:r w:rsidRPr="00C85550">
              <w:rPr>
                <w:rFonts w:ascii="Times New Roman" w:hAnsi="Times New Roman"/>
                <w:sz w:val="20"/>
              </w:rPr>
              <w:t>Symmetry code</w:t>
            </w:r>
          </w:p>
        </w:tc>
      </w:tr>
      <w:tr w:rsidR="00A1363E" w:rsidRPr="00C85550" w14:paraId="68A7F539" w14:textId="77777777" w:rsidTr="00B520E7">
        <w:trPr>
          <w:trHeight w:val="283"/>
        </w:trPr>
        <w:tc>
          <w:tcPr>
            <w:tcW w:w="1693" w:type="dxa"/>
            <w:vAlign w:val="center"/>
          </w:tcPr>
          <w:p w14:paraId="15974476" w14:textId="77777777" w:rsidR="00A1363E" w:rsidRPr="00C85550" w:rsidRDefault="00A1363E" w:rsidP="00B520E7">
            <w:pPr>
              <w:rPr>
                <w:rFonts w:ascii="Times New Roman" w:hAnsi="Times New Roman"/>
              </w:rPr>
            </w:pPr>
            <w:r w:rsidRPr="00C85550">
              <w:rPr>
                <w:rFonts w:ascii="Times New Roman" w:hAnsi="Times New Roman"/>
                <w:sz w:val="20"/>
              </w:rPr>
              <w:t>N3–H3A···O5</w:t>
            </w:r>
          </w:p>
        </w:tc>
        <w:tc>
          <w:tcPr>
            <w:tcW w:w="1181" w:type="dxa"/>
            <w:vAlign w:val="center"/>
          </w:tcPr>
          <w:p w14:paraId="672A228E" w14:textId="77777777" w:rsidR="00A1363E" w:rsidRPr="00C85550" w:rsidRDefault="00A1363E" w:rsidP="00B520E7">
            <w:pPr>
              <w:rPr>
                <w:rFonts w:ascii="Times New Roman" w:hAnsi="Times New Roman"/>
              </w:rPr>
            </w:pPr>
            <w:r w:rsidRPr="00C85550">
              <w:rPr>
                <w:rFonts w:ascii="Times New Roman" w:hAnsi="Times New Roman"/>
                <w:sz w:val="20"/>
              </w:rPr>
              <w:t>0.91</w:t>
            </w:r>
          </w:p>
        </w:tc>
        <w:tc>
          <w:tcPr>
            <w:tcW w:w="1087" w:type="dxa"/>
            <w:vAlign w:val="center"/>
          </w:tcPr>
          <w:p w14:paraId="567C8A8F" w14:textId="77777777" w:rsidR="00A1363E" w:rsidRPr="00C85550" w:rsidRDefault="00A1363E" w:rsidP="00B520E7">
            <w:pPr>
              <w:rPr>
                <w:rFonts w:ascii="Times New Roman" w:hAnsi="Times New Roman"/>
              </w:rPr>
            </w:pPr>
            <w:r w:rsidRPr="00C85550">
              <w:rPr>
                <w:rFonts w:ascii="Times New Roman" w:hAnsi="Times New Roman"/>
                <w:sz w:val="20"/>
              </w:rPr>
              <w:t>2.22</w:t>
            </w:r>
          </w:p>
        </w:tc>
        <w:tc>
          <w:tcPr>
            <w:tcW w:w="1134" w:type="dxa"/>
            <w:vAlign w:val="center"/>
          </w:tcPr>
          <w:p w14:paraId="02DC7C26" w14:textId="77777777" w:rsidR="00A1363E" w:rsidRPr="00C85550" w:rsidRDefault="00A1363E" w:rsidP="00B520E7">
            <w:pPr>
              <w:rPr>
                <w:rFonts w:ascii="Times New Roman" w:hAnsi="Times New Roman"/>
              </w:rPr>
            </w:pPr>
            <w:r w:rsidRPr="00C85550">
              <w:rPr>
                <w:rFonts w:ascii="Times New Roman" w:hAnsi="Times New Roman"/>
                <w:sz w:val="20"/>
              </w:rPr>
              <w:t>3.129(3)</w:t>
            </w:r>
          </w:p>
        </w:tc>
        <w:tc>
          <w:tcPr>
            <w:tcW w:w="1418" w:type="dxa"/>
            <w:vAlign w:val="center"/>
          </w:tcPr>
          <w:p w14:paraId="5F937C5E" w14:textId="77777777" w:rsidR="00A1363E" w:rsidRPr="00C85550" w:rsidRDefault="00A1363E" w:rsidP="00B520E7">
            <w:pPr>
              <w:rPr>
                <w:rFonts w:ascii="Times New Roman" w:hAnsi="Times New Roman"/>
              </w:rPr>
            </w:pPr>
            <w:r w:rsidRPr="00C85550">
              <w:rPr>
                <w:rFonts w:ascii="Times New Roman" w:hAnsi="Times New Roman"/>
                <w:sz w:val="20"/>
              </w:rPr>
              <w:t>177</w:t>
            </w:r>
          </w:p>
        </w:tc>
        <w:tc>
          <w:tcPr>
            <w:tcW w:w="2111" w:type="dxa"/>
            <w:vAlign w:val="center"/>
          </w:tcPr>
          <w:p w14:paraId="381715B1"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1+</w:t>
            </w:r>
            <w:r w:rsidRPr="00C85550">
              <w:rPr>
                <w:rFonts w:ascii="Times New Roman" w:hAnsi="Times New Roman"/>
                <w:i/>
                <w:sz w:val="20"/>
              </w:rPr>
              <w:t>y</w:t>
            </w:r>
            <w:r w:rsidRPr="00C85550">
              <w:rPr>
                <w:rFonts w:ascii="Times New Roman" w:hAnsi="Times New Roman"/>
                <w:sz w:val="20"/>
              </w:rPr>
              <w:t xml:space="preserve">, </w:t>
            </w:r>
            <w:r w:rsidRPr="00C85550">
              <w:rPr>
                <w:rFonts w:ascii="Times New Roman" w:hAnsi="Times New Roman"/>
                <w:i/>
                <w:sz w:val="20"/>
              </w:rPr>
              <w:t>z</w:t>
            </w:r>
          </w:p>
        </w:tc>
      </w:tr>
      <w:tr w:rsidR="00A1363E" w:rsidRPr="00C85550" w14:paraId="7F55FA95" w14:textId="77777777" w:rsidTr="00B520E7">
        <w:trPr>
          <w:trHeight w:val="283"/>
        </w:trPr>
        <w:tc>
          <w:tcPr>
            <w:tcW w:w="1693" w:type="dxa"/>
            <w:vAlign w:val="center"/>
          </w:tcPr>
          <w:p w14:paraId="0E778851" w14:textId="77777777" w:rsidR="00A1363E" w:rsidRPr="00C85550" w:rsidRDefault="00A1363E" w:rsidP="00B520E7">
            <w:pPr>
              <w:rPr>
                <w:rFonts w:ascii="Times New Roman" w:hAnsi="Times New Roman"/>
              </w:rPr>
            </w:pPr>
            <w:r w:rsidRPr="00C85550">
              <w:rPr>
                <w:rFonts w:ascii="Times New Roman" w:hAnsi="Times New Roman"/>
                <w:sz w:val="20"/>
              </w:rPr>
              <w:t>C11–H11···O3</w:t>
            </w:r>
          </w:p>
        </w:tc>
        <w:tc>
          <w:tcPr>
            <w:tcW w:w="1181" w:type="dxa"/>
            <w:vAlign w:val="center"/>
          </w:tcPr>
          <w:p w14:paraId="1AB54187" w14:textId="77777777" w:rsidR="00A1363E" w:rsidRPr="00C85550" w:rsidRDefault="00A1363E" w:rsidP="00B520E7">
            <w:pPr>
              <w:rPr>
                <w:rFonts w:ascii="Times New Roman" w:hAnsi="Times New Roman"/>
              </w:rPr>
            </w:pPr>
            <w:r w:rsidRPr="00C85550">
              <w:rPr>
                <w:rFonts w:ascii="Times New Roman" w:hAnsi="Times New Roman"/>
                <w:sz w:val="20"/>
              </w:rPr>
              <w:t>0.95</w:t>
            </w:r>
          </w:p>
        </w:tc>
        <w:tc>
          <w:tcPr>
            <w:tcW w:w="1087" w:type="dxa"/>
            <w:vAlign w:val="center"/>
          </w:tcPr>
          <w:p w14:paraId="369F9110" w14:textId="77777777" w:rsidR="00A1363E" w:rsidRPr="00C85550" w:rsidRDefault="00A1363E" w:rsidP="00B520E7">
            <w:pPr>
              <w:rPr>
                <w:rFonts w:ascii="Times New Roman" w:hAnsi="Times New Roman"/>
              </w:rPr>
            </w:pPr>
            <w:r w:rsidRPr="00C85550">
              <w:rPr>
                <w:rFonts w:ascii="Times New Roman" w:hAnsi="Times New Roman"/>
                <w:sz w:val="20"/>
              </w:rPr>
              <w:t>2.55</w:t>
            </w:r>
          </w:p>
        </w:tc>
        <w:tc>
          <w:tcPr>
            <w:tcW w:w="1134" w:type="dxa"/>
            <w:vAlign w:val="center"/>
          </w:tcPr>
          <w:p w14:paraId="228CF56C" w14:textId="77777777" w:rsidR="00A1363E" w:rsidRPr="00C85550" w:rsidRDefault="00A1363E" w:rsidP="00B520E7">
            <w:pPr>
              <w:rPr>
                <w:rFonts w:ascii="Times New Roman" w:hAnsi="Times New Roman"/>
              </w:rPr>
            </w:pPr>
            <w:r w:rsidRPr="00C85550">
              <w:rPr>
                <w:rFonts w:ascii="Times New Roman" w:hAnsi="Times New Roman"/>
                <w:sz w:val="20"/>
              </w:rPr>
              <w:t>3.307(4)</w:t>
            </w:r>
          </w:p>
        </w:tc>
        <w:tc>
          <w:tcPr>
            <w:tcW w:w="1418" w:type="dxa"/>
            <w:vAlign w:val="center"/>
          </w:tcPr>
          <w:p w14:paraId="14AFE536" w14:textId="77777777" w:rsidR="00A1363E" w:rsidRPr="00C85550" w:rsidRDefault="00A1363E" w:rsidP="00B520E7">
            <w:pPr>
              <w:rPr>
                <w:rFonts w:ascii="Times New Roman" w:hAnsi="Times New Roman"/>
              </w:rPr>
            </w:pPr>
            <w:r w:rsidRPr="00C85550">
              <w:rPr>
                <w:rFonts w:ascii="Times New Roman" w:hAnsi="Times New Roman"/>
                <w:sz w:val="20"/>
              </w:rPr>
              <w:t>137</w:t>
            </w:r>
          </w:p>
        </w:tc>
        <w:tc>
          <w:tcPr>
            <w:tcW w:w="2111" w:type="dxa"/>
            <w:vAlign w:val="center"/>
          </w:tcPr>
          <w:p w14:paraId="3AF90C34" w14:textId="77777777" w:rsidR="00A1363E" w:rsidRPr="00C85550" w:rsidRDefault="00A1363E" w:rsidP="00B520E7">
            <w:pPr>
              <w:rPr>
                <w:rFonts w:ascii="Times New Roman" w:hAnsi="Times New Roman"/>
              </w:rPr>
            </w:pPr>
            <w:r w:rsidRPr="00C85550">
              <w:rPr>
                <w:rFonts w:ascii="Times New Roman" w:hAnsi="Times New Roman"/>
                <w:sz w:val="20"/>
              </w:rPr>
              <w:t>–1+</w:t>
            </w:r>
            <w:r w:rsidRPr="00C85550">
              <w:rPr>
                <w:rFonts w:ascii="Times New Roman" w:hAnsi="Times New Roman"/>
                <w:i/>
                <w:sz w:val="20"/>
              </w:rPr>
              <w:t>x</w:t>
            </w:r>
            <w:r w:rsidRPr="00C85550">
              <w:rPr>
                <w:rFonts w:ascii="Times New Roman" w:hAnsi="Times New Roman"/>
                <w:sz w:val="20"/>
              </w:rPr>
              <w:t>, 3/2–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r w:rsidR="00A1363E" w:rsidRPr="00C85550" w14:paraId="1BB28E0E" w14:textId="77777777" w:rsidTr="00B520E7">
        <w:trPr>
          <w:trHeight w:val="283"/>
        </w:trPr>
        <w:tc>
          <w:tcPr>
            <w:tcW w:w="1693" w:type="dxa"/>
            <w:vAlign w:val="center"/>
          </w:tcPr>
          <w:p w14:paraId="207B2236" w14:textId="77777777" w:rsidR="00A1363E" w:rsidRPr="00C85550" w:rsidRDefault="00A1363E" w:rsidP="00B520E7">
            <w:pPr>
              <w:rPr>
                <w:rFonts w:ascii="Times New Roman" w:hAnsi="Times New Roman"/>
              </w:rPr>
            </w:pPr>
            <w:r w:rsidRPr="00C85550">
              <w:rPr>
                <w:rFonts w:ascii="Times New Roman" w:hAnsi="Times New Roman"/>
                <w:sz w:val="20"/>
              </w:rPr>
              <w:t>C15–H15B···O4</w:t>
            </w:r>
          </w:p>
        </w:tc>
        <w:tc>
          <w:tcPr>
            <w:tcW w:w="1181" w:type="dxa"/>
            <w:vAlign w:val="center"/>
          </w:tcPr>
          <w:p w14:paraId="2EDC43AA" w14:textId="77777777" w:rsidR="00A1363E" w:rsidRPr="00C85550" w:rsidRDefault="00A1363E" w:rsidP="00B520E7">
            <w:pPr>
              <w:rPr>
                <w:rFonts w:ascii="Times New Roman" w:hAnsi="Times New Roman"/>
              </w:rPr>
            </w:pPr>
            <w:r w:rsidRPr="00C85550">
              <w:rPr>
                <w:rFonts w:ascii="Times New Roman" w:hAnsi="Times New Roman"/>
                <w:sz w:val="20"/>
              </w:rPr>
              <w:t>0.98</w:t>
            </w:r>
          </w:p>
        </w:tc>
        <w:tc>
          <w:tcPr>
            <w:tcW w:w="1087" w:type="dxa"/>
            <w:vAlign w:val="center"/>
          </w:tcPr>
          <w:p w14:paraId="531CA6A0" w14:textId="77777777" w:rsidR="00A1363E" w:rsidRPr="00C85550" w:rsidRDefault="00A1363E" w:rsidP="00B520E7">
            <w:pPr>
              <w:rPr>
                <w:rFonts w:ascii="Times New Roman" w:hAnsi="Times New Roman"/>
              </w:rPr>
            </w:pPr>
            <w:r w:rsidRPr="00C85550">
              <w:rPr>
                <w:rFonts w:ascii="Times New Roman" w:hAnsi="Times New Roman"/>
                <w:sz w:val="20"/>
              </w:rPr>
              <w:t>2.56</w:t>
            </w:r>
          </w:p>
        </w:tc>
        <w:tc>
          <w:tcPr>
            <w:tcW w:w="1134" w:type="dxa"/>
            <w:vAlign w:val="center"/>
          </w:tcPr>
          <w:p w14:paraId="0D31281D" w14:textId="77777777" w:rsidR="00A1363E" w:rsidRPr="00C85550" w:rsidRDefault="00A1363E" w:rsidP="00B520E7">
            <w:pPr>
              <w:rPr>
                <w:rFonts w:ascii="Times New Roman" w:hAnsi="Times New Roman"/>
              </w:rPr>
            </w:pPr>
            <w:r w:rsidRPr="00C85550">
              <w:rPr>
                <w:rFonts w:ascii="Times New Roman" w:hAnsi="Times New Roman"/>
                <w:sz w:val="20"/>
              </w:rPr>
              <w:t>3.363(4)</w:t>
            </w:r>
          </w:p>
        </w:tc>
        <w:tc>
          <w:tcPr>
            <w:tcW w:w="1418" w:type="dxa"/>
            <w:vAlign w:val="center"/>
          </w:tcPr>
          <w:p w14:paraId="31DC87CC" w14:textId="77777777" w:rsidR="00A1363E" w:rsidRPr="00C85550" w:rsidRDefault="00A1363E" w:rsidP="00B520E7">
            <w:pPr>
              <w:rPr>
                <w:rFonts w:ascii="Times New Roman" w:hAnsi="Times New Roman"/>
              </w:rPr>
            </w:pPr>
            <w:r w:rsidRPr="00C85550">
              <w:rPr>
                <w:rFonts w:ascii="Times New Roman" w:hAnsi="Times New Roman"/>
                <w:sz w:val="20"/>
              </w:rPr>
              <w:t>139</w:t>
            </w:r>
          </w:p>
        </w:tc>
        <w:tc>
          <w:tcPr>
            <w:tcW w:w="2111" w:type="dxa"/>
            <w:vAlign w:val="center"/>
          </w:tcPr>
          <w:p w14:paraId="74527DD7" w14:textId="77777777" w:rsidR="00A1363E" w:rsidRPr="00C85550" w:rsidRDefault="00A1363E" w:rsidP="00B520E7">
            <w:pPr>
              <w:rPr>
                <w:rFonts w:ascii="Times New Roman" w:hAnsi="Times New Roman"/>
              </w:rPr>
            </w:pPr>
            <w:r w:rsidRPr="00C85550">
              <w:rPr>
                <w:rFonts w:ascii="Times New Roman" w:hAnsi="Times New Roman"/>
                <w:i/>
                <w:sz w:val="20"/>
              </w:rPr>
              <w:t>x</w:t>
            </w:r>
            <w:r w:rsidRPr="00C85550">
              <w:rPr>
                <w:rFonts w:ascii="Times New Roman" w:hAnsi="Times New Roman"/>
                <w:sz w:val="20"/>
              </w:rPr>
              <w:t>, 1/2–</w:t>
            </w:r>
            <w:r w:rsidRPr="00C85550">
              <w:rPr>
                <w:rFonts w:ascii="Times New Roman" w:hAnsi="Times New Roman"/>
                <w:i/>
                <w:sz w:val="20"/>
              </w:rPr>
              <w:t>y</w:t>
            </w:r>
            <w:r w:rsidRPr="00C85550">
              <w:rPr>
                <w:rFonts w:ascii="Times New Roman" w:hAnsi="Times New Roman"/>
                <w:sz w:val="20"/>
              </w:rPr>
              <w:t>, 1/2+</w:t>
            </w:r>
            <w:r w:rsidRPr="00C85550">
              <w:rPr>
                <w:rFonts w:ascii="Times New Roman" w:hAnsi="Times New Roman"/>
                <w:i/>
                <w:sz w:val="20"/>
              </w:rPr>
              <w:t>z</w:t>
            </w:r>
          </w:p>
        </w:tc>
      </w:tr>
    </w:tbl>
    <w:p w14:paraId="2C0066C2" w14:textId="77777777" w:rsidR="00A1363E" w:rsidRPr="00C85550" w:rsidRDefault="00A1363E" w:rsidP="00A1363E">
      <w:pPr>
        <w:rPr>
          <w:rFonts w:ascii="Times New Roman" w:hAnsi="Times New Roman"/>
        </w:rPr>
      </w:pPr>
    </w:p>
    <w:p w14:paraId="2672F8BE" w14:textId="77777777" w:rsidR="00A1363E" w:rsidRPr="00C85550" w:rsidRDefault="00A1363E" w:rsidP="00A1363E">
      <w:pPr>
        <w:rPr>
          <w:rFonts w:ascii="Times New Roman" w:hAnsi="Times New Roman"/>
        </w:rPr>
      </w:pPr>
    </w:p>
    <w:p w14:paraId="591F32E7" w14:textId="77777777" w:rsidR="00A1363E" w:rsidRPr="00C85550" w:rsidRDefault="00A1363E" w:rsidP="00A1363E">
      <w:pPr>
        <w:rPr>
          <w:rFonts w:ascii="Times New Roman" w:hAnsi="Times New Roman"/>
          <w:lang w:eastAsia="en-GB"/>
        </w:rPr>
      </w:pPr>
    </w:p>
    <w:p w14:paraId="1A4ABF8B" w14:textId="77777777" w:rsidR="00E87757" w:rsidRPr="00C85550" w:rsidRDefault="00E87757">
      <w:pPr>
        <w:spacing w:after="160" w:line="259" w:lineRule="auto"/>
        <w:rPr>
          <w:rFonts w:ascii="Times New Roman" w:hAnsi="Times New Roman"/>
          <w:b/>
          <w:spacing w:val="4"/>
          <w:sz w:val="28"/>
          <w:szCs w:val="28"/>
          <w:lang w:eastAsia="en-GB"/>
        </w:rPr>
      </w:pPr>
      <w:r w:rsidRPr="00C85550">
        <w:rPr>
          <w:rFonts w:ascii="Times New Roman" w:hAnsi="Times New Roman"/>
          <w:bCs/>
          <w:spacing w:val="4"/>
          <w:sz w:val="28"/>
          <w:szCs w:val="28"/>
          <w:lang w:eastAsia="en-GB"/>
        </w:rPr>
        <w:br w:type="page"/>
      </w:r>
    </w:p>
    <w:p w14:paraId="2BB088B7" w14:textId="0A131CF6" w:rsidR="005A381B" w:rsidRPr="00C85550" w:rsidRDefault="005A381B" w:rsidP="005A381B">
      <w:pPr>
        <w:pStyle w:val="Heading1"/>
        <w:rPr>
          <w:rFonts w:ascii="Times New Roman" w:hAnsi="Times New Roman"/>
          <w:bCs w:val="0"/>
          <w:spacing w:val="4"/>
          <w:kern w:val="0"/>
          <w:sz w:val="28"/>
          <w:szCs w:val="28"/>
          <w:lang w:val="en-GB" w:eastAsia="en-GB"/>
        </w:rPr>
      </w:pPr>
      <w:bookmarkStart w:id="5" w:name="_Toc154136690"/>
      <w:r w:rsidRPr="00C85550">
        <w:rPr>
          <w:rFonts w:ascii="Times New Roman" w:hAnsi="Times New Roman"/>
          <w:bCs w:val="0"/>
          <w:spacing w:val="4"/>
          <w:kern w:val="0"/>
          <w:sz w:val="28"/>
          <w:szCs w:val="28"/>
          <w:lang w:val="en-GB" w:eastAsia="en-GB"/>
        </w:rPr>
        <w:lastRenderedPageBreak/>
        <w:t>NMR spectroscopy</w:t>
      </w:r>
      <w:bookmarkEnd w:id="0"/>
      <w:bookmarkEnd w:id="5"/>
    </w:p>
    <w:p w14:paraId="2E799D76" w14:textId="77777777" w:rsidR="005A381B" w:rsidRPr="00C85550" w:rsidRDefault="005A381B" w:rsidP="005A381B">
      <w:pPr>
        <w:rPr>
          <w:rFonts w:ascii="Times New Roman" w:hAnsi="Times New Roman"/>
          <w:lang w:val="en-US"/>
        </w:rPr>
      </w:pPr>
    </w:p>
    <w:p w14:paraId="0A9A8E90" w14:textId="1B7B5FC9" w:rsidR="005A381B" w:rsidRPr="00C85550" w:rsidRDefault="005A381B" w:rsidP="00432512">
      <w:pPr>
        <w:pStyle w:val="EndnoteText"/>
        <w:spacing w:line="360" w:lineRule="auto"/>
        <w:jc w:val="center"/>
        <w:rPr>
          <w:b/>
          <w:sz w:val="24"/>
          <w:szCs w:val="24"/>
        </w:rPr>
      </w:pPr>
      <w:r w:rsidRPr="00C85550">
        <w:rPr>
          <w:b/>
          <w:sz w:val="24"/>
          <w:szCs w:val="24"/>
        </w:rPr>
        <w:t>Table S</w:t>
      </w:r>
      <w:r w:rsidR="00C85550">
        <w:rPr>
          <w:b/>
          <w:sz w:val="24"/>
          <w:szCs w:val="24"/>
        </w:rPr>
        <w:t>9</w:t>
      </w:r>
      <w:r w:rsidRPr="00C85550">
        <w:t xml:space="preserve"> </w:t>
      </w:r>
      <w:r w:rsidRPr="00C85550">
        <w:rPr>
          <w:sz w:val="24"/>
          <w:szCs w:val="24"/>
          <w:vertAlign w:val="superscript"/>
          <w:lang w:val="hr-HR"/>
        </w:rPr>
        <w:t>1</w:t>
      </w:r>
      <w:r w:rsidRPr="00C85550">
        <w:rPr>
          <w:sz w:val="24"/>
          <w:szCs w:val="24"/>
          <w:lang w:val="hr-HR"/>
        </w:rPr>
        <w:t xml:space="preserve">H and </w:t>
      </w:r>
      <w:r w:rsidRPr="00C85550">
        <w:rPr>
          <w:sz w:val="24"/>
          <w:szCs w:val="24"/>
          <w:vertAlign w:val="superscript"/>
          <w:lang w:val="hr-HR"/>
        </w:rPr>
        <w:t>13</w:t>
      </w:r>
      <w:r w:rsidRPr="00C85550">
        <w:rPr>
          <w:sz w:val="24"/>
          <w:szCs w:val="24"/>
          <w:lang w:val="hr-HR"/>
        </w:rPr>
        <w:t xml:space="preserve">C chemical shifts (ppm) of </w:t>
      </w:r>
      <w:r w:rsidR="00432512" w:rsidRPr="00C85550">
        <w:rPr>
          <w:b/>
          <w:bCs/>
          <w:sz w:val="24"/>
          <w:szCs w:val="24"/>
        </w:rPr>
        <w:t>H</w:t>
      </w:r>
      <w:r w:rsidR="00432512" w:rsidRPr="00C85550">
        <w:rPr>
          <w:b/>
          <w:bCs/>
          <w:sz w:val="24"/>
          <w:szCs w:val="24"/>
          <w:vertAlign w:val="subscript"/>
        </w:rPr>
        <w:t>2</w:t>
      </w:r>
      <w:r w:rsidR="00432512" w:rsidRPr="00C85550">
        <w:rPr>
          <w:b/>
          <w:bCs/>
          <w:sz w:val="24"/>
          <w:szCs w:val="24"/>
        </w:rPr>
        <w:t>L</w:t>
      </w:r>
      <w:r w:rsidR="00432512" w:rsidRPr="00C85550">
        <w:rPr>
          <w:b/>
          <w:bCs/>
          <w:sz w:val="24"/>
          <w:szCs w:val="24"/>
          <w:vertAlign w:val="superscript"/>
        </w:rPr>
        <w:t>1</w:t>
      </w:r>
      <w:r w:rsidRPr="00C85550">
        <w:rPr>
          <w:sz w:val="24"/>
          <w:szCs w:val="24"/>
        </w:rPr>
        <w:t xml:space="preserve"> and </w:t>
      </w:r>
      <w:r w:rsidRPr="00C85550">
        <w:rPr>
          <w:b/>
          <w:sz w:val="24"/>
          <w:szCs w:val="24"/>
        </w:rPr>
        <w:t>1</w:t>
      </w:r>
      <w:r w:rsidRPr="00C85550">
        <w:rPr>
          <w:sz w:val="24"/>
          <w:szCs w:val="24"/>
        </w:rPr>
        <w:t>.</w:t>
      </w:r>
    </w:p>
    <w:tbl>
      <w:tblPr>
        <w:tblW w:w="3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11"/>
        <w:gridCol w:w="1310"/>
        <w:gridCol w:w="1310"/>
        <w:gridCol w:w="1293"/>
      </w:tblGrid>
      <w:tr w:rsidR="00432512" w:rsidRPr="00C85550" w14:paraId="4EBA8B3E" w14:textId="77777777" w:rsidTr="00854CB5">
        <w:trPr>
          <w:trHeight w:hRule="exact" w:val="369"/>
          <w:jc w:val="center"/>
        </w:trPr>
        <w:tc>
          <w:tcPr>
            <w:tcW w:w="1008" w:type="pct"/>
            <w:vMerge w:val="restart"/>
            <w:tcBorders>
              <w:left w:val="nil"/>
              <w:bottom w:val="nil"/>
              <w:right w:val="nil"/>
            </w:tcBorders>
            <w:vAlign w:val="center"/>
          </w:tcPr>
          <w:p w14:paraId="665BE3DB" w14:textId="77777777" w:rsidR="00432512" w:rsidRPr="00C85550" w:rsidRDefault="00432512" w:rsidP="00432512">
            <w:pPr>
              <w:jc w:val="center"/>
              <w:rPr>
                <w:rFonts w:ascii="Times New Roman" w:hAnsi="Times New Roman"/>
              </w:rPr>
            </w:pPr>
            <w:r w:rsidRPr="00C85550">
              <w:rPr>
                <w:rFonts w:ascii="Times New Roman" w:hAnsi="Times New Roman"/>
              </w:rPr>
              <w:t>Atom</w:t>
            </w:r>
          </w:p>
        </w:tc>
        <w:tc>
          <w:tcPr>
            <w:tcW w:w="2003" w:type="pct"/>
            <w:gridSpan w:val="2"/>
            <w:tcBorders>
              <w:left w:val="nil"/>
              <w:bottom w:val="single" w:sz="4" w:space="0" w:color="auto"/>
              <w:right w:val="nil"/>
            </w:tcBorders>
            <w:vAlign w:val="center"/>
          </w:tcPr>
          <w:p w14:paraId="6E413594" w14:textId="7E26A3FD" w:rsidR="00432512" w:rsidRPr="00C85550" w:rsidRDefault="00652A1A" w:rsidP="00432512">
            <w:pPr>
              <w:jc w:val="center"/>
              <w:rPr>
                <w:rFonts w:ascii="Times New Roman" w:hAnsi="Times New Roman"/>
                <w:b/>
              </w:rPr>
            </w:pPr>
            <w:r w:rsidRPr="00C85550">
              <w:rPr>
                <w:rFonts w:ascii="Times New Roman" w:hAnsi="Times New Roman"/>
                <w:b/>
                <w:bCs/>
              </w:rPr>
              <w:t>H</w:t>
            </w:r>
            <w:r w:rsidRPr="00C85550">
              <w:rPr>
                <w:rFonts w:ascii="Times New Roman" w:hAnsi="Times New Roman"/>
                <w:b/>
                <w:bCs/>
                <w:vertAlign w:val="subscript"/>
              </w:rPr>
              <w:t>2</w:t>
            </w:r>
            <w:r w:rsidRPr="00C85550">
              <w:rPr>
                <w:rFonts w:ascii="Times New Roman" w:hAnsi="Times New Roman"/>
                <w:b/>
                <w:bCs/>
              </w:rPr>
              <w:t>L</w:t>
            </w:r>
            <w:r w:rsidRPr="00C85550">
              <w:rPr>
                <w:rFonts w:ascii="Times New Roman" w:hAnsi="Times New Roman"/>
                <w:b/>
                <w:bCs/>
                <w:vertAlign w:val="superscript"/>
              </w:rPr>
              <w:t>1</w:t>
            </w:r>
          </w:p>
        </w:tc>
        <w:tc>
          <w:tcPr>
            <w:tcW w:w="1988" w:type="pct"/>
            <w:gridSpan w:val="2"/>
            <w:tcBorders>
              <w:left w:val="nil"/>
              <w:bottom w:val="single" w:sz="4" w:space="0" w:color="auto"/>
              <w:right w:val="nil"/>
            </w:tcBorders>
          </w:tcPr>
          <w:p w14:paraId="56B1539E" w14:textId="2B6E11C1" w:rsidR="00432512" w:rsidRPr="00C85550" w:rsidRDefault="00432512" w:rsidP="00432512">
            <w:pPr>
              <w:jc w:val="center"/>
              <w:rPr>
                <w:rFonts w:ascii="Times New Roman" w:hAnsi="Times New Roman"/>
                <w:b/>
              </w:rPr>
            </w:pPr>
            <w:r w:rsidRPr="00C85550">
              <w:rPr>
                <w:rFonts w:ascii="Times New Roman" w:hAnsi="Times New Roman"/>
                <w:b/>
              </w:rPr>
              <w:t>1</w:t>
            </w:r>
          </w:p>
        </w:tc>
      </w:tr>
      <w:tr w:rsidR="00432512" w:rsidRPr="00C85550" w14:paraId="41B215EA" w14:textId="77777777" w:rsidTr="00432512">
        <w:trPr>
          <w:trHeight w:hRule="exact" w:val="592"/>
          <w:jc w:val="center"/>
        </w:trPr>
        <w:tc>
          <w:tcPr>
            <w:tcW w:w="1008" w:type="pct"/>
            <w:vMerge/>
            <w:tcBorders>
              <w:top w:val="nil"/>
              <w:left w:val="nil"/>
              <w:bottom w:val="single" w:sz="4" w:space="0" w:color="auto"/>
              <w:right w:val="nil"/>
            </w:tcBorders>
            <w:vAlign w:val="center"/>
          </w:tcPr>
          <w:p w14:paraId="657CA05D" w14:textId="77777777" w:rsidR="00432512" w:rsidRPr="00C85550" w:rsidRDefault="00432512" w:rsidP="00432512">
            <w:pPr>
              <w:jc w:val="center"/>
              <w:rPr>
                <w:rFonts w:ascii="Times New Roman" w:hAnsi="Times New Roman"/>
              </w:rPr>
            </w:pPr>
          </w:p>
        </w:tc>
        <w:tc>
          <w:tcPr>
            <w:tcW w:w="1002" w:type="pct"/>
            <w:tcBorders>
              <w:top w:val="single" w:sz="4" w:space="0" w:color="auto"/>
              <w:left w:val="nil"/>
              <w:bottom w:val="single" w:sz="4" w:space="0" w:color="auto"/>
              <w:right w:val="nil"/>
            </w:tcBorders>
            <w:vAlign w:val="center"/>
          </w:tcPr>
          <w:p w14:paraId="7920FDA0" w14:textId="77777777" w:rsidR="00432512" w:rsidRPr="00C85550" w:rsidRDefault="00432512" w:rsidP="00432512">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1001" w:type="pct"/>
            <w:tcBorders>
              <w:top w:val="single" w:sz="4" w:space="0" w:color="auto"/>
              <w:left w:val="nil"/>
              <w:bottom w:val="single" w:sz="4" w:space="0" w:color="auto"/>
              <w:right w:val="nil"/>
            </w:tcBorders>
            <w:vAlign w:val="center"/>
          </w:tcPr>
          <w:p w14:paraId="01AEEE45" w14:textId="77777777" w:rsidR="00432512" w:rsidRPr="00C85550" w:rsidRDefault="00432512" w:rsidP="00432512">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c>
          <w:tcPr>
            <w:tcW w:w="1001" w:type="pct"/>
            <w:tcBorders>
              <w:top w:val="single" w:sz="4" w:space="0" w:color="auto"/>
              <w:left w:val="nil"/>
              <w:bottom w:val="single" w:sz="4" w:space="0" w:color="auto"/>
              <w:right w:val="nil"/>
            </w:tcBorders>
            <w:vAlign w:val="center"/>
          </w:tcPr>
          <w:p w14:paraId="2EF78C62" w14:textId="77777777" w:rsidR="00432512" w:rsidRPr="00C85550" w:rsidRDefault="00432512" w:rsidP="00432512">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988" w:type="pct"/>
            <w:tcBorders>
              <w:top w:val="single" w:sz="4" w:space="0" w:color="auto"/>
              <w:left w:val="nil"/>
              <w:bottom w:val="single" w:sz="4" w:space="0" w:color="auto"/>
              <w:right w:val="nil"/>
            </w:tcBorders>
            <w:vAlign w:val="center"/>
          </w:tcPr>
          <w:p w14:paraId="69D151BC" w14:textId="77777777" w:rsidR="00432512" w:rsidRPr="00C85550" w:rsidRDefault="00432512" w:rsidP="00432512">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r>
      <w:tr w:rsidR="00432512" w:rsidRPr="00C85550" w14:paraId="56BAAC04" w14:textId="77777777" w:rsidTr="00432512">
        <w:trPr>
          <w:trHeight w:hRule="exact" w:val="369"/>
          <w:jc w:val="center"/>
        </w:trPr>
        <w:tc>
          <w:tcPr>
            <w:tcW w:w="1008" w:type="pct"/>
            <w:tcBorders>
              <w:left w:val="nil"/>
              <w:bottom w:val="nil"/>
              <w:right w:val="nil"/>
            </w:tcBorders>
            <w:vAlign w:val="center"/>
          </w:tcPr>
          <w:p w14:paraId="67FF8327" w14:textId="77777777" w:rsidR="00432512" w:rsidRPr="00C85550" w:rsidRDefault="00432512" w:rsidP="00432512">
            <w:pPr>
              <w:jc w:val="center"/>
              <w:rPr>
                <w:rFonts w:ascii="Times New Roman" w:hAnsi="Times New Roman"/>
                <w:b/>
              </w:rPr>
            </w:pPr>
            <w:r w:rsidRPr="00C85550">
              <w:rPr>
                <w:rFonts w:ascii="Times New Roman" w:hAnsi="Times New Roman"/>
                <w:b/>
              </w:rPr>
              <w:t>1</w:t>
            </w:r>
          </w:p>
        </w:tc>
        <w:tc>
          <w:tcPr>
            <w:tcW w:w="1002" w:type="pct"/>
            <w:tcBorders>
              <w:left w:val="nil"/>
              <w:bottom w:val="nil"/>
              <w:right w:val="nil"/>
            </w:tcBorders>
            <w:vAlign w:val="center"/>
          </w:tcPr>
          <w:p w14:paraId="50576481" w14:textId="02A99531" w:rsidR="00432512" w:rsidRPr="00C85550" w:rsidRDefault="00432512" w:rsidP="00432512">
            <w:pPr>
              <w:jc w:val="center"/>
              <w:rPr>
                <w:rFonts w:ascii="Times New Roman" w:hAnsi="Times New Roman"/>
              </w:rPr>
            </w:pPr>
            <w:r w:rsidRPr="00C85550">
              <w:rPr>
                <w:rFonts w:ascii="Times New Roman" w:hAnsi="Times New Roman"/>
              </w:rPr>
              <w:t>8.</w:t>
            </w:r>
            <w:r w:rsidR="00652A1A" w:rsidRPr="00C85550">
              <w:rPr>
                <w:rFonts w:ascii="Times New Roman" w:hAnsi="Times New Roman"/>
              </w:rPr>
              <w:t>75</w:t>
            </w:r>
          </w:p>
        </w:tc>
        <w:tc>
          <w:tcPr>
            <w:tcW w:w="1001" w:type="pct"/>
            <w:tcBorders>
              <w:left w:val="nil"/>
              <w:bottom w:val="nil"/>
              <w:right w:val="nil"/>
            </w:tcBorders>
            <w:vAlign w:val="center"/>
          </w:tcPr>
          <w:p w14:paraId="43B793F0" w14:textId="0F8AEA07" w:rsidR="00432512" w:rsidRPr="00C85550" w:rsidRDefault="00652A1A" w:rsidP="00432512">
            <w:pPr>
              <w:jc w:val="center"/>
              <w:rPr>
                <w:rFonts w:ascii="Times New Roman" w:hAnsi="Times New Roman"/>
              </w:rPr>
            </w:pPr>
            <w:r w:rsidRPr="00C85550">
              <w:rPr>
                <w:rFonts w:ascii="Times New Roman" w:hAnsi="Times New Roman"/>
              </w:rPr>
              <w:t>148.07</w:t>
            </w:r>
          </w:p>
        </w:tc>
        <w:tc>
          <w:tcPr>
            <w:tcW w:w="1001" w:type="pct"/>
            <w:tcBorders>
              <w:left w:val="nil"/>
              <w:bottom w:val="nil"/>
              <w:right w:val="nil"/>
            </w:tcBorders>
            <w:vAlign w:val="center"/>
          </w:tcPr>
          <w:p w14:paraId="74B32751" w14:textId="1F604D0B" w:rsidR="00432512" w:rsidRPr="00C85550" w:rsidRDefault="00854CB5" w:rsidP="00432512">
            <w:pPr>
              <w:jc w:val="center"/>
              <w:rPr>
                <w:rFonts w:ascii="Times New Roman" w:hAnsi="Times New Roman"/>
              </w:rPr>
            </w:pPr>
            <w:r w:rsidRPr="00C85550">
              <w:rPr>
                <w:rFonts w:ascii="Times New Roman" w:hAnsi="Times New Roman"/>
              </w:rPr>
              <w:t>8.98</w:t>
            </w:r>
          </w:p>
        </w:tc>
        <w:tc>
          <w:tcPr>
            <w:tcW w:w="988" w:type="pct"/>
            <w:tcBorders>
              <w:left w:val="nil"/>
              <w:bottom w:val="nil"/>
              <w:right w:val="nil"/>
            </w:tcBorders>
            <w:vAlign w:val="center"/>
          </w:tcPr>
          <w:p w14:paraId="17F8330F" w14:textId="2D0C428E" w:rsidR="00432512" w:rsidRPr="00C85550" w:rsidRDefault="00854CB5" w:rsidP="00432512">
            <w:pPr>
              <w:jc w:val="center"/>
              <w:rPr>
                <w:rFonts w:ascii="Times New Roman" w:hAnsi="Times New Roman"/>
              </w:rPr>
            </w:pPr>
            <w:r w:rsidRPr="00C85550">
              <w:rPr>
                <w:rFonts w:ascii="Times New Roman" w:hAnsi="Times New Roman"/>
              </w:rPr>
              <w:t>156.73</w:t>
            </w:r>
          </w:p>
        </w:tc>
      </w:tr>
      <w:tr w:rsidR="00432512" w:rsidRPr="00C85550" w14:paraId="59EE87DF" w14:textId="77777777" w:rsidTr="00432512">
        <w:trPr>
          <w:trHeight w:hRule="exact" w:val="369"/>
          <w:jc w:val="center"/>
        </w:trPr>
        <w:tc>
          <w:tcPr>
            <w:tcW w:w="1008" w:type="pct"/>
            <w:tcBorders>
              <w:top w:val="nil"/>
              <w:left w:val="nil"/>
              <w:bottom w:val="nil"/>
              <w:right w:val="nil"/>
            </w:tcBorders>
            <w:vAlign w:val="center"/>
          </w:tcPr>
          <w:p w14:paraId="5265FF8D" w14:textId="77777777" w:rsidR="00432512" w:rsidRPr="00C85550" w:rsidRDefault="00432512" w:rsidP="00432512">
            <w:pPr>
              <w:jc w:val="center"/>
              <w:rPr>
                <w:rFonts w:ascii="Times New Roman" w:hAnsi="Times New Roman"/>
                <w:b/>
              </w:rPr>
            </w:pPr>
            <w:r w:rsidRPr="00C85550">
              <w:rPr>
                <w:rFonts w:ascii="Times New Roman" w:hAnsi="Times New Roman"/>
                <w:b/>
              </w:rPr>
              <w:t>4</w:t>
            </w:r>
          </w:p>
        </w:tc>
        <w:tc>
          <w:tcPr>
            <w:tcW w:w="1002" w:type="pct"/>
            <w:tcBorders>
              <w:top w:val="nil"/>
              <w:left w:val="nil"/>
              <w:bottom w:val="nil"/>
              <w:right w:val="nil"/>
            </w:tcBorders>
            <w:vAlign w:val="center"/>
          </w:tcPr>
          <w:p w14:paraId="2E09A5DB"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32C9009" w14:textId="192640A3" w:rsidR="00432512" w:rsidRPr="00C85550" w:rsidRDefault="00652A1A" w:rsidP="00432512">
            <w:pPr>
              <w:jc w:val="center"/>
              <w:rPr>
                <w:rFonts w:ascii="Times New Roman" w:hAnsi="Times New Roman"/>
              </w:rPr>
            </w:pPr>
            <w:r w:rsidRPr="00C85550">
              <w:rPr>
                <w:rFonts w:ascii="Times New Roman" w:hAnsi="Times New Roman"/>
              </w:rPr>
              <w:t>160.94</w:t>
            </w:r>
          </w:p>
        </w:tc>
        <w:tc>
          <w:tcPr>
            <w:tcW w:w="1001" w:type="pct"/>
            <w:tcBorders>
              <w:top w:val="nil"/>
              <w:left w:val="nil"/>
              <w:bottom w:val="nil"/>
              <w:right w:val="nil"/>
            </w:tcBorders>
            <w:vAlign w:val="center"/>
          </w:tcPr>
          <w:p w14:paraId="1F9E7C11"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1E0A6701" w14:textId="76F66A5A" w:rsidR="00432512" w:rsidRPr="00C85550" w:rsidRDefault="00854CB5" w:rsidP="00432512">
            <w:pPr>
              <w:jc w:val="center"/>
              <w:rPr>
                <w:rFonts w:ascii="Times New Roman" w:hAnsi="Times New Roman"/>
              </w:rPr>
            </w:pPr>
            <w:r w:rsidRPr="00C85550">
              <w:rPr>
                <w:rFonts w:ascii="Times New Roman" w:hAnsi="Times New Roman"/>
              </w:rPr>
              <w:t>166.63</w:t>
            </w:r>
          </w:p>
        </w:tc>
      </w:tr>
      <w:tr w:rsidR="00432512" w:rsidRPr="00C85550" w14:paraId="4CF09537" w14:textId="77777777" w:rsidTr="00432512">
        <w:trPr>
          <w:trHeight w:hRule="exact" w:val="369"/>
          <w:jc w:val="center"/>
        </w:trPr>
        <w:tc>
          <w:tcPr>
            <w:tcW w:w="1008" w:type="pct"/>
            <w:tcBorders>
              <w:top w:val="nil"/>
              <w:left w:val="nil"/>
              <w:bottom w:val="nil"/>
              <w:right w:val="nil"/>
            </w:tcBorders>
            <w:vAlign w:val="center"/>
          </w:tcPr>
          <w:p w14:paraId="2EDF54CC" w14:textId="77777777" w:rsidR="00432512" w:rsidRPr="00C85550" w:rsidRDefault="00432512" w:rsidP="00432512">
            <w:pPr>
              <w:jc w:val="center"/>
              <w:rPr>
                <w:rFonts w:ascii="Times New Roman" w:hAnsi="Times New Roman"/>
                <w:b/>
              </w:rPr>
            </w:pPr>
            <w:r w:rsidRPr="00C85550">
              <w:rPr>
                <w:rFonts w:ascii="Times New Roman" w:hAnsi="Times New Roman"/>
                <w:b/>
              </w:rPr>
              <w:t>5</w:t>
            </w:r>
          </w:p>
        </w:tc>
        <w:tc>
          <w:tcPr>
            <w:tcW w:w="1002" w:type="pct"/>
            <w:tcBorders>
              <w:top w:val="nil"/>
              <w:left w:val="nil"/>
              <w:bottom w:val="nil"/>
              <w:right w:val="nil"/>
            </w:tcBorders>
            <w:vAlign w:val="center"/>
          </w:tcPr>
          <w:p w14:paraId="48C4E755"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4EB7DD2" w14:textId="7B04C161" w:rsidR="00432512" w:rsidRPr="00C85550" w:rsidRDefault="00652A1A" w:rsidP="00432512">
            <w:pPr>
              <w:jc w:val="center"/>
              <w:rPr>
                <w:rFonts w:ascii="Times New Roman" w:hAnsi="Times New Roman"/>
              </w:rPr>
            </w:pPr>
            <w:r w:rsidRPr="00C85550">
              <w:rPr>
                <w:rFonts w:ascii="Times New Roman" w:hAnsi="Times New Roman"/>
              </w:rPr>
              <w:t>139.53</w:t>
            </w:r>
          </w:p>
        </w:tc>
        <w:tc>
          <w:tcPr>
            <w:tcW w:w="1001" w:type="pct"/>
            <w:tcBorders>
              <w:top w:val="nil"/>
              <w:left w:val="nil"/>
              <w:bottom w:val="nil"/>
              <w:right w:val="nil"/>
            </w:tcBorders>
            <w:vAlign w:val="center"/>
          </w:tcPr>
          <w:p w14:paraId="1946C83E"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4B7CBC07" w14:textId="76DF97CC" w:rsidR="00432512" w:rsidRPr="00C85550" w:rsidRDefault="00854CB5" w:rsidP="00432512">
            <w:pPr>
              <w:jc w:val="center"/>
              <w:rPr>
                <w:rFonts w:ascii="Times New Roman" w:hAnsi="Times New Roman"/>
              </w:rPr>
            </w:pPr>
            <w:r w:rsidRPr="00C85550">
              <w:rPr>
                <w:rFonts w:ascii="Times New Roman" w:hAnsi="Times New Roman"/>
              </w:rPr>
              <w:t>136.90</w:t>
            </w:r>
          </w:p>
        </w:tc>
      </w:tr>
      <w:tr w:rsidR="00432512" w:rsidRPr="00C85550" w14:paraId="70E5B4A0" w14:textId="77777777" w:rsidTr="00432512">
        <w:trPr>
          <w:trHeight w:hRule="exact" w:val="369"/>
          <w:jc w:val="center"/>
        </w:trPr>
        <w:tc>
          <w:tcPr>
            <w:tcW w:w="1008" w:type="pct"/>
            <w:tcBorders>
              <w:top w:val="nil"/>
              <w:left w:val="nil"/>
              <w:bottom w:val="nil"/>
              <w:right w:val="nil"/>
            </w:tcBorders>
            <w:vAlign w:val="center"/>
          </w:tcPr>
          <w:p w14:paraId="44992B2F" w14:textId="77777777" w:rsidR="00432512" w:rsidRPr="00C85550" w:rsidRDefault="00432512" w:rsidP="00432512">
            <w:pPr>
              <w:jc w:val="center"/>
              <w:rPr>
                <w:rFonts w:ascii="Times New Roman" w:hAnsi="Times New Roman"/>
                <w:b/>
              </w:rPr>
            </w:pPr>
            <w:r w:rsidRPr="00C85550">
              <w:rPr>
                <w:rFonts w:ascii="Times New Roman" w:hAnsi="Times New Roman"/>
                <w:b/>
              </w:rPr>
              <w:t>6</w:t>
            </w:r>
          </w:p>
        </w:tc>
        <w:tc>
          <w:tcPr>
            <w:tcW w:w="1002" w:type="pct"/>
            <w:tcBorders>
              <w:top w:val="nil"/>
              <w:left w:val="nil"/>
              <w:bottom w:val="nil"/>
              <w:right w:val="nil"/>
            </w:tcBorders>
            <w:vAlign w:val="center"/>
          </w:tcPr>
          <w:p w14:paraId="431A7980" w14:textId="76A0D572" w:rsidR="00432512" w:rsidRPr="00C85550" w:rsidRDefault="00432512" w:rsidP="00432512">
            <w:pPr>
              <w:jc w:val="center"/>
              <w:rPr>
                <w:rFonts w:ascii="Times New Roman" w:hAnsi="Times New Roman"/>
              </w:rPr>
            </w:pPr>
            <w:r w:rsidRPr="00C85550">
              <w:rPr>
                <w:rFonts w:ascii="Times New Roman" w:hAnsi="Times New Roman"/>
              </w:rPr>
              <w:t>7.</w:t>
            </w:r>
            <w:r w:rsidR="00652A1A" w:rsidRPr="00C85550">
              <w:rPr>
                <w:rFonts w:ascii="Times New Roman" w:hAnsi="Times New Roman"/>
              </w:rPr>
              <w:t>92</w:t>
            </w:r>
          </w:p>
        </w:tc>
        <w:tc>
          <w:tcPr>
            <w:tcW w:w="1001" w:type="pct"/>
            <w:tcBorders>
              <w:top w:val="nil"/>
              <w:left w:val="nil"/>
              <w:bottom w:val="nil"/>
              <w:right w:val="nil"/>
            </w:tcBorders>
            <w:vAlign w:val="center"/>
          </w:tcPr>
          <w:p w14:paraId="69B3EBA7" w14:textId="728F31FE" w:rsidR="00432512" w:rsidRPr="00C85550" w:rsidRDefault="00432512" w:rsidP="00432512">
            <w:pPr>
              <w:jc w:val="center"/>
              <w:rPr>
                <w:rFonts w:ascii="Times New Roman" w:hAnsi="Times New Roman"/>
              </w:rPr>
            </w:pPr>
            <w:r w:rsidRPr="00C85550">
              <w:rPr>
                <w:rFonts w:ascii="Times New Roman" w:hAnsi="Times New Roman"/>
              </w:rPr>
              <w:t>121.</w:t>
            </w:r>
            <w:r w:rsidR="00652A1A" w:rsidRPr="00C85550">
              <w:rPr>
                <w:rFonts w:ascii="Times New Roman" w:hAnsi="Times New Roman"/>
              </w:rPr>
              <w:t>06</w:t>
            </w:r>
          </w:p>
        </w:tc>
        <w:tc>
          <w:tcPr>
            <w:tcW w:w="1001" w:type="pct"/>
            <w:tcBorders>
              <w:top w:val="nil"/>
              <w:left w:val="nil"/>
              <w:bottom w:val="nil"/>
              <w:right w:val="nil"/>
            </w:tcBorders>
            <w:vAlign w:val="center"/>
          </w:tcPr>
          <w:p w14:paraId="366462CD" w14:textId="0AAD4226" w:rsidR="00432512" w:rsidRPr="00C85550" w:rsidRDefault="00854CB5" w:rsidP="00432512">
            <w:pPr>
              <w:jc w:val="center"/>
              <w:rPr>
                <w:rFonts w:ascii="Times New Roman" w:hAnsi="Times New Roman"/>
              </w:rPr>
            </w:pPr>
            <w:r w:rsidRPr="00C85550">
              <w:rPr>
                <w:rFonts w:ascii="Times New Roman" w:hAnsi="Times New Roman"/>
              </w:rPr>
              <w:t>7.88</w:t>
            </w:r>
          </w:p>
        </w:tc>
        <w:tc>
          <w:tcPr>
            <w:tcW w:w="988" w:type="pct"/>
            <w:tcBorders>
              <w:top w:val="nil"/>
              <w:left w:val="nil"/>
              <w:bottom w:val="nil"/>
              <w:right w:val="nil"/>
            </w:tcBorders>
            <w:vAlign w:val="center"/>
          </w:tcPr>
          <w:p w14:paraId="442F12FC" w14:textId="0BA70540" w:rsidR="00432512" w:rsidRPr="00C85550" w:rsidRDefault="00854CB5" w:rsidP="00432512">
            <w:pPr>
              <w:jc w:val="center"/>
              <w:rPr>
                <w:rFonts w:ascii="Times New Roman" w:hAnsi="Times New Roman"/>
              </w:rPr>
            </w:pPr>
            <w:r w:rsidRPr="00C85550">
              <w:rPr>
                <w:rFonts w:ascii="Times New Roman" w:hAnsi="Times New Roman"/>
              </w:rPr>
              <w:t>120.94</w:t>
            </w:r>
          </w:p>
        </w:tc>
      </w:tr>
      <w:tr w:rsidR="00432512" w:rsidRPr="00C85550" w14:paraId="79485E08" w14:textId="77777777" w:rsidTr="00432512">
        <w:trPr>
          <w:trHeight w:hRule="exact" w:val="369"/>
          <w:jc w:val="center"/>
        </w:trPr>
        <w:tc>
          <w:tcPr>
            <w:tcW w:w="1008" w:type="pct"/>
            <w:tcBorders>
              <w:top w:val="nil"/>
              <w:left w:val="nil"/>
              <w:bottom w:val="nil"/>
              <w:right w:val="nil"/>
            </w:tcBorders>
            <w:vAlign w:val="center"/>
          </w:tcPr>
          <w:p w14:paraId="374F514A" w14:textId="77777777" w:rsidR="00432512" w:rsidRPr="00C85550" w:rsidRDefault="00432512" w:rsidP="00432512">
            <w:pPr>
              <w:jc w:val="center"/>
              <w:rPr>
                <w:rFonts w:ascii="Times New Roman" w:hAnsi="Times New Roman"/>
                <w:b/>
              </w:rPr>
            </w:pPr>
            <w:r w:rsidRPr="00C85550">
              <w:rPr>
                <w:rFonts w:ascii="Times New Roman" w:hAnsi="Times New Roman"/>
                <w:b/>
              </w:rPr>
              <w:t>7</w:t>
            </w:r>
          </w:p>
        </w:tc>
        <w:tc>
          <w:tcPr>
            <w:tcW w:w="1002" w:type="pct"/>
            <w:tcBorders>
              <w:top w:val="nil"/>
              <w:left w:val="nil"/>
              <w:bottom w:val="nil"/>
              <w:right w:val="nil"/>
            </w:tcBorders>
            <w:vAlign w:val="center"/>
          </w:tcPr>
          <w:p w14:paraId="78EE64C3" w14:textId="445D33E9" w:rsidR="00432512" w:rsidRPr="00C85550" w:rsidRDefault="00432512" w:rsidP="00432512">
            <w:pPr>
              <w:jc w:val="center"/>
              <w:rPr>
                <w:rFonts w:ascii="Times New Roman" w:hAnsi="Times New Roman"/>
              </w:rPr>
            </w:pPr>
            <w:r w:rsidRPr="00C85550">
              <w:rPr>
                <w:rFonts w:ascii="Times New Roman" w:hAnsi="Times New Roman"/>
              </w:rPr>
              <w:t>8.8</w:t>
            </w:r>
            <w:r w:rsidR="00652A1A" w:rsidRPr="00C85550">
              <w:rPr>
                <w:rFonts w:ascii="Times New Roman" w:hAnsi="Times New Roman"/>
              </w:rPr>
              <w:t>5</w:t>
            </w:r>
          </w:p>
        </w:tc>
        <w:tc>
          <w:tcPr>
            <w:tcW w:w="1001" w:type="pct"/>
            <w:tcBorders>
              <w:top w:val="nil"/>
              <w:left w:val="nil"/>
              <w:bottom w:val="nil"/>
              <w:right w:val="nil"/>
            </w:tcBorders>
            <w:vAlign w:val="center"/>
          </w:tcPr>
          <w:p w14:paraId="6C9C87B8" w14:textId="488A22AB" w:rsidR="00432512" w:rsidRPr="00C85550" w:rsidRDefault="00652A1A" w:rsidP="00432512">
            <w:pPr>
              <w:jc w:val="center"/>
              <w:rPr>
                <w:rFonts w:ascii="Times New Roman" w:hAnsi="Times New Roman"/>
              </w:rPr>
            </w:pPr>
            <w:r w:rsidRPr="00C85550">
              <w:rPr>
                <w:rFonts w:ascii="Times New Roman" w:hAnsi="Times New Roman"/>
              </w:rPr>
              <w:t>149.83</w:t>
            </w:r>
          </w:p>
        </w:tc>
        <w:tc>
          <w:tcPr>
            <w:tcW w:w="1001" w:type="pct"/>
            <w:tcBorders>
              <w:top w:val="nil"/>
              <w:left w:val="nil"/>
              <w:bottom w:val="nil"/>
              <w:right w:val="nil"/>
            </w:tcBorders>
            <w:vAlign w:val="center"/>
          </w:tcPr>
          <w:p w14:paraId="4C0F99DA" w14:textId="5F318414" w:rsidR="00432512" w:rsidRPr="00C85550" w:rsidRDefault="00854CB5" w:rsidP="00432512">
            <w:pPr>
              <w:jc w:val="center"/>
              <w:rPr>
                <w:rFonts w:ascii="Times New Roman" w:hAnsi="Times New Roman"/>
              </w:rPr>
            </w:pPr>
            <w:r w:rsidRPr="00C85550">
              <w:rPr>
                <w:rFonts w:ascii="Times New Roman" w:hAnsi="Times New Roman"/>
              </w:rPr>
              <w:t>8.77</w:t>
            </w:r>
          </w:p>
        </w:tc>
        <w:tc>
          <w:tcPr>
            <w:tcW w:w="988" w:type="pct"/>
            <w:tcBorders>
              <w:top w:val="nil"/>
              <w:left w:val="nil"/>
              <w:bottom w:val="nil"/>
              <w:right w:val="nil"/>
            </w:tcBorders>
            <w:vAlign w:val="center"/>
          </w:tcPr>
          <w:p w14:paraId="0D8E0B5A" w14:textId="318919D3" w:rsidR="00432512" w:rsidRPr="00C85550" w:rsidRDefault="00854CB5" w:rsidP="00432512">
            <w:pPr>
              <w:jc w:val="center"/>
              <w:rPr>
                <w:rFonts w:ascii="Times New Roman" w:hAnsi="Times New Roman"/>
              </w:rPr>
            </w:pPr>
            <w:r w:rsidRPr="00C85550">
              <w:rPr>
                <w:rFonts w:ascii="Times New Roman" w:hAnsi="Times New Roman"/>
              </w:rPr>
              <w:t>149.96</w:t>
            </w:r>
          </w:p>
        </w:tc>
      </w:tr>
      <w:tr w:rsidR="00432512" w:rsidRPr="00C85550" w14:paraId="31062F9F" w14:textId="77777777" w:rsidTr="00432512">
        <w:trPr>
          <w:trHeight w:hRule="exact" w:val="369"/>
          <w:jc w:val="center"/>
        </w:trPr>
        <w:tc>
          <w:tcPr>
            <w:tcW w:w="1008" w:type="pct"/>
            <w:tcBorders>
              <w:top w:val="nil"/>
              <w:left w:val="nil"/>
              <w:bottom w:val="nil"/>
              <w:right w:val="nil"/>
            </w:tcBorders>
            <w:vAlign w:val="center"/>
          </w:tcPr>
          <w:p w14:paraId="684C4AB8" w14:textId="77777777" w:rsidR="00432512" w:rsidRPr="00C85550" w:rsidRDefault="00432512" w:rsidP="00432512">
            <w:pPr>
              <w:jc w:val="center"/>
              <w:rPr>
                <w:rFonts w:ascii="Times New Roman" w:hAnsi="Times New Roman"/>
                <w:b/>
              </w:rPr>
            </w:pPr>
            <w:r w:rsidRPr="00C85550">
              <w:rPr>
                <w:rFonts w:ascii="Times New Roman" w:hAnsi="Times New Roman"/>
                <w:b/>
              </w:rPr>
              <w:t>8</w:t>
            </w:r>
          </w:p>
        </w:tc>
        <w:tc>
          <w:tcPr>
            <w:tcW w:w="1002" w:type="pct"/>
            <w:tcBorders>
              <w:top w:val="nil"/>
              <w:left w:val="nil"/>
              <w:bottom w:val="nil"/>
              <w:right w:val="nil"/>
            </w:tcBorders>
            <w:vAlign w:val="center"/>
          </w:tcPr>
          <w:p w14:paraId="51DB71C0"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6AA7A4B8"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C671C1B"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AAE1BE9" w14:textId="77777777" w:rsidR="00432512" w:rsidRPr="00C85550" w:rsidRDefault="00432512" w:rsidP="00432512">
            <w:pPr>
              <w:jc w:val="center"/>
              <w:rPr>
                <w:rFonts w:ascii="Times New Roman" w:hAnsi="Times New Roman"/>
              </w:rPr>
            </w:pPr>
            <w:r w:rsidRPr="00C85550">
              <w:rPr>
                <w:rFonts w:ascii="Times New Roman" w:hAnsi="Times New Roman"/>
              </w:rPr>
              <w:t>−</w:t>
            </w:r>
          </w:p>
        </w:tc>
      </w:tr>
      <w:tr w:rsidR="00432512" w:rsidRPr="00C85550" w14:paraId="0BE6C3BC" w14:textId="77777777" w:rsidTr="00432512">
        <w:trPr>
          <w:trHeight w:hRule="exact" w:val="369"/>
          <w:jc w:val="center"/>
        </w:trPr>
        <w:tc>
          <w:tcPr>
            <w:tcW w:w="1008" w:type="pct"/>
            <w:tcBorders>
              <w:top w:val="nil"/>
              <w:left w:val="nil"/>
              <w:bottom w:val="nil"/>
              <w:right w:val="nil"/>
            </w:tcBorders>
            <w:vAlign w:val="center"/>
          </w:tcPr>
          <w:p w14:paraId="555DC2D9" w14:textId="77777777" w:rsidR="00432512" w:rsidRPr="00C85550" w:rsidRDefault="00432512" w:rsidP="00432512">
            <w:pPr>
              <w:jc w:val="center"/>
              <w:rPr>
                <w:rFonts w:ascii="Times New Roman" w:hAnsi="Times New Roman"/>
                <w:b/>
              </w:rPr>
            </w:pPr>
            <w:r w:rsidRPr="00C85550">
              <w:rPr>
                <w:rFonts w:ascii="Times New Roman" w:hAnsi="Times New Roman"/>
                <w:b/>
              </w:rPr>
              <w:t>9</w:t>
            </w:r>
          </w:p>
        </w:tc>
        <w:tc>
          <w:tcPr>
            <w:tcW w:w="1002" w:type="pct"/>
            <w:tcBorders>
              <w:top w:val="nil"/>
              <w:left w:val="nil"/>
              <w:bottom w:val="nil"/>
              <w:right w:val="nil"/>
            </w:tcBorders>
            <w:vAlign w:val="center"/>
          </w:tcPr>
          <w:p w14:paraId="0908E1BE" w14:textId="1C121DF6" w:rsidR="00432512" w:rsidRPr="00C85550" w:rsidRDefault="00432512" w:rsidP="00432512">
            <w:pPr>
              <w:jc w:val="center"/>
              <w:rPr>
                <w:rFonts w:ascii="Times New Roman" w:hAnsi="Times New Roman"/>
              </w:rPr>
            </w:pPr>
            <w:r w:rsidRPr="00C85550">
              <w:rPr>
                <w:rFonts w:ascii="Times New Roman" w:hAnsi="Times New Roman"/>
              </w:rPr>
              <w:t>8.8</w:t>
            </w:r>
            <w:r w:rsidR="00652A1A" w:rsidRPr="00C85550">
              <w:rPr>
                <w:rFonts w:ascii="Times New Roman" w:hAnsi="Times New Roman"/>
              </w:rPr>
              <w:t>5</w:t>
            </w:r>
          </w:p>
        </w:tc>
        <w:tc>
          <w:tcPr>
            <w:tcW w:w="1001" w:type="pct"/>
            <w:tcBorders>
              <w:top w:val="nil"/>
              <w:left w:val="nil"/>
              <w:bottom w:val="nil"/>
              <w:right w:val="nil"/>
            </w:tcBorders>
            <w:vAlign w:val="center"/>
          </w:tcPr>
          <w:p w14:paraId="34C8E082" w14:textId="7AC4A0A4" w:rsidR="00432512" w:rsidRPr="00C85550" w:rsidRDefault="00652A1A" w:rsidP="00432512">
            <w:pPr>
              <w:jc w:val="center"/>
              <w:rPr>
                <w:rFonts w:ascii="Times New Roman" w:hAnsi="Times New Roman"/>
              </w:rPr>
            </w:pPr>
            <w:r w:rsidRPr="00C85550">
              <w:rPr>
                <w:rFonts w:ascii="Times New Roman" w:hAnsi="Times New Roman"/>
              </w:rPr>
              <w:t>149.83</w:t>
            </w:r>
          </w:p>
        </w:tc>
        <w:tc>
          <w:tcPr>
            <w:tcW w:w="1001" w:type="pct"/>
            <w:tcBorders>
              <w:top w:val="nil"/>
              <w:left w:val="nil"/>
              <w:bottom w:val="nil"/>
              <w:right w:val="nil"/>
            </w:tcBorders>
            <w:vAlign w:val="center"/>
          </w:tcPr>
          <w:p w14:paraId="1959B4B2" w14:textId="23A8ED76" w:rsidR="00432512" w:rsidRPr="00C85550" w:rsidRDefault="00854CB5" w:rsidP="00432512">
            <w:pPr>
              <w:jc w:val="center"/>
              <w:rPr>
                <w:rFonts w:ascii="Times New Roman" w:hAnsi="Times New Roman"/>
              </w:rPr>
            </w:pPr>
            <w:r w:rsidRPr="00C85550">
              <w:rPr>
                <w:rFonts w:ascii="Times New Roman" w:hAnsi="Times New Roman"/>
              </w:rPr>
              <w:t>8.77</w:t>
            </w:r>
          </w:p>
        </w:tc>
        <w:tc>
          <w:tcPr>
            <w:tcW w:w="988" w:type="pct"/>
            <w:tcBorders>
              <w:top w:val="nil"/>
              <w:left w:val="nil"/>
              <w:bottom w:val="nil"/>
              <w:right w:val="nil"/>
            </w:tcBorders>
            <w:vAlign w:val="center"/>
          </w:tcPr>
          <w:p w14:paraId="2175BF7F" w14:textId="532BDABE" w:rsidR="00432512" w:rsidRPr="00C85550" w:rsidRDefault="00854CB5" w:rsidP="00432512">
            <w:pPr>
              <w:jc w:val="center"/>
              <w:rPr>
                <w:rFonts w:ascii="Times New Roman" w:hAnsi="Times New Roman"/>
              </w:rPr>
            </w:pPr>
            <w:r w:rsidRPr="00C85550">
              <w:rPr>
                <w:rFonts w:ascii="Times New Roman" w:hAnsi="Times New Roman"/>
              </w:rPr>
              <w:t>149.96</w:t>
            </w:r>
          </w:p>
        </w:tc>
      </w:tr>
      <w:tr w:rsidR="00432512" w:rsidRPr="00C85550" w14:paraId="722B66E1" w14:textId="77777777" w:rsidTr="00432512">
        <w:trPr>
          <w:trHeight w:hRule="exact" w:val="369"/>
          <w:jc w:val="center"/>
        </w:trPr>
        <w:tc>
          <w:tcPr>
            <w:tcW w:w="1008" w:type="pct"/>
            <w:tcBorders>
              <w:top w:val="nil"/>
              <w:left w:val="nil"/>
              <w:bottom w:val="nil"/>
              <w:right w:val="nil"/>
            </w:tcBorders>
            <w:vAlign w:val="center"/>
          </w:tcPr>
          <w:p w14:paraId="2EEFC336" w14:textId="77777777" w:rsidR="00432512" w:rsidRPr="00C85550" w:rsidRDefault="00432512" w:rsidP="00432512">
            <w:pPr>
              <w:jc w:val="center"/>
              <w:rPr>
                <w:rFonts w:ascii="Times New Roman" w:hAnsi="Times New Roman"/>
                <w:b/>
              </w:rPr>
            </w:pPr>
            <w:r w:rsidRPr="00C85550">
              <w:rPr>
                <w:rFonts w:ascii="Times New Roman" w:hAnsi="Times New Roman"/>
                <w:b/>
              </w:rPr>
              <w:t>10</w:t>
            </w:r>
          </w:p>
        </w:tc>
        <w:tc>
          <w:tcPr>
            <w:tcW w:w="1002" w:type="pct"/>
            <w:tcBorders>
              <w:top w:val="nil"/>
              <w:left w:val="nil"/>
              <w:bottom w:val="nil"/>
              <w:right w:val="nil"/>
            </w:tcBorders>
            <w:vAlign w:val="center"/>
          </w:tcPr>
          <w:p w14:paraId="3F20C622" w14:textId="1ACA4FAD" w:rsidR="00432512" w:rsidRPr="00C85550" w:rsidRDefault="00432512" w:rsidP="00432512">
            <w:pPr>
              <w:jc w:val="center"/>
              <w:rPr>
                <w:rFonts w:ascii="Times New Roman" w:hAnsi="Times New Roman"/>
              </w:rPr>
            </w:pPr>
            <w:r w:rsidRPr="00C85550">
              <w:rPr>
                <w:rFonts w:ascii="Times New Roman" w:hAnsi="Times New Roman"/>
              </w:rPr>
              <w:t>7.</w:t>
            </w:r>
            <w:r w:rsidR="00652A1A" w:rsidRPr="00C85550">
              <w:rPr>
                <w:rFonts w:ascii="Times New Roman" w:hAnsi="Times New Roman"/>
              </w:rPr>
              <w:t>92</w:t>
            </w:r>
          </w:p>
        </w:tc>
        <w:tc>
          <w:tcPr>
            <w:tcW w:w="1001" w:type="pct"/>
            <w:tcBorders>
              <w:top w:val="nil"/>
              <w:left w:val="nil"/>
              <w:bottom w:val="nil"/>
              <w:right w:val="nil"/>
            </w:tcBorders>
            <w:vAlign w:val="center"/>
          </w:tcPr>
          <w:p w14:paraId="675DE62F" w14:textId="77777777" w:rsidR="00432512" w:rsidRPr="00C85550" w:rsidRDefault="00432512" w:rsidP="00432512">
            <w:pPr>
              <w:jc w:val="center"/>
              <w:rPr>
                <w:rFonts w:ascii="Times New Roman" w:hAnsi="Times New Roman"/>
              </w:rPr>
            </w:pPr>
            <w:r w:rsidRPr="00C85550">
              <w:rPr>
                <w:rFonts w:ascii="Times New Roman" w:hAnsi="Times New Roman"/>
              </w:rPr>
              <w:t>121.98</w:t>
            </w:r>
          </w:p>
        </w:tc>
        <w:tc>
          <w:tcPr>
            <w:tcW w:w="1001" w:type="pct"/>
            <w:tcBorders>
              <w:top w:val="nil"/>
              <w:left w:val="nil"/>
              <w:bottom w:val="nil"/>
              <w:right w:val="nil"/>
            </w:tcBorders>
            <w:vAlign w:val="center"/>
          </w:tcPr>
          <w:p w14:paraId="18547F21" w14:textId="2F983EE2" w:rsidR="00432512" w:rsidRPr="00C85550" w:rsidRDefault="00854CB5" w:rsidP="00432512">
            <w:pPr>
              <w:jc w:val="center"/>
              <w:rPr>
                <w:rFonts w:ascii="Times New Roman" w:hAnsi="Times New Roman"/>
              </w:rPr>
            </w:pPr>
            <w:r w:rsidRPr="00C85550">
              <w:rPr>
                <w:rFonts w:ascii="Times New Roman" w:hAnsi="Times New Roman"/>
              </w:rPr>
              <w:t>7.88</w:t>
            </w:r>
          </w:p>
        </w:tc>
        <w:tc>
          <w:tcPr>
            <w:tcW w:w="988" w:type="pct"/>
            <w:tcBorders>
              <w:top w:val="nil"/>
              <w:left w:val="nil"/>
              <w:bottom w:val="nil"/>
              <w:right w:val="nil"/>
            </w:tcBorders>
            <w:vAlign w:val="center"/>
          </w:tcPr>
          <w:p w14:paraId="7C9DD799" w14:textId="38312115" w:rsidR="00432512" w:rsidRPr="00C85550" w:rsidRDefault="00854CB5" w:rsidP="00432512">
            <w:pPr>
              <w:jc w:val="center"/>
              <w:rPr>
                <w:rFonts w:ascii="Times New Roman" w:hAnsi="Times New Roman"/>
              </w:rPr>
            </w:pPr>
            <w:r w:rsidRPr="00C85550">
              <w:rPr>
                <w:rFonts w:ascii="Times New Roman" w:hAnsi="Times New Roman"/>
              </w:rPr>
              <w:t>120.94</w:t>
            </w:r>
          </w:p>
        </w:tc>
      </w:tr>
      <w:tr w:rsidR="00432512" w:rsidRPr="00C85550" w14:paraId="6A499BCA" w14:textId="77777777" w:rsidTr="00432512">
        <w:trPr>
          <w:trHeight w:hRule="exact" w:val="369"/>
          <w:jc w:val="center"/>
        </w:trPr>
        <w:tc>
          <w:tcPr>
            <w:tcW w:w="1008" w:type="pct"/>
            <w:tcBorders>
              <w:top w:val="nil"/>
              <w:left w:val="nil"/>
              <w:bottom w:val="nil"/>
              <w:right w:val="nil"/>
            </w:tcBorders>
            <w:vAlign w:val="center"/>
          </w:tcPr>
          <w:p w14:paraId="0616C964" w14:textId="77777777" w:rsidR="00432512" w:rsidRPr="00C85550" w:rsidRDefault="00432512" w:rsidP="00432512">
            <w:pPr>
              <w:jc w:val="center"/>
              <w:rPr>
                <w:rFonts w:ascii="Times New Roman" w:hAnsi="Times New Roman"/>
                <w:b/>
              </w:rPr>
            </w:pPr>
            <w:r w:rsidRPr="00C85550">
              <w:rPr>
                <w:rFonts w:ascii="Times New Roman" w:hAnsi="Times New Roman"/>
                <w:b/>
              </w:rPr>
              <w:t>11</w:t>
            </w:r>
          </w:p>
        </w:tc>
        <w:tc>
          <w:tcPr>
            <w:tcW w:w="1002" w:type="pct"/>
            <w:tcBorders>
              <w:top w:val="nil"/>
              <w:left w:val="nil"/>
              <w:bottom w:val="nil"/>
              <w:right w:val="nil"/>
            </w:tcBorders>
            <w:vAlign w:val="center"/>
          </w:tcPr>
          <w:p w14:paraId="3338BA5A"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2251CAF1" w14:textId="156AB717" w:rsidR="00432512" w:rsidRPr="00C85550" w:rsidRDefault="00652A1A" w:rsidP="00432512">
            <w:pPr>
              <w:jc w:val="center"/>
              <w:rPr>
                <w:rFonts w:ascii="Times New Roman" w:hAnsi="Times New Roman"/>
              </w:rPr>
            </w:pPr>
            <w:r w:rsidRPr="00C85550">
              <w:rPr>
                <w:rFonts w:ascii="Times New Roman" w:hAnsi="Times New Roman"/>
              </w:rPr>
              <w:t>118.41</w:t>
            </w:r>
          </w:p>
        </w:tc>
        <w:tc>
          <w:tcPr>
            <w:tcW w:w="1001" w:type="pct"/>
            <w:tcBorders>
              <w:top w:val="nil"/>
              <w:left w:val="nil"/>
              <w:bottom w:val="nil"/>
              <w:right w:val="nil"/>
            </w:tcBorders>
            <w:vAlign w:val="center"/>
          </w:tcPr>
          <w:p w14:paraId="36E33487"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4562E2A1" w14:textId="260D781D" w:rsidR="00432512" w:rsidRPr="00C85550" w:rsidRDefault="00854CB5" w:rsidP="00432512">
            <w:pPr>
              <w:jc w:val="center"/>
              <w:rPr>
                <w:rFonts w:ascii="Times New Roman" w:hAnsi="Times New Roman"/>
              </w:rPr>
            </w:pPr>
            <w:r w:rsidRPr="00C85550">
              <w:rPr>
                <w:rFonts w:ascii="Times New Roman" w:hAnsi="Times New Roman"/>
              </w:rPr>
              <w:t>119.57</w:t>
            </w:r>
          </w:p>
        </w:tc>
      </w:tr>
      <w:tr w:rsidR="00432512" w:rsidRPr="00C85550" w14:paraId="0F162AFE" w14:textId="77777777" w:rsidTr="00432512">
        <w:trPr>
          <w:trHeight w:hRule="exact" w:val="369"/>
          <w:jc w:val="center"/>
        </w:trPr>
        <w:tc>
          <w:tcPr>
            <w:tcW w:w="1008" w:type="pct"/>
            <w:tcBorders>
              <w:top w:val="nil"/>
              <w:left w:val="nil"/>
              <w:bottom w:val="nil"/>
              <w:right w:val="nil"/>
            </w:tcBorders>
            <w:vAlign w:val="center"/>
          </w:tcPr>
          <w:p w14:paraId="24EA909E" w14:textId="77777777" w:rsidR="00432512" w:rsidRPr="00C85550" w:rsidRDefault="00432512" w:rsidP="00432512">
            <w:pPr>
              <w:jc w:val="center"/>
              <w:rPr>
                <w:rFonts w:ascii="Times New Roman" w:hAnsi="Times New Roman"/>
                <w:b/>
              </w:rPr>
            </w:pPr>
            <w:r w:rsidRPr="00C85550">
              <w:rPr>
                <w:rFonts w:ascii="Times New Roman" w:hAnsi="Times New Roman"/>
                <w:b/>
              </w:rPr>
              <w:t>12</w:t>
            </w:r>
          </w:p>
        </w:tc>
        <w:tc>
          <w:tcPr>
            <w:tcW w:w="1002" w:type="pct"/>
            <w:tcBorders>
              <w:top w:val="nil"/>
              <w:left w:val="nil"/>
              <w:bottom w:val="nil"/>
              <w:right w:val="nil"/>
            </w:tcBorders>
            <w:vAlign w:val="center"/>
          </w:tcPr>
          <w:p w14:paraId="55BAB704"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770C0870" w14:textId="2E25A884" w:rsidR="00432512" w:rsidRPr="00C85550" w:rsidRDefault="00652A1A" w:rsidP="00432512">
            <w:pPr>
              <w:jc w:val="center"/>
              <w:rPr>
                <w:rFonts w:ascii="Times New Roman" w:hAnsi="Times New Roman"/>
              </w:rPr>
            </w:pPr>
            <w:r w:rsidRPr="00C85550">
              <w:rPr>
                <w:rFonts w:ascii="Times New Roman" w:hAnsi="Times New Roman"/>
              </w:rPr>
              <w:t>151.17</w:t>
            </w:r>
          </w:p>
        </w:tc>
        <w:tc>
          <w:tcPr>
            <w:tcW w:w="1001" w:type="pct"/>
            <w:tcBorders>
              <w:top w:val="nil"/>
              <w:left w:val="nil"/>
              <w:bottom w:val="nil"/>
              <w:right w:val="nil"/>
            </w:tcBorders>
            <w:vAlign w:val="center"/>
          </w:tcPr>
          <w:p w14:paraId="23ACB7C9" w14:textId="77777777" w:rsidR="00432512" w:rsidRPr="00C85550" w:rsidRDefault="00432512"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341360AE" w14:textId="5345A1D7" w:rsidR="00432512" w:rsidRPr="00C85550" w:rsidRDefault="00854CB5" w:rsidP="00432512">
            <w:pPr>
              <w:jc w:val="center"/>
              <w:rPr>
                <w:rFonts w:ascii="Times New Roman" w:hAnsi="Times New Roman"/>
              </w:rPr>
            </w:pPr>
            <w:r w:rsidRPr="00C85550">
              <w:rPr>
                <w:rFonts w:ascii="Times New Roman" w:hAnsi="Times New Roman"/>
              </w:rPr>
              <w:t>153.36</w:t>
            </w:r>
          </w:p>
        </w:tc>
      </w:tr>
      <w:tr w:rsidR="00432512" w:rsidRPr="00C85550" w14:paraId="1A0CD4EE" w14:textId="77777777" w:rsidTr="00432512">
        <w:trPr>
          <w:trHeight w:hRule="exact" w:val="369"/>
          <w:jc w:val="center"/>
        </w:trPr>
        <w:tc>
          <w:tcPr>
            <w:tcW w:w="1008" w:type="pct"/>
            <w:tcBorders>
              <w:top w:val="nil"/>
              <w:left w:val="nil"/>
              <w:bottom w:val="nil"/>
              <w:right w:val="nil"/>
            </w:tcBorders>
            <w:vAlign w:val="center"/>
          </w:tcPr>
          <w:p w14:paraId="607C0AD8" w14:textId="77777777" w:rsidR="00432512" w:rsidRPr="00C85550" w:rsidRDefault="00432512" w:rsidP="00432512">
            <w:pPr>
              <w:jc w:val="center"/>
              <w:rPr>
                <w:rFonts w:ascii="Times New Roman" w:hAnsi="Times New Roman"/>
                <w:b/>
              </w:rPr>
            </w:pPr>
            <w:r w:rsidRPr="00C85550">
              <w:rPr>
                <w:rFonts w:ascii="Times New Roman" w:hAnsi="Times New Roman"/>
                <w:b/>
              </w:rPr>
              <w:t>13</w:t>
            </w:r>
          </w:p>
        </w:tc>
        <w:tc>
          <w:tcPr>
            <w:tcW w:w="1002" w:type="pct"/>
            <w:tcBorders>
              <w:top w:val="nil"/>
              <w:left w:val="nil"/>
              <w:bottom w:val="nil"/>
              <w:right w:val="nil"/>
            </w:tcBorders>
            <w:vAlign w:val="center"/>
          </w:tcPr>
          <w:p w14:paraId="11B8DFA1" w14:textId="37CF980E" w:rsidR="00432512" w:rsidRPr="00C85550" w:rsidRDefault="00432512" w:rsidP="00432512">
            <w:pPr>
              <w:jc w:val="center"/>
              <w:rPr>
                <w:rFonts w:ascii="Times New Roman" w:hAnsi="Times New Roman"/>
              </w:rPr>
            </w:pPr>
            <w:r w:rsidRPr="00C85550">
              <w:rPr>
                <w:rFonts w:ascii="Times New Roman" w:hAnsi="Times New Roman"/>
              </w:rPr>
              <w:t>6.9</w:t>
            </w:r>
            <w:r w:rsidR="00652A1A" w:rsidRPr="00C85550">
              <w:rPr>
                <w:rFonts w:ascii="Times New Roman" w:hAnsi="Times New Roman"/>
              </w:rPr>
              <w:t>4</w:t>
            </w:r>
          </w:p>
        </w:tc>
        <w:tc>
          <w:tcPr>
            <w:tcW w:w="1001" w:type="pct"/>
            <w:tcBorders>
              <w:top w:val="nil"/>
              <w:left w:val="nil"/>
              <w:bottom w:val="nil"/>
              <w:right w:val="nil"/>
            </w:tcBorders>
            <w:vAlign w:val="center"/>
          </w:tcPr>
          <w:p w14:paraId="7C67F130" w14:textId="0443249C" w:rsidR="00432512" w:rsidRPr="00C85550" w:rsidRDefault="00432512" w:rsidP="00432512">
            <w:pPr>
              <w:jc w:val="center"/>
              <w:rPr>
                <w:rFonts w:ascii="Times New Roman" w:hAnsi="Times New Roman"/>
              </w:rPr>
            </w:pPr>
            <w:r w:rsidRPr="00C85550">
              <w:rPr>
                <w:rFonts w:ascii="Times New Roman" w:hAnsi="Times New Roman"/>
              </w:rPr>
              <w:t>116.</w:t>
            </w:r>
            <w:r w:rsidR="00652A1A" w:rsidRPr="00C85550">
              <w:rPr>
                <w:rFonts w:ascii="Times New Roman" w:hAnsi="Times New Roman"/>
              </w:rPr>
              <w:t>87</w:t>
            </w:r>
          </w:p>
        </w:tc>
        <w:tc>
          <w:tcPr>
            <w:tcW w:w="1001" w:type="pct"/>
            <w:tcBorders>
              <w:top w:val="nil"/>
              <w:left w:val="nil"/>
              <w:bottom w:val="nil"/>
              <w:right w:val="nil"/>
            </w:tcBorders>
            <w:vAlign w:val="center"/>
          </w:tcPr>
          <w:p w14:paraId="3A9CA624" w14:textId="5B8C90D1" w:rsidR="00432512" w:rsidRPr="00C85550" w:rsidRDefault="00854CB5" w:rsidP="00432512">
            <w:pPr>
              <w:jc w:val="center"/>
              <w:rPr>
                <w:rFonts w:ascii="Times New Roman" w:hAnsi="Times New Roman"/>
              </w:rPr>
            </w:pPr>
            <w:r w:rsidRPr="00C85550">
              <w:rPr>
                <w:rFonts w:ascii="Times New Roman" w:hAnsi="Times New Roman"/>
              </w:rPr>
              <w:t>6.93</w:t>
            </w:r>
          </w:p>
        </w:tc>
        <w:tc>
          <w:tcPr>
            <w:tcW w:w="988" w:type="pct"/>
            <w:tcBorders>
              <w:top w:val="nil"/>
              <w:left w:val="nil"/>
              <w:bottom w:val="nil"/>
              <w:right w:val="nil"/>
            </w:tcBorders>
            <w:vAlign w:val="center"/>
          </w:tcPr>
          <w:p w14:paraId="269E758B" w14:textId="10063B33" w:rsidR="00432512" w:rsidRPr="00C85550" w:rsidRDefault="00854CB5" w:rsidP="00432512">
            <w:pPr>
              <w:jc w:val="center"/>
              <w:rPr>
                <w:rFonts w:ascii="Times New Roman" w:hAnsi="Times New Roman"/>
              </w:rPr>
            </w:pPr>
            <w:r w:rsidRPr="00C85550">
              <w:rPr>
                <w:rFonts w:ascii="Times New Roman" w:hAnsi="Times New Roman"/>
              </w:rPr>
              <w:t>118.78</w:t>
            </w:r>
          </w:p>
        </w:tc>
      </w:tr>
      <w:tr w:rsidR="00432512" w:rsidRPr="00C85550" w14:paraId="70355D23" w14:textId="77777777" w:rsidTr="00432512">
        <w:trPr>
          <w:trHeight w:hRule="exact" w:val="369"/>
          <w:jc w:val="center"/>
        </w:trPr>
        <w:tc>
          <w:tcPr>
            <w:tcW w:w="1008" w:type="pct"/>
            <w:tcBorders>
              <w:top w:val="nil"/>
              <w:left w:val="nil"/>
              <w:bottom w:val="nil"/>
              <w:right w:val="nil"/>
            </w:tcBorders>
            <w:vAlign w:val="center"/>
          </w:tcPr>
          <w:p w14:paraId="79516C6C" w14:textId="77777777" w:rsidR="00432512" w:rsidRPr="00C85550" w:rsidRDefault="00432512" w:rsidP="00432512">
            <w:pPr>
              <w:jc w:val="center"/>
              <w:rPr>
                <w:rFonts w:ascii="Times New Roman" w:hAnsi="Times New Roman"/>
                <w:b/>
              </w:rPr>
            </w:pPr>
            <w:r w:rsidRPr="00C85550">
              <w:rPr>
                <w:rFonts w:ascii="Times New Roman" w:hAnsi="Times New Roman"/>
                <w:b/>
              </w:rPr>
              <w:t>14</w:t>
            </w:r>
          </w:p>
        </w:tc>
        <w:tc>
          <w:tcPr>
            <w:tcW w:w="1002" w:type="pct"/>
            <w:tcBorders>
              <w:top w:val="nil"/>
              <w:left w:val="nil"/>
              <w:bottom w:val="nil"/>
              <w:right w:val="nil"/>
            </w:tcBorders>
            <w:vAlign w:val="center"/>
          </w:tcPr>
          <w:p w14:paraId="43B973C1" w14:textId="0F785A7A" w:rsidR="00432512" w:rsidRPr="00C85550" w:rsidRDefault="00652A1A" w:rsidP="00432512">
            <w:pPr>
              <w:jc w:val="center"/>
              <w:rPr>
                <w:rFonts w:ascii="Times New Roman" w:hAnsi="Times New Roman"/>
              </w:rPr>
            </w:pPr>
            <w:r w:rsidRPr="00C85550">
              <w:rPr>
                <w:rFonts w:ascii="Times New Roman" w:hAnsi="Times New Roman"/>
              </w:rPr>
              <w:t>6.97</w:t>
            </w:r>
          </w:p>
        </w:tc>
        <w:tc>
          <w:tcPr>
            <w:tcW w:w="1001" w:type="pct"/>
            <w:tcBorders>
              <w:top w:val="nil"/>
              <w:left w:val="nil"/>
              <w:bottom w:val="nil"/>
              <w:right w:val="nil"/>
            </w:tcBorders>
            <w:vAlign w:val="center"/>
          </w:tcPr>
          <w:p w14:paraId="3C9A8B28" w14:textId="0CB53478" w:rsidR="00432512" w:rsidRPr="00C85550" w:rsidRDefault="00652A1A" w:rsidP="00432512">
            <w:pPr>
              <w:jc w:val="center"/>
              <w:rPr>
                <w:rFonts w:ascii="Times New Roman" w:hAnsi="Times New Roman"/>
              </w:rPr>
            </w:pPr>
            <w:r w:rsidRPr="00C85550">
              <w:rPr>
                <w:rFonts w:ascii="Times New Roman" w:hAnsi="Times New Roman"/>
              </w:rPr>
              <w:t>118.15</w:t>
            </w:r>
          </w:p>
        </w:tc>
        <w:tc>
          <w:tcPr>
            <w:tcW w:w="1001" w:type="pct"/>
            <w:tcBorders>
              <w:top w:val="nil"/>
              <w:left w:val="nil"/>
              <w:bottom w:val="nil"/>
              <w:right w:val="nil"/>
            </w:tcBorders>
            <w:vAlign w:val="center"/>
          </w:tcPr>
          <w:p w14:paraId="0FD9416B" w14:textId="2A32B5D0" w:rsidR="00432512" w:rsidRPr="00C85550" w:rsidRDefault="00854CB5" w:rsidP="00432512">
            <w:pPr>
              <w:jc w:val="center"/>
              <w:rPr>
                <w:rFonts w:ascii="Times New Roman" w:hAnsi="Times New Roman"/>
              </w:rPr>
            </w:pPr>
            <w:r w:rsidRPr="00C85550">
              <w:rPr>
                <w:rFonts w:ascii="Times New Roman" w:hAnsi="Times New Roman"/>
              </w:rPr>
              <w:t>7.18</w:t>
            </w:r>
          </w:p>
        </w:tc>
        <w:tc>
          <w:tcPr>
            <w:tcW w:w="988" w:type="pct"/>
            <w:tcBorders>
              <w:top w:val="nil"/>
              <w:left w:val="nil"/>
              <w:bottom w:val="nil"/>
              <w:right w:val="nil"/>
            </w:tcBorders>
            <w:vAlign w:val="center"/>
          </w:tcPr>
          <w:p w14:paraId="1CAF6F14" w14:textId="0C09500D" w:rsidR="00432512" w:rsidRPr="00C85550" w:rsidRDefault="00854CB5" w:rsidP="00432512">
            <w:pPr>
              <w:jc w:val="center"/>
              <w:rPr>
                <w:rFonts w:ascii="Times New Roman" w:hAnsi="Times New Roman"/>
              </w:rPr>
            </w:pPr>
            <w:r w:rsidRPr="00C85550">
              <w:rPr>
                <w:rFonts w:ascii="Times New Roman" w:hAnsi="Times New Roman"/>
              </w:rPr>
              <w:t>121.54</w:t>
            </w:r>
          </w:p>
        </w:tc>
      </w:tr>
      <w:tr w:rsidR="00432512" w:rsidRPr="00C85550" w14:paraId="76D42660" w14:textId="77777777" w:rsidTr="00432512">
        <w:trPr>
          <w:trHeight w:hRule="exact" w:val="369"/>
          <w:jc w:val="center"/>
        </w:trPr>
        <w:tc>
          <w:tcPr>
            <w:tcW w:w="1008" w:type="pct"/>
            <w:tcBorders>
              <w:top w:val="nil"/>
              <w:left w:val="nil"/>
              <w:bottom w:val="nil"/>
              <w:right w:val="nil"/>
            </w:tcBorders>
            <w:vAlign w:val="center"/>
          </w:tcPr>
          <w:p w14:paraId="4A43085E" w14:textId="77777777" w:rsidR="00432512" w:rsidRPr="00C85550" w:rsidRDefault="00432512" w:rsidP="00432512">
            <w:pPr>
              <w:jc w:val="center"/>
              <w:rPr>
                <w:rFonts w:ascii="Times New Roman" w:hAnsi="Times New Roman"/>
                <w:b/>
              </w:rPr>
            </w:pPr>
            <w:r w:rsidRPr="00C85550">
              <w:rPr>
                <w:rFonts w:ascii="Times New Roman" w:hAnsi="Times New Roman"/>
                <w:b/>
              </w:rPr>
              <w:t>15</w:t>
            </w:r>
          </w:p>
        </w:tc>
        <w:tc>
          <w:tcPr>
            <w:tcW w:w="1002" w:type="pct"/>
            <w:tcBorders>
              <w:top w:val="nil"/>
              <w:left w:val="nil"/>
              <w:bottom w:val="nil"/>
              <w:right w:val="nil"/>
            </w:tcBorders>
            <w:vAlign w:val="center"/>
          </w:tcPr>
          <w:p w14:paraId="08A4D358" w14:textId="62593CF8" w:rsidR="00432512" w:rsidRPr="00C85550" w:rsidRDefault="00420C4B" w:rsidP="00432512">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64C9E9A" w14:textId="5FEEB6A6" w:rsidR="00432512" w:rsidRPr="00C85550" w:rsidRDefault="00652A1A" w:rsidP="00432512">
            <w:pPr>
              <w:jc w:val="center"/>
              <w:rPr>
                <w:rFonts w:ascii="Times New Roman" w:hAnsi="Times New Roman"/>
              </w:rPr>
            </w:pPr>
            <w:r w:rsidRPr="00C85550">
              <w:rPr>
                <w:rFonts w:ascii="Times New Roman" w:hAnsi="Times New Roman"/>
              </w:rPr>
              <w:t>151.71</w:t>
            </w:r>
          </w:p>
        </w:tc>
        <w:tc>
          <w:tcPr>
            <w:tcW w:w="1001" w:type="pct"/>
            <w:tcBorders>
              <w:top w:val="nil"/>
              <w:left w:val="nil"/>
              <w:bottom w:val="nil"/>
              <w:right w:val="nil"/>
            </w:tcBorders>
            <w:vAlign w:val="center"/>
          </w:tcPr>
          <w:p w14:paraId="346D464C" w14:textId="1484DFE5" w:rsidR="00432512" w:rsidRPr="00C85550" w:rsidRDefault="00420C4B" w:rsidP="00432512">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F2EAEF8" w14:textId="638D8A1B" w:rsidR="00432512" w:rsidRPr="00C85550" w:rsidRDefault="00854CB5" w:rsidP="00432512">
            <w:pPr>
              <w:jc w:val="center"/>
              <w:rPr>
                <w:rFonts w:ascii="Times New Roman" w:hAnsi="Times New Roman"/>
              </w:rPr>
            </w:pPr>
            <w:r w:rsidRPr="00C85550">
              <w:rPr>
                <w:rFonts w:ascii="Times New Roman" w:hAnsi="Times New Roman"/>
              </w:rPr>
              <w:t>153.02</w:t>
            </w:r>
          </w:p>
        </w:tc>
      </w:tr>
      <w:tr w:rsidR="00432512" w:rsidRPr="00C85550" w14:paraId="28040EF6" w14:textId="77777777" w:rsidTr="00432512">
        <w:trPr>
          <w:trHeight w:hRule="exact" w:val="369"/>
          <w:jc w:val="center"/>
        </w:trPr>
        <w:tc>
          <w:tcPr>
            <w:tcW w:w="1008" w:type="pct"/>
            <w:tcBorders>
              <w:top w:val="nil"/>
              <w:left w:val="nil"/>
              <w:bottom w:val="nil"/>
              <w:right w:val="nil"/>
            </w:tcBorders>
            <w:vAlign w:val="center"/>
          </w:tcPr>
          <w:p w14:paraId="43D11701" w14:textId="77777777" w:rsidR="00432512" w:rsidRPr="00C85550" w:rsidRDefault="00432512" w:rsidP="00432512">
            <w:pPr>
              <w:jc w:val="center"/>
              <w:rPr>
                <w:rFonts w:ascii="Times New Roman" w:hAnsi="Times New Roman"/>
                <w:b/>
              </w:rPr>
            </w:pPr>
            <w:r w:rsidRPr="00C85550">
              <w:rPr>
                <w:rFonts w:ascii="Times New Roman" w:hAnsi="Times New Roman"/>
                <w:b/>
              </w:rPr>
              <w:t>16</w:t>
            </w:r>
          </w:p>
        </w:tc>
        <w:tc>
          <w:tcPr>
            <w:tcW w:w="1002" w:type="pct"/>
            <w:tcBorders>
              <w:top w:val="nil"/>
              <w:left w:val="nil"/>
              <w:bottom w:val="nil"/>
              <w:right w:val="nil"/>
            </w:tcBorders>
            <w:vAlign w:val="center"/>
          </w:tcPr>
          <w:p w14:paraId="476C4B05" w14:textId="5315ED2F" w:rsidR="00432512" w:rsidRPr="00C85550" w:rsidRDefault="00432512" w:rsidP="00432512">
            <w:pPr>
              <w:jc w:val="center"/>
              <w:rPr>
                <w:rFonts w:ascii="Times New Roman" w:hAnsi="Times New Roman"/>
              </w:rPr>
            </w:pPr>
            <w:r w:rsidRPr="00C85550">
              <w:rPr>
                <w:rFonts w:ascii="Times New Roman" w:hAnsi="Times New Roman"/>
              </w:rPr>
              <w:t>7.</w:t>
            </w:r>
            <w:r w:rsidR="00652A1A" w:rsidRPr="00C85550">
              <w:rPr>
                <w:rFonts w:ascii="Times New Roman" w:hAnsi="Times New Roman"/>
              </w:rPr>
              <w:t>22</w:t>
            </w:r>
          </w:p>
        </w:tc>
        <w:tc>
          <w:tcPr>
            <w:tcW w:w="1001" w:type="pct"/>
            <w:tcBorders>
              <w:top w:val="nil"/>
              <w:left w:val="nil"/>
              <w:bottom w:val="nil"/>
              <w:right w:val="nil"/>
            </w:tcBorders>
            <w:vAlign w:val="center"/>
          </w:tcPr>
          <w:p w14:paraId="2086C780" w14:textId="30E94983" w:rsidR="00432512" w:rsidRPr="00C85550" w:rsidRDefault="00652A1A" w:rsidP="00432512">
            <w:pPr>
              <w:jc w:val="center"/>
              <w:rPr>
                <w:rFonts w:ascii="Times New Roman" w:hAnsi="Times New Roman"/>
              </w:rPr>
            </w:pPr>
            <w:r w:rsidRPr="00C85550">
              <w:rPr>
                <w:rFonts w:ascii="Times New Roman" w:hAnsi="Times New Roman"/>
              </w:rPr>
              <w:t>111.50</w:t>
            </w:r>
          </w:p>
        </w:tc>
        <w:tc>
          <w:tcPr>
            <w:tcW w:w="1001" w:type="pct"/>
            <w:tcBorders>
              <w:top w:val="nil"/>
              <w:left w:val="nil"/>
              <w:bottom w:val="nil"/>
              <w:right w:val="nil"/>
            </w:tcBorders>
            <w:vAlign w:val="center"/>
          </w:tcPr>
          <w:p w14:paraId="6DA03451" w14:textId="79D755A3" w:rsidR="00432512" w:rsidRPr="00C85550" w:rsidRDefault="00854CB5" w:rsidP="00432512">
            <w:pPr>
              <w:jc w:val="center"/>
              <w:rPr>
                <w:rFonts w:ascii="Times New Roman" w:hAnsi="Times New Roman"/>
              </w:rPr>
            </w:pPr>
            <w:r w:rsidRPr="00C85550">
              <w:rPr>
                <w:rFonts w:ascii="Times New Roman" w:hAnsi="Times New Roman"/>
              </w:rPr>
              <w:t>7.39</w:t>
            </w:r>
          </w:p>
        </w:tc>
        <w:tc>
          <w:tcPr>
            <w:tcW w:w="988" w:type="pct"/>
            <w:tcBorders>
              <w:top w:val="nil"/>
              <w:left w:val="nil"/>
              <w:bottom w:val="nil"/>
              <w:right w:val="nil"/>
            </w:tcBorders>
            <w:vAlign w:val="center"/>
          </w:tcPr>
          <w:p w14:paraId="3603F7D2" w14:textId="4548F1F3" w:rsidR="00432512" w:rsidRPr="00C85550" w:rsidRDefault="00854CB5" w:rsidP="00432512">
            <w:pPr>
              <w:jc w:val="center"/>
              <w:rPr>
                <w:rFonts w:ascii="Times New Roman" w:hAnsi="Times New Roman"/>
              </w:rPr>
            </w:pPr>
            <w:r w:rsidRPr="00C85550">
              <w:rPr>
                <w:rFonts w:ascii="Times New Roman" w:hAnsi="Times New Roman"/>
              </w:rPr>
              <w:t>116.51</w:t>
            </w:r>
          </w:p>
        </w:tc>
      </w:tr>
      <w:tr w:rsidR="00854CB5" w:rsidRPr="00C85550" w14:paraId="437A0AAD" w14:textId="77777777" w:rsidTr="00432512">
        <w:trPr>
          <w:trHeight w:hRule="exact" w:val="369"/>
          <w:jc w:val="center"/>
        </w:trPr>
        <w:tc>
          <w:tcPr>
            <w:tcW w:w="1008" w:type="pct"/>
            <w:tcBorders>
              <w:top w:val="nil"/>
              <w:left w:val="nil"/>
              <w:bottom w:val="nil"/>
              <w:right w:val="nil"/>
            </w:tcBorders>
            <w:vAlign w:val="center"/>
          </w:tcPr>
          <w:p w14:paraId="3EBECD48" w14:textId="77777777" w:rsidR="00854CB5" w:rsidRPr="00C85550" w:rsidRDefault="00854CB5" w:rsidP="00854CB5">
            <w:pPr>
              <w:jc w:val="center"/>
              <w:rPr>
                <w:rFonts w:ascii="Times New Roman" w:hAnsi="Times New Roman"/>
                <w:b/>
              </w:rPr>
            </w:pPr>
            <w:r w:rsidRPr="00C85550">
              <w:rPr>
                <w:rFonts w:ascii="Times New Roman" w:hAnsi="Times New Roman"/>
                <w:b/>
              </w:rPr>
              <w:t>OH</w:t>
            </w:r>
          </w:p>
        </w:tc>
        <w:tc>
          <w:tcPr>
            <w:tcW w:w="1002" w:type="pct"/>
            <w:tcBorders>
              <w:top w:val="nil"/>
              <w:left w:val="nil"/>
              <w:bottom w:val="nil"/>
              <w:right w:val="nil"/>
            </w:tcBorders>
            <w:vAlign w:val="center"/>
          </w:tcPr>
          <w:p w14:paraId="38D61BCC" w14:textId="11B58018" w:rsidR="00854CB5" w:rsidRPr="00C85550" w:rsidRDefault="00854CB5" w:rsidP="00854CB5">
            <w:pPr>
              <w:jc w:val="center"/>
              <w:rPr>
                <w:rFonts w:ascii="Times New Roman" w:hAnsi="Times New Roman"/>
              </w:rPr>
            </w:pPr>
            <w:r w:rsidRPr="00C85550">
              <w:rPr>
                <w:rFonts w:ascii="Times New Roman" w:hAnsi="Times New Roman"/>
              </w:rPr>
              <w:t>10.66</w:t>
            </w:r>
          </w:p>
        </w:tc>
        <w:tc>
          <w:tcPr>
            <w:tcW w:w="1001" w:type="pct"/>
            <w:tcBorders>
              <w:top w:val="nil"/>
              <w:left w:val="nil"/>
              <w:bottom w:val="nil"/>
              <w:right w:val="nil"/>
            </w:tcBorders>
            <w:vAlign w:val="center"/>
          </w:tcPr>
          <w:p w14:paraId="08F53662"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233F5D7" w14:textId="4F030A69"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E6B0156" w14:textId="77777777" w:rsidR="00854CB5" w:rsidRPr="00C85550" w:rsidRDefault="00854CB5" w:rsidP="00854CB5">
            <w:pPr>
              <w:jc w:val="center"/>
              <w:rPr>
                <w:rFonts w:ascii="Times New Roman" w:hAnsi="Times New Roman"/>
              </w:rPr>
            </w:pPr>
            <w:r w:rsidRPr="00C85550">
              <w:rPr>
                <w:rFonts w:ascii="Times New Roman" w:hAnsi="Times New Roman"/>
              </w:rPr>
              <w:t>−</w:t>
            </w:r>
          </w:p>
        </w:tc>
      </w:tr>
      <w:tr w:rsidR="00854CB5" w:rsidRPr="00C85550" w14:paraId="3F0D00C5" w14:textId="77777777" w:rsidTr="00432512">
        <w:trPr>
          <w:trHeight w:hRule="exact" w:val="369"/>
          <w:jc w:val="center"/>
        </w:trPr>
        <w:tc>
          <w:tcPr>
            <w:tcW w:w="1008" w:type="pct"/>
            <w:tcBorders>
              <w:top w:val="nil"/>
              <w:left w:val="nil"/>
              <w:bottom w:val="nil"/>
              <w:right w:val="nil"/>
            </w:tcBorders>
            <w:vAlign w:val="center"/>
          </w:tcPr>
          <w:p w14:paraId="3BF8708E" w14:textId="77777777" w:rsidR="00854CB5" w:rsidRPr="00C85550" w:rsidRDefault="00854CB5" w:rsidP="00854CB5">
            <w:pPr>
              <w:jc w:val="center"/>
              <w:rPr>
                <w:rFonts w:ascii="Times New Roman" w:hAnsi="Times New Roman"/>
                <w:b/>
              </w:rPr>
            </w:pPr>
            <w:r w:rsidRPr="00C85550">
              <w:rPr>
                <w:rFonts w:ascii="Times New Roman" w:hAnsi="Times New Roman"/>
                <w:b/>
              </w:rPr>
              <w:t>NH</w:t>
            </w:r>
          </w:p>
        </w:tc>
        <w:tc>
          <w:tcPr>
            <w:tcW w:w="1002" w:type="pct"/>
            <w:tcBorders>
              <w:top w:val="nil"/>
              <w:left w:val="nil"/>
              <w:bottom w:val="nil"/>
              <w:right w:val="nil"/>
            </w:tcBorders>
            <w:vAlign w:val="center"/>
          </w:tcPr>
          <w:p w14:paraId="4502CC08" w14:textId="0E9F7983" w:rsidR="00854CB5" w:rsidRPr="00C85550" w:rsidRDefault="00854CB5" w:rsidP="00854CB5">
            <w:pPr>
              <w:jc w:val="center"/>
              <w:rPr>
                <w:rFonts w:ascii="Times New Roman" w:hAnsi="Times New Roman"/>
              </w:rPr>
            </w:pPr>
            <w:r w:rsidRPr="00C85550">
              <w:rPr>
                <w:rFonts w:ascii="Times New Roman" w:hAnsi="Times New Roman"/>
              </w:rPr>
              <w:t>12.37</w:t>
            </w:r>
          </w:p>
        </w:tc>
        <w:tc>
          <w:tcPr>
            <w:tcW w:w="1001" w:type="pct"/>
            <w:tcBorders>
              <w:top w:val="nil"/>
              <w:left w:val="nil"/>
              <w:bottom w:val="nil"/>
              <w:right w:val="nil"/>
            </w:tcBorders>
            <w:vAlign w:val="center"/>
          </w:tcPr>
          <w:p w14:paraId="175A1D95"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772DAC53" w14:textId="42B34253"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2E38EC22" w14:textId="77777777" w:rsidR="00854CB5" w:rsidRPr="00C85550" w:rsidRDefault="00854CB5" w:rsidP="00854CB5">
            <w:pPr>
              <w:jc w:val="center"/>
              <w:rPr>
                <w:rFonts w:ascii="Times New Roman" w:hAnsi="Times New Roman"/>
              </w:rPr>
            </w:pPr>
            <w:r w:rsidRPr="00C85550">
              <w:rPr>
                <w:rFonts w:ascii="Times New Roman" w:hAnsi="Times New Roman"/>
              </w:rPr>
              <w:t>−</w:t>
            </w:r>
          </w:p>
        </w:tc>
      </w:tr>
      <w:tr w:rsidR="00854CB5" w:rsidRPr="00C85550" w14:paraId="2637067A" w14:textId="77777777" w:rsidTr="00432512">
        <w:trPr>
          <w:trHeight w:hRule="exact" w:val="369"/>
          <w:jc w:val="center"/>
        </w:trPr>
        <w:tc>
          <w:tcPr>
            <w:tcW w:w="1008" w:type="pct"/>
            <w:tcBorders>
              <w:top w:val="nil"/>
              <w:left w:val="nil"/>
              <w:bottom w:val="single" w:sz="4" w:space="0" w:color="auto"/>
              <w:right w:val="nil"/>
            </w:tcBorders>
            <w:vAlign w:val="center"/>
          </w:tcPr>
          <w:p w14:paraId="70E35BF5" w14:textId="77777777" w:rsidR="00854CB5" w:rsidRPr="00C85550" w:rsidRDefault="00854CB5" w:rsidP="00854CB5">
            <w:pPr>
              <w:jc w:val="center"/>
              <w:rPr>
                <w:rFonts w:ascii="Times New Roman" w:hAnsi="Times New Roman"/>
                <w:b/>
              </w:rPr>
            </w:pPr>
            <w:proofErr w:type="spellStart"/>
            <w:r w:rsidRPr="00C85550">
              <w:rPr>
                <w:rFonts w:ascii="Times New Roman" w:hAnsi="Times New Roman"/>
                <w:b/>
              </w:rPr>
              <w:t>OMe</w:t>
            </w:r>
            <w:proofErr w:type="spellEnd"/>
          </w:p>
        </w:tc>
        <w:tc>
          <w:tcPr>
            <w:tcW w:w="1002" w:type="pct"/>
            <w:tcBorders>
              <w:top w:val="nil"/>
              <w:left w:val="nil"/>
              <w:bottom w:val="single" w:sz="4" w:space="0" w:color="auto"/>
              <w:right w:val="nil"/>
            </w:tcBorders>
            <w:vAlign w:val="center"/>
          </w:tcPr>
          <w:p w14:paraId="5D4BB067" w14:textId="64B603C5" w:rsidR="00854CB5" w:rsidRPr="00C85550" w:rsidRDefault="00854CB5" w:rsidP="00854CB5">
            <w:pPr>
              <w:jc w:val="center"/>
              <w:rPr>
                <w:rFonts w:ascii="Times New Roman" w:hAnsi="Times New Roman"/>
              </w:rPr>
            </w:pPr>
            <w:r w:rsidRPr="00C85550">
              <w:rPr>
                <w:rFonts w:ascii="Times New Roman" w:hAnsi="Times New Roman"/>
              </w:rPr>
              <w:t>3.77</w:t>
            </w:r>
          </w:p>
        </w:tc>
        <w:tc>
          <w:tcPr>
            <w:tcW w:w="1001" w:type="pct"/>
            <w:tcBorders>
              <w:top w:val="nil"/>
              <w:left w:val="nil"/>
              <w:bottom w:val="single" w:sz="4" w:space="0" w:color="auto"/>
              <w:right w:val="nil"/>
            </w:tcBorders>
            <w:vAlign w:val="center"/>
          </w:tcPr>
          <w:p w14:paraId="3BBB368F" w14:textId="4D2DE08C" w:rsidR="00854CB5" w:rsidRPr="00C85550" w:rsidRDefault="00854CB5" w:rsidP="00854CB5">
            <w:pPr>
              <w:jc w:val="center"/>
              <w:rPr>
                <w:rFonts w:ascii="Times New Roman" w:hAnsi="Times New Roman"/>
              </w:rPr>
            </w:pPr>
            <w:r w:rsidRPr="00C85550">
              <w:rPr>
                <w:rFonts w:ascii="Times New Roman" w:hAnsi="Times New Roman"/>
              </w:rPr>
              <w:t>54.94</w:t>
            </w:r>
          </w:p>
        </w:tc>
        <w:tc>
          <w:tcPr>
            <w:tcW w:w="1001" w:type="pct"/>
            <w:tcBorders>
              <w:top w:val="nil"/>
              <w:left w:val="nil"/>
              <w:bottom w:val="single" w:sz="4" w:space="0" w:color="auto"/>
              <w:right w:val="nil"/>
            </w:tcBorders>
            <w:vAlign w:val="center"/>
          </w:tcPr>
          <w:p w14:paraId="1828EF4F" w14:textId="3B3B76B8" w:rsidR="00854CB5" w:rsidRPr="00C85550" w:rsidRDefault="00854CB5" w:rsidP="00854CB5">
            <w:pPr>
              <w:jc w:val="center"/>
              <w:rPr>
                <w:rFonts w:ascii="Times New Roman" w:hAnsi="Times New Roman"/>
              </w:rPr>
            </w:pPr>
            <w:r w:rsidRPr="00C85550">
              <w:rPr>
                <w:rFonts w:ascii="Times New Roman" w:hAnsi="Times New Roman"/>
              </w:rPr>
              <w:t>3.</w:t>
            </w:r>
            <w:r w:rsidR="00AF02A8" w:rsidRPr="00C85550">
              <w:rPr>
                <w:rFonts w:ascii="Times New Roman" w:hAnsi="Times New Roman"/>
              </w:rPr>
              <w:t>78</w:t>
            </w:r>
          </w:p>
        </w:tc>
        <w:tc>
          <w:tcPr>
            <w:tcW w:w="988" w:type="pct"/>
            <w:tcBorders>
              <w:top w:val="nil"/>
              <w:left w:val="nil"/>
              <w:bottom w:val="single" w:sz="4" w:space="0" w:color="auto"/>
              <w:right w:val="nil"/>
            </w:tcBorders>
            <w:vAlign w:val="center"/>
          </w:tcPr>
          <w:p w14:paraId="757157A1" w14:textId="51233C32" w:rsidR="00854CB5" w:rsidRPr="00C85550" w:rsidRDefault="00854CB5" w:rsidP="00854CB5">
            <w:pPr>
              <w:jc w:val="center"/>
              <w:rPr>
                <w:rFonts w:ascii="Times New Roman" w:hAnsi="Times New Roman"/>
              </w:rPr>
            </w:pPr>
            <w:r w:rsidRPr="00C85550">
              <w:rPr>
                <w:rFonts w:ascii="Times New Roman" w:hAnsi="Times New Roman"/>
              </w:rPr>
              <w:t>55.14</w:t>
            </w:r>
          </w:p>
        </w:tc>
      </w:tr>
    </w:tbl>
    <w:p w14:paraId="28003A22" w14:textId="2C4A8C46" w:rsidR="005A381B" w:rsidRPr="00C85550" w:rsidRDefault="005A381B" w:rsidP="00432512">
      <w:pPr>
        <w:pStyle w:val="EndnoteText"/>
        <w:jc w:val="center"/>
        <w:rPr>
          <w:sz w:val="24"/>
          <w:szCs w:val="24"/>
        </w:rPr>
      </w:pPr>
    </w:p>
    <w:p w14:paraId="2BC2EC97" w14:textId="634AD10E" w:rsidR="005A381B" w:rsidRPr="00C85550" w:rsidRDefault="00A96840" w:rsidP="005A381B">
      <w:pPr>
        <w:pStyle w:val="EndnoteText"/>
        <w:rPr>
          <w:sz w:val="24"/>
          <w:szCs w:val="24"/>
        </w:rPr>
      </w:pPr>
      <w:r w:rsidRPr="00C85550">
        <w:rPr>
          <w:noProof/>
        </w:rPr>
        <mc:AlternateContent>
          <mc:Choice Requires="wps">
            <w:drawing>
              <wp:anchor distT="91440" distB="91440" distL="114300" distR="114300" simplePos="0" relativeHeight="251658240" behindDoc="0" locked="0" layoutInCell="1" allowOverlap="1" wp14:anchorId="4D5C00F3" wp14:editId="28F73280">
                <wp:simplePos x="0" y="0"/>
                <wp:positionH relativeFrom="page">
                  <wp:posOffset>1993900</wp:posOffset>
                </wp:positionH>
                <wp:positionV relativeFrom="paragraph">
                  <wp:posOffset>360045</wp:posOffset>
                </wp:positionV>
                <wp:extent cx="4117340" cy="2006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006600"/>
                        </a:xfrm>
                        <a:prstGeom prst="rect">
                          <a:avLst/>
                        </a:prstGeom>
                        <a:noFill/>
                        <a:ln w="9525">
                          <a:noFill/>
                          <a:miter lim="800000"/>
                          <a:headEnd/>
                          <a:tailEnd/>
                        </a:ln>
                      </wps:spPr>
                      <wps:txbx>
                        <w:txbxContent>
                          <w:p w14:paraId="6CBCCB63" w14:textId="2ED1B113" w:rsidR="00B520E7" w:rsidRDefault="00B520E7">
                            <w:pPr>
                              <w:pBdr>
                                <w:top w:val="single" w:sz="24" w:space="8" w:color="4472C4" w:themeColor="accent1"/>
                                <w:bottom w:val="single" w:sz="24" w:space="8" w:color="4472C4" w:themeColor="accent1"/>
                              </w:pBd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C00F3" id="_x0000_t202" coordsize="21600,21600" o:spt="202" path="m,l,21600r21600,l21600,xe">
                <v:stroke joinstyle="miter"/>
                <v:path gradientshapeok="t" o:connecttype="rect"/>
              </v:shapetype>
              <v:shape id="Text Box 2" o:spid="_x0000_s1026" type="#_x0000_t202" style="position:absolute;margin-left:157pt;margin-top:28.35pt;width:324.2pt;height:158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" filled="f" stroked="f">
                <v:textbox>
                  <w:txbxContent>
                    <w:p w14:paraId="6CBCCB63" w14:textId="2ED1B113" w:rsidR="00B520E7" w:rsidRDefault="00B520E7">
                      <w:pPr>
                        <w:pBdr>
                          <w:top w:val="single" w:sz="24" w:space="8" w:color="4472C4" w:themeColor="accent1"/>
                          <w:bottom w:val="single" w:sz="24" w:space="8" w:color="4472C4" w:themeColor="accent1"/>
                        </w:pBdr>
                        <w:rPr>
                          <w:i/>
                          <w:iCs/>
                          <w:color w:val="4472C4" w:themeColor="accent1"/>
                        </w:rPr>
                      </w:pPr>
                    </w:p>
                  </w:txbxContent>
                </v:textbox>
                <w10:wrap type="topAndBottom" anchorx="page"/>
              </v:shape>
            </w:pict>
          </mc:Fallback>
        </mc:AlternateContent>
      </w:r>
      <w:r w:rsidRPr="00C85550">
        <w:rPr>
          <w:noProof/>
          <w:sz w:val="24"/>
          <w:szCs w:val="24"/>
        </w:rPr>
        <mc:AlternateContent>
          <mc:Choice Requires="wpg">
            <w:drawing>
              <wp:anchor distT="0" distB="0" distL="114300" distR="114300" simplePos="0" relativeHeight="251658242" behindDoc="0" locked="0" layoutInCell="1" allowOverlap="1" wp14:anchorId="0ED72908" wp14:editId="2C063B1E">
                <wp:simplePos x="0" y="0"/>
                <wp:positionH relativeFrom="column">
                  <wp:posOffset>1190468</wp:posOffset>
                </wp:positionH>
                <wp:positionV relativeFrom="paragraph">
                  <wp:posOffset>580953</wp:posOffset>
                </wp:positionV>
                <wp:extent cx="3544890" cy="1433511"/>
                <wp:effectExtent l="0" t="0" r="0" b="14605"/>
                <wp:wrapNone/>
                <wp:docPr id="163" name="Group 440">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3544890" cy="1433511"/>
                          <a:chOff x="0" y="0"/>
                          <a:chExt cx="3545020" cy="1433512"/>
                        </a:xfrm>
                      </wpg:grpSpPr>
                      <wps:wsp>
                        <wps:cNvPr id="164" name="AutoShape 9">
                          <a:extLst/>
                        </wps:cNvPr>
                        <wps:cNvSpPr>
                          <a:spLocks noChangeAspect="1" noChangeArrowheads="1" noTextEdit="1"/>
                        </wps:cNvSpPr>
                        <wps:spPr bwMode="auto">
                          <a:xfrm>
                            <a:off x="465270" y="17462"/>
                            <a:ext cx="3079750"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165" name="Rectangle 165">
                          <a:extLst/>
                        </wps:cNvPr>
                        <wps:cNvSpPr>
                          <a:spLocks noChangeArrowheads="1"/>
                        </wps:cNvSpPr>
                        <wps:spPr bwMode="auto">
                          <a:xfrm>
                            <a:off x="465229" y="17462"/>
                            <a:ext cx="38736"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849A"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wps:txbx>
                        <wps:bodyPr wrap="none" lIns="0" tIns="0" rIns="0" bIns="0">
                          <a:spAutoFit/>
                        </wps:bodyPr>
                      </wps:wsp>
                      <wps:wsp>
                        <wps:cNvPr id="166" name="Line 12">
                          <a:extLst/>
                        </wps:cNvPr>
                        <wps:cNvCnPr/>
                        <wps:spPr bwMode="auto">
                          <a:xfrm>
                            <a:off x="747845" y="803275"/>
                            <a:ext cx="3175" cy="282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4">
                          <a:extLst/>
                        </wps:cNvPr>
                        <wps:cNvCnPr/>
                        <wps:spPr bwMode="auto">
                          <a:xfrm>
                            <a:off x="781183" y="855663"/>
                            <a:ext cx="9525" cy="206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
                          <a:extLst/>
                        </wps:cNvPr>
                        <wps:cNvCnPr/>
                        <wps:spPr bwMode="auto">
                          <a:xfrm>
                            <a:off x="749433" y="1085850"/>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7">
                          <a:extLst/>
                        </wps:cNvPr>
                        <wps:cNvCnPr/>
                        <wps:spPr bwMode="auto">
                          <a:xfrm flipV="1">
                            <a:off x="982795" y="1085850"/>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
                          <a:extLst/>
                        </wps:cNvPr>
                        <wps:cNvCnPr/>
                        <wps:spPr bwMode="auto">
                          <a:xfrm flipV="1">
                            <a:off x="982795" y="1062038"/>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9">
                          <a:extLst/>
                        </wps:cNvPr>
                        <wps:cNvCnPr/>
                        <wps:spPr bwMode="auto">
                          <a:xfrm flipV="1">
                            <a:off x="1214570" y="815975"/>
                            <a:ext cx="1588" cy="2698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0">
                          <a:extLst/>
                        </wps:cNvPr>
                        <wps:cNvCnPr/>
                        <wps:spPr bwMode="auto">
                          <a:xfrm flipH="1" flipV="1">
                            <a:off x="982795" y="682625"/>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1">
                          <a:extLst/>
                        </wps:cNvPr>
                        <wps:cNvCnPr/>
                        <wps:spPr bwMode="auto">
                          <a:xfrm flipH="1" flipV="1">
                            <a:off x="982795" y="728663"/>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2">
                          <a:extLst/>
                        </wps:cNvPr>
                        <wps:cNvCnPr/>
                        <wps:spPr bwMode="auto">
                          <a:xfrm flipH="1">
                            <a:off x="749433" y="682625"/>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75">
                          <a:extLst/>
                        </wps:cNvPr>
                        <wps:cNvSpPr>
                          <a:spLocks noChangeArrowheads="1"/>
                        </wps:cNvSpPr>
                        <wps:spPr bwMode="auto">
                          <a:xfrm>
                            <a:off x="1458916" y="377825"/>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F44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176" name="Rectangle 176">
                          <a:extLst/>
                        </wps:cNvPr>
                        <wps:cNvSpPr>
                          <a:spLocks noChangeArrowheads="1"/>
                        </wps:cNvSpPr>
                        <wps:spPr bwMode="auto">
                          <a:xfrm>
                            <a:off x="1458916" y="528638"/>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C6A1"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177" name="Line 25">
                          <a:extLst/>
                        </wps:cNvPr>
                        <wps:cNvCnPr/>
                        <wps:spPr bwMode="auto">
                          <a:xfrm flipV="1">
                            <a:off x="1214570" y="663575"/>
                            <a:ext cx="231775"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78">
                          <a:extLst/>
                        </wps:cNvPr>
                        <wps:cNvSpPr>
                          <a:spLocks noChangeArrowheads="1"/>
                        </wps:cNvSpPr>
                        <wps:spPr bwMode="auto">
                          <a:xfrm>
                            <a:off x="1809723" y="706438"/>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0C71"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179" name="Line 27">
                          <a:extLst/>
                        </wps:cNvPr>
                        <wps:cNvCnPr/>
                        <wps:spPr bwMode="auto">
                          <a:xfrm>
                            <a:off x="1601920" y="654050"/>
                            <a:ext cx="18732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8">
                          <a:extLst/>
                        </wps:cNvPr>
                        <wps:cNvCnPr/>
                        <wps:spPr bwMode="auto">
                          <a:xfrm>
                            <a:off x="1624145" y="611188"/>
                            <a:ext cx="185738" cy="968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81">
                          <a:extLst/>
                        </wps:cNvPr>
                        <wps:cNvSpPr>
                          <a:spLocks noChangeArrowheads="1"/>
                        </wps:cNvSpPr>
                        <wps:spPr bwMode="auto">
                          <a:xfrm>
                            <a:off x="2184340" y="561975"/>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5AFD"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182" name="Line 30">
                          <a:extLst/>
                        </wps:cNvPr>
                        <wps:cNvCnPr/>
                        <wps:spPr bwMode="auto">
                          <a:xfrm flipV="1">
                            <a:off x="1959108" y="681038"/>
                            <a:ext cx="204788" cy="79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83">
                          <a:extLst/>
                        </wps:cNvPr>
                        <wps:cNvSpPr>
                          <a:spLocks noChangeArrowheads="1"/>
                        </wps:cNvSpPr>
                        <wps:spPr bwMode="auto">
                          <a:xfrm>
                            <a:off x="2538321" y="736600"/>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5F1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184" name="Line 32">
                          <a:extLst/>
                        </wps:cNvPr>
                        <wps:cNvCnPr/>
                        <wps:spPr bwMode="auto">
                          <a:xfrm>
                            <a:off x="2333758" y="692150"/>
                            <a:ext cx="19367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3">
                          <a:extLst/>
                        </wps:cNvPr>
                        <wps:cNvCnPr/>
                        <wps:spPr bwMode="auto">
                          <a:xfrm flipV="1">
                            <a:off x="2671895" y="623888"/>
                            <a:ext cx="269875" cy="1587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186">
                          <a:extLst/>
                        </wps:cNvPr>
                        <wps:cNvSpPr>
                          <a:spLocks noChangeArrowheads="1"/>
                        </wps:cNvSpPr>
                        <wps:spPr bwMode="auto">
                          <a:xfrm>
                            <a:off x="3282793" y="180975"/>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D0C4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187" name="Line 35">
                          <a:extLst/>
                        </wps:cNvPr>
                        <wps:cNvCnPr/>
                        <wps:spPr bwMode="auto">
                          <a:xfrm flipH="1" flipV="1">
                            <a:off x="2889383" y="358775"/>
                            <a:ext cx="52388" cy="2651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36">
                          <a:extLst/>
                        </wps:cNvPr>
                        <wps:cNvCnPr/>
                        <wps:spPr bwMode="auto">
                          <a:xfrm flipH="1" flipV="1">
                            <a:off x="2933833" y="374650"/>
                            <a:ext cx="42863" cy="219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37">
                          <a:extLst/>
                        </wps:cNvPr>
                        <wps:cNvCnPr/>
                        <wps:spPr bwMode="auto">
                          <a:xfrm flipV="1">
                            <a:off x="2889383" y="182563"/>
                            <a:ext cx="203200" cy="1762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
                          <a:extLst/>
                        </wps:cNvPr>
                        <wps:cNvCnPr/>
                        <wps:spPr bwMode="auto">
                          <a:xfrm>
                            <a:off x="3092583" y="182563"/>
                            <a:ext cx="169863" cy="587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39">
                          <a:extLst/>
                        </wps:cNvPr>
                        <wps:cNvCnPr/>
                        <wps:spPr bwMode="auto">
                          <a:xfrm>
                            <a:off x="3100520" y="228600"/>
                            <a:ext cx="149225" cy="50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2" name="Line 40">
                          <a:extLst/>
                        </wps:cNvPr>
                        <wps:cNvCnPr/>
                        <wps:spPr bwMode="auto">
                          <a:xfrm>
                            <a:off x="3365633" y="368300"/>
                            <a:ext cx="33338" cy="1635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3" name="Line 41">
                          <a:extLst/>
                        </wps:cNvPr>
                        <wps:cNvCnPr/>
                        <wps:spPr bwMode="auto">
                          <a:xfrm flipH="1">
                            <a:off x="3197358" y="531813"/>
                            <a:ext cx="201613" cy="177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5" name="Line 42">
                          <a:extLst/>
                        </wps:cNvPr>
                        <wps:cNvCnPr/>
                        <wps:spPr bwMode="auto">
                          <a:xfrm flipH="1">
                            <a:off x="3187833" y="517525"/>
                            <a:ext cx="166688" cy="1476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7" name="Line 43">
                          <a:extLst/>
                        </wps:cNvPr>
                        <wps:cNvCnPr/>
                        <wps:spPr bwMode="auto">
                          <a:xfrm flipH="1" flipV="1">
                            <a:off x="2941770" y="623888"/>
                            <a:ext cx="255588" cy="857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6" name="Rectangle 8226">
                          <a:extLst/>
                        </wps:cNvPr>
                        <wps:cNvSpPr>
                          <a:spLocks noChangeArrowheads="1"/>
                        </wps:cNvSpPr>
                        <wps:spPr bwMode="auto">
                          <a:xfrm>
                            <a:off x="2528796" y="1152525"/>
                            <a:ext cx="13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D99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8227" name="Line 45">
                          <a:extLst/>
                        </wps:cNvPr>
                        <wps:cNvCnPr/>
                        <wps:spPr bwMode="auto">
                          <a:xfrm flipH="1">
                            <a:off x="2624270" y="919163"/>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09" name="Line 46">
                          <a:extLst/>
                        </wps:cNvPr>
                        <wps:cNvCnPr/>
                        <wps:spPr bwMode="auto">
                          <a:xfrm flipH="1">
                            <a:off x="2573470" y="919163"/>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10" name="Rectangle 8310">
                          <a:extLst/>
                        </wps:cNvPr>
                        <wps:cNvSpPr>
                          <a:spLocks noChangeArrowheads="1"/>
                        </wps:cNvSpPr>
                        <wps:spPr bwMode="auto">
                          <a:xfrm>
                            <a:off x="2190689" y="255588"/>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C02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311" name="Line 48">
                          <a:extLst/>
                        </wps:cNvPr>
                        <wps:cNvCnPr/>
                        <wps:spPr bwMode="auto">
                          <a:xfrm flipV="1">
                            <a:off x="2248033" y="454025"/>
                            <a:ext cx="3175" cy="115888"/>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8312" name="Rectangle 8312">
                          <a:extLst/>
                        </wps:cNvPr>
                        <wps:cNvSpPr>
                          <a:spLocks noChangeArrowheads="1"/>
                        </wps:cNvSpPr>
                        <wps:spPr bwMode="auto">
                          <a:xfrm>
                            <a:off x="1379548" y="1131888"/>
                            <a:ext cx="13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5C4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192" name="Rectangle 192">
                          <a:extLst/>
                        </wps:cNvPr>
                        <wps:cNvSpPr>
                          <a:spLocks noChangeArrowheads="1"/>
                        </wps:cNvSpPr>
                        <wps:spPr bwMode="auto">
                          <a:xfrm>
                            <a:off x="1519236" y="1131888"/>
                            <a:ext cx="1289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7A1F"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193" name="Line 51">
                          <a:extLst/>
                        </wps:cNvPr>
                        <wps:cNvCnPr/>
                        <wps:spPr bwMode="auto">
                          <a:xfrm>
                            <a:off x="1214570" y="1085850"/>
                            <a:ext cx="147638" cy="8255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194">
                          <a:extLst/>
                        </wps:cNvPr>
                        <wps:cNvSpPr>
                          <a:spLocks noChangeArrowheads="1"/>
                        </wps:cNvSpPr>
                        <wps:spPr bwMode="auto">
                          <a:xfrm>
                            <a:off x="1125570" y="58578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95B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195" name="Rectangle 195">
                          <a:extLst/>
                        </wps:cNvPr>
                        <wps:cNvSpPr>
                          <a:spLocks noChangeArrowheads="1"/>
                        </wps:cNvSpPr>
                        <wps:spPr bwMode="auto">
                          <a:xfrm>
                            <a:off x="1209701" y="58578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19E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196" name="Rectangle 196">
                          <a:extLst/>
                        </wps:cNvPr>
                        <wps:cNvSpPr>
                          <a:spLocks noChangeArrowheads="1"/>
                        </wps:cNvSpPr>
                        <wps:spPr bwMode="auto">
                          <a:xfrm>
                            <a:off x="1235099" y="944563"/>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B757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197" name="Rectangle 197">
                          <a:extLst/>
                        </wps:cNvPr>
                        <wps:cNvSpPr>
                          <a:spLocks noChangeArrowheads="1"/>
                        </wps:cNvSpPr>
                        <wps:spPr bwMode="auto">
                          <a:xfrm>
                            <a:off x="1317641" y="944563"/>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D9E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198" name="Rectangle 198">
                          <a:extLst/>
                        </wps:cNvPr>
                        <wps:cNvSpPr>
                          <a:spLocks noChangeArrowheads="1"/>
                        </wps:cNvSpPr>
                        <wps:spPr bwMode="auto">
                          <a:xfrm>
                            <a:off x="908103" y="1255713"/>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9D0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199" name="Rectangle 199">
                          <a:extLst/>
                        </wps:cNvPr>
                        <wps:cNvSpPr>
                          <a:spLocks noChangeArrowheads="1"/>
                        </wps:cNvSpPr>
                        <wps:spPr bwMode="auto">
                          <a:xfrm>
                            <a:off x="990645" y="1255713"/>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02E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200" name="Rectangle 200">
                          <a:extLst/>
                        </wps:cNvPr>
                        <wps:cNvSpPr>
                          <a:spLocks noChangeArrowheads="1"/>
                        </wps:cNvSpPr>
                        <wps:spPr bwMode="auto">
                          <a:xfrm>
                            <a:off x="550946" y="1085611"/>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C53E"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01" name="Rectangle 201">
                          <a:extLst/>
                        </wps:cNvPr>
                        <wps:cNvSpPr>
                          <a:spLocks noChangeArrowheads="1"/>
                        </wps:cNvSpPr>
                        <wps:spPr bwMode="auto">
                          <a:xfrm>
                            <a:off x="633489" y="1085611"/>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354B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202" name="Rectangle 202">
                          <a:extLst/>
                        </wps:cNvPr>
                        <wps:cNvSpPr>
                          <a:spLocks noChangeArrowheads="1"/>
                        </wps:cNvSpPr>
                        <wps:spPr bwMode="auto">
                          <a:xfrm>
                            <a:off x="630314" y="557090"/>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2D7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03" name="Rectangle 203">
                          <a:extLst/>
                        </wps:cNvPr>
                        <wps:cNvSpPr>
                          <a:spLocks noChangeArrowheads="1"/>
                        </wps:cNvSpPr>
                        <wps:spPr bwMode="auto">
                          <a:xfrm>
                            <a:off x="696983" y="557090"/>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9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204" name="Rectangle 204">
                          <a:extLst/>
                        </wps:cNvPr>
                        <wps:cNvSpPr>
                          <a:spLocks noChangeArrowheads="1"/>
                        </wps:cNvSpPr>
                        <wps:spPr bwMode="auto">
                          <a:xfrm>
                            <a:off x="1477964" y="21267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260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05" name="Rectangle 205">
                          <a:extLst/>
                        </wps:cNvPr>
                        <wps:cNvSpPr>
                          <a:spLocks noChangeArrowheads="1"/>
                        </wps:cNvSpPr>
                        <wps:spPr bwMode="auto">
                          <a:xfrm>
                            <a:off x="1843057" y="872933"/>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8869E"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206" name="Rectangle 206">
                          <a:extLst/>
                        </wps:cNvPr>
                        <wps:cNvSpPr>
                          <a:spLocks noChangeArrowheads="1"/>
                        </wps:cNvSpPr>
                        <wps:spPr bwMode="auto">
                          <a:xfrm>
                            <a:off x="2214499" y="728502"/>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F26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207" name="Rectangle 207">
                          <a:extLst/>
                        </wps:cNvPr>
                        <wps:cNvSpPr>
                          <a:spLocks noChangeArrowheads="1"/>
                        </wps:cNvSpPr>
                        <wps:spPr bwMode="auto">
                          <a:xfrm>
                            <a:off x="2549433" y="569787"/>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3329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208" name="Rectangle 208">
                          <a:extLst/>
                        </wps:cNvPr>
                        <wps:cNvSpPr>
                          <a:spLocks noChangeArrowheads="1"/>
                        </wps:cNvSpPr>
                        <wps:spPr bwMode="auto">
                          <a:xfrm>
                            <a:off x="2906588" y="676126"/>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3F4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209" name="Rectangle 209">
                          <a:extLst/>
                        </wps:cNvPr>
                        <wps:cNvSpPr>
                          <a:spLocks noChangeArrowheads="1"/>
                        </wps:cNvSpPr>
                        <wps:spPr bwMode="auto">
                          <a:xfrm>
                            <a:off x="3233584" y="690411"/>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8DB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210" name="Rectangle 210">
                          <a:extLst/>
                        </wps:cNvPr>
                        <wps:cNvSpPr>
                          <a:spLocks noChangeArrowheads="1"/>
                        </wps:cNvSpPr>
                        <wps:spPr bwMode="auto">
                          <a:xfrm>
                            <a:off x="3446290" y="46344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4D83"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wps:txbx>
                        <wps:bodyPr wrap="none" lIns="0" tIns="0" rIns="0" bIns="0">
                          <a:spAutoFit/>
                        </wps:bodyPr>
                      </wps:wsp>
                      <wps:wsp>
                        <wps:cNvPr id="211" name="Rectangle 211">
                          <a:extLst/>
                        </wps:cNvPr>
                        <wps:cNvSpPr>
                          <a:spLocks noChangeArrowheads="1"/>
                        </wps:cNvSpPr>
                        <wps:spPr bwMode="auto">
                          <a:xfrm>
                            <a:off x="2990716" y="0"/>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865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wps:txbx>
                        <wps:bodyPr wrap="none" lIns="0" tIns="0" rIns="0" bIns="0">
                          <a:spAutoFit/>
                        </wps:bodyPr>
                      </wps:wsp>
                      <wps:wsp>
                        <wps:cNvPr id="212" name="Rectangle 212">
                          <a:extLst/>
                        </wps:cNvPr>
                        <wps:cNvSpPr>
                          <a:spLocks noChangeArrowheads="1"/>
                        </wps:cNvSpPr>
                        <wps:spPr bwMode="auto">
                          <a:xfrm>
                            <a:off x="2693880" y="25711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514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13" name="Rectangle 213">
                          <a:extLst/>
                        </wps:cNvPr>
                        <wps:cNvSpPr>
                          <a:spLocks noChangeArrowheads="1"/>
                        </wps:cNvSpPr>
                        <wps:spPr bwMode="auto">
                          <a:xfrm>
                            <a:off x="2778010" y="257118"/>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B5D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wps:txbx>
                        <wps:bodyPr wrap="none" lIns="0" tIns="0" rIns="0" bIns="0">
                          <a:spAutoFit/>
                        </wps:bodyPr>
                      </wps:wsp>
                      <wps:wsp>
                        <wps:cNvPr id="214" name="Rectangle 214">
                          <a:extLst/>
                        </wps:cNvPr>
                        <wps:cNvSpPr>
                          <a:spLocks noChangeArrowheads="1"/>
                        </wps:cNvSpPr>
                        <wps:spPr bwMode="auto">
                          <a:xfrm>
                            <a:off x="862068" y="493604"/>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98B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15" name="Rectangle 215">
                          <a:extLst/>
                        </wps:cNvPr>
                        <wps:cNvSpPr>
                          <a:spLocks noChangeArrowheads="1"/>
                        </wps:cNvSpPr>
                        <wps:spPr bwMode="auto">
                          <a:xfrm>
                            <a:off x="946199" y="493604"/>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B26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216" name="Rectangle 216">
                          <a:extLst/>
                        </wps:cNvPr>
                        <wps:cNvSpPr>
                          <a:spLocks noChangeArrowheads="1"/>
                        </wps:cNvSpPr>
                        <wps:spPr bwMode="auto">
                          <a:xfrm>
                            <a:off x="3424064" y="82532"/>
                            <a:ext cx="8509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886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wps:txbx>
                        <wps:bodyPr wrap="none" lIns="0" tIns="0" rIns="0" bIns="0">
                          <a:spAutoFit/>
                        </wps:bodyPr>
                      </wps:wsp>
                      <wps:wsp>
                        <wps:cNvPr id="218" name="TextBox 65">
                          <a:extLst/>
                        </wps:cNvPr>
                        <wps:cNvSpPr txBox="1">
                          <a:spLocks noChangeArrowheads="1"/>
                        </wps:cNvSpPr>
                        <wps:spPr bwMode="auto">
                          <a:xfrm>
                            <a:off x="0" y="501636"/>
                            <a:ext cx="642009"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92FD"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wps:txbx>
                        <wps:bodyPr wrap="none">
                          <a:spAutoFit/>
                        </wps:bodyPr>
                      </wps:wsp>
                      <wps:wsp>
                        <wps:cNvPr id="219" name="Line 25">
                          <a:extLst/>
                        </wps:cNvPr>
                        <wps:cNvCnPr/>
                        <wps:spPr bwMode="auto">
                          <a:xfrm>
                            <a:off x="550995" y="688974"/>
                            <a:ext cx="196850" cy="1260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ED72908" id="Group 440" o:spid="_x0000_s1027" style="position:absolute;margin-left:93.75pt;margin-top:45.75pt;width:279.15pt;height:112.85pt;z-index:251658242" coordsize="35450,1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">
                <v:rect id="AutoShape 9" o:spid="_x0000_s1028" style="position:absolute;left:4652;top:174;width:30798;height:1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o:lock v:ext="edit" aspectratio="t" text="t"/>
                </v:rect>
                <v:rect id="Rectangle 165" o:spid="_x0000_s1029" style="position:absolute;left:4652;top:174;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849849A"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v:textbox>
                </v:rect>
                <v:line id="Line 12" o:spid="_x0000_s1030" style="position:absolute;visibility:visible;mso-wrap-style:square" from="7478,8032" to="75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" strokeweight="1.25pt"/>
                <v:line id="Line 14" o:spid="_x0000_s1031" style="position:absolute;visibility:visible;mso-wrap-style:square" from="7811,8556" to="7907,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" strokeweight="1.25pt"/>
                <v:line id="Line 16" o:spid="_x0000_s1032" style="position:absolute;visibility:visible;mso-wrap-style:square" from="7494,10858" to="982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" strokeweight="1.25pt"/>
                <v:line id="Line 17" o:spid="_x0000_s1033" style="position:absolute;flip:y;visibility:visible;mso-wrap-style:square" from="9827,10858" to="1214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" strokeweight="1.25pt"/>
                <v:line id="Line 18" o:spid="_x0000_s1034" style="position:absolute;flip:y;visibility:visible;mso-wrap-style:square" from="9827,10620" to="11748,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" strokeweight="1.25pt"/>
                <v:line id="Line 19" o:spid="_x0000_s1035" style="position:absolute;flip:y;visibility:visible;mso-wrap-style:square" from="12145,8159" to="12161,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" strokeweight="1.25pt"/>
                <v:line id="Line 20" o:spid="_x0000_s1036" style="position:absolute;flip:x y;visibility:visible;mso-wrap-style:square" from="9827,6826" to="1214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" strokeweight="1.25pt"/>
                <v:line id="Line 21" o:spid="_x0000_s1037" style="position:absolute;flip:x y;visibility:visible;mso-wrap-style:square" from="9827,7286" to="11748,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" strokeweight="1.25pt"/>
                <v:line id="Line 22" o:spid="_x0000_s1038" style="position:absolute;flip:x;visibility:visible;mso-wrap-style:square" from="7494,6826" to="9827,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" strokeweight="1.25pt"/>
                <v:rect id="Rectangle 175" o:spid="_x0000_s1039" style="position:absolute;left:14589;top:3778;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758EF44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rect id="Rectangle 176" o:spid="_x0000_s1040" style="position:absolute;left:14589;top:5286;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48CCC6A1"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25" o:spid="_x0000_s1041" style="position:absolute;flip:y;visibility:visible;mso-wrap-style:square" from="12145,6635" to="14463,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" strokeweight="1.25pt"/>
                <v:rect id="Rectangle 178" o:spid="_x0000_s1042" style="position:absolute;left:18097;top:7064;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05ED0C71"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27" o:spid="_x0000_s1043" style="position:absolute;visibility:visible;mso-wrap-style:square" from="16019,6540" to="17892,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" strokeweight="1.25pt"/>
                <v:line id="Line 28" o:spid="_x0000_s1044" style="position:absolute;visibility:visible;mso-wrap-style:square" from="16241,6111" to="18098,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" strokeweight="1.25pt"/>
                <v:rect id="Rectangle 181" o:spid="_x0000_s1045" style="position:absolute;left:21843;top:5619;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7335AFD"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30" o:spid="_x0000_s1046" style="position:absolute;flip:y;visibility:visible;mso-wrap-style:square" from="19591,6810" to="21638,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" strokeweight="1.25pt"/>
                <v:rect id="Rectangle 183" o:spid="_x0000_s1047" style="position:absolute;left:25383;top:7366;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314C5F1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32" o:spid="_x0000_s1048" style="position:absolute;visibility:visible;mso-wrap-style:square" from="23337,6921" to="25274,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" strokeweight="1.25pt"/>
                <v:line id="Line 33" o:spid="_x0000_s1049" style="position:absolute;flip:y;visibility:visible;mso-wrap-style:square" from="26718,6238" to="29417,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" strokeweight="1.25pt"/>
                <v:rect id="Rectangle 186" o:spid="_x0000_s1050" style="position:absolute;left:32827;top:1809;width:12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3F1D0C4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35" o:spid="_x0000_s1051" style="position:absolute;flip:x y;visibility:visible;mso-wrap-style:square" from="28893,3587" to="29417,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" strokeweight="1.25pt"/>
                <v:line id="Line 36" o:spid="_x0000_s1052" style="position:absolute;flip:x y;visibility:visible;mso-wrap-style:square" from="29338,3746" to="2976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" strokeweight="1.25pt"/>
                <v:line id="Line 37" o:spid="_x0000_s1053" style="position:absolute;flip:y;visibility:visible;mso-wrap-style:square" from="28893,1825" to="30925,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" strokeweight="1.25pt"/>
                <v:line id="Line 38" o:spid="_x0000_s1054" style="position:absolute;visibility:visible;mso-wrap-style:square" from="30925,1825" to="32624,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" strokeweight="1.25pt"/>
                <v:line id="Line 39" o:spid="_x0000_s1055" style="position:absolute;visibility:visible;mso-wrap-style:square" from="31005,2286" to="32497,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" strokeweight="1.25pt"/>
                <v:line id="Line 40" o:spid="_x0000_s1056" style="position:absolute;visibility:visible;mso-wrap-style:square" from="33656,3683" to="33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" strokeweight="1.25pt"/>
                <v:line id="Line 41" o:spid="_x0000_s1057" style="position:absolute;flip:x;visibility:visible;mso-wrap-style:square" from="31973,5318" to="33989,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" strokeweight="1.25pt"/>
                <v:line id="Line 42" o:spid="_x0000_s1058" style="position:absolute;flip:x;visibility:visible;mso-wrap-style:square" from="31878,5175" to="33545,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" strokeweight="1.25pt"/>
                <v:line id="Line 43" o:spid="_x0000_s1059" style="position:absolute;flip:x y;visibility:visible;mso-wrap-style:square" from="29417,6238" to="31973,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" strokeweight="1.25pt"/>
                <v:rect id="Rectangle 8226" o:spid="_x0000_s1060" style="position:absolute;left:25287;top:11525;width:1385;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" filled="f" stroked="f">
                  <v:textbox style="mso-fit-shape-to-text:t" inset="0,0,0,0">
                    <w:txbxContent>
                      <w:p w14:paraId="56BCD995"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line id="Line 45" o:spid="_x0000_s1061" style="position:absolute;flip:x;visibility:visible;mso-wrap-style:square" from="26242,9191" to="26274,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" strokeweight="1.25pt"/>
                <v:line id="Line 46" o:spid="_x0000_s1062" style="position:absolute;flip:x;visibility:visible;mso-wrap-style:square" from="25734,9191" to="25766,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" strokeweight="1.25pt"/>
                <v:rect id="Rectangle 8310" o:spid="_x0000_s1063" style="position:absolute;left:21906;top:2555;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" filled="f" stroked="f">
                  <v:textbox style="mso-fit-shape-to-text:t" inset="0,0,0,0">
                    <w:txbxContent>
                      <w:p w14:paraId="1F02C02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48" o:spid="_x0000_s1064" style="position:absolute;flip:y;visibility:visible;mso-wrap-style:square" from="22480,4540" to="22512,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" strokeweight=".39689mm"/>
                <v:rect id="Rectangle 8312" o:spid="_x0000_s1065" style="position:absolute;left:13795;top:11318;width:138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" filled="f" stroked="f">
                  <v:textbox style="mso-fit-shape-to-text:t" inset="0,0,0,0">
                    <w:txbxContent>
                      <w:p w14:paraId="6F735C4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rect id="Rectangle 192" o:spid="_x0000_s1066" style="position:absolute;left:15192;top:11318;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69B67A1F"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51" o:spid="_x0000_s1067" style="position:absolute;visibility:visible;mso-wrap-style:square" from="12145,10858" to="13622,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" strokeweight=".39689mm"/>
                <v:rect id="Rectangle 194" o:spid="_x0000_s1068" style="position:absolute;left:11255;top:585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4BA595B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195" o:spid="_x0000_s1069" style="position:absolute;left:12097;top:5857;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1C5319E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196" o:spid="_x0000_s1070" style="position:absolute;left:12350;top:944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42EB757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197" o:spid="_x0000_s1071" style="position:absolute;left:13176;top:944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4F46D9E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198" o:spid="_x0000_s1072" style="position:absolute;left:9081;top:12557;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27A09D0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199" o:spid="_x0000_s1073" style="position:absolute;left:9906;top:1255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6B0D02E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200" o:spid="_x0000_s1074" style="position:absolute;left:5509;top:1085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09AEC53E"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01" o:spid="_x0000_s1075" style="position:absolute;left:6334;top:1085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510354B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202" o:spid="_x0000_s1076" style="position:absolute;left:6303;top:557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26062D7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03" o:spid="_x0000_s1077" style="position:absolute;left:6969;top:557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74D8EF9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204" o:spid="_x0000_s1078" style="position:absolute;left:14779;top:2126;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0AAA260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05" o:spid="_x0000_s1079" style="position:absolute;left:18430;top:8729;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4628869E"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206" o:spid="_x0000_s1080" style="position:absolute;left:22144;top:728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5BBFF26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207" o:spid="_x0000_s1081" style="position:absolute;left:25494;top:569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5153329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208" o:spid="_x0000_s1082" style="position:absolute;left:29065;top:676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61B63F4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209" o:spid="_x0000_s1083" style="position:absolute;left:32335;top:6904;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2FE8DB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rect id="Rectangle 210" o:spid="_x0000_s1084" style="position:absolute;left:34462;top:463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388E4D83"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v:textbox>
                </v:rect>
                <v:rect id="Rectangle 211" o:spid="_x0000_s1085" style="position:absolute;left:2990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2FF3865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v:textbox>
                </v:rect>
                <v:rect id="Rectangle 212" o:spid="_x0000_s1086" style="position:absolute;left:26938;top:257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1F5D514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13" o:spid="_x0000_s1087" style="position:absolute;left:27780;top:257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0D62B5D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v:textbox>
                </v:rect>
                <v:rect id="Rectangle 214" o:spid="_x0000_s1088" style="position:absolute;left:8620;top:493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6C5B98B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15" o:spid="_x0000_s1089" style="position:absolute;left:9461;top:493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2892B26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rect id="Rectangle 216" o:spid="_x0000_s1090" style="position:absolute;left:34240;top:82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1470886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v:textbox>
                </v:rect>
                <v:shape id="TextBox 65" o:spid="_x0000_s1091" type="#_x0000_t202" style="position:absolute;top:5016;width:6420;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" filled="f" stroked="f">
                  <v:textbox style="mso-fit-shape-to-text:t">
                    <w:txbxContent>
                      <w:p w14:paraId="1A6C92FD"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v:textbox>
                </v:shape>
                <v:line id="Line 25" o:spid="_x0000_s1092" style="position:absolute;visibility:visible;mso-wrap-style:square" from="5509,6889" to="7478,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" strokeweight="1.25pt"/>
              </v:group>
            </w:pict>
          </mc:Fallback>
        </mc:AlternateContent>
      </w:r>
    </w:p>
    <w:p w14:paraId="6FFB2635" w14:textId="4A677D07" w:rsidR="005A381B" w:rsidRPr="00C85550" w:rsidRDefault="005A381B" w:rsidP="005A381B">
      <w:pPr>
        <w:pStyle w:val="EndnoteText"/>
        <w:spacing w:line="360" w:lineRule="auto"/>
      </w:pPr>
    </w:p>
    <w:p w14:paraId="3DBEE8D6" w14:textId="29F95CFF" w:rsidR="005A381B" w:rsidRPr="00C85550" w:rsidRDefault="005A381B" w:rsidP="00A96840">
      <w:pPr>
        <w:pStyle w:val="EndnoteText"/>
        <w:spacing w:line="360" w:lineRule="auto"/>
        <w:jc w:val="center"/>
        <w:rPr>
          <w:lang w:val="en-US"/>
        </w:rPr>
      </w:pPr>
      <w:r w:rsidRPr="00C85550">
        <w:rPr>
          <w:b/>
          <w:sz w:val="22"/>
          <w:szCs w:val="22"/>
          <w:lang w:val="en-US"/>
        </w:rPr>
        <w:t>Scheme S</w:t>
      </w:r>
      <w:r w:rsidR="00C85550">
        <w:rPr>
          <w:b/>
          <w:sz w:val="22"/>
          <w:szCs w:val="22"/>
          <w:lang w:val="en-US"/>
        </w:rPr>
        <w:t>2</w:t>
      </w:r>
      <w:r w:rsidRPr="00C85550">
        <w:rPr>
          <w:b/>
          <w:sz w:val="22"/>
          <w:szCs w:val="22"/>
          <w:lang w:val="en-US"/>
        </w:rPr>
        <w:t>.</w:t>
      </w:r>
      <w:r w:rsidRPr="00C85550">
        <w:rPr>
          <w:sz w:val="22"/>
          <w:szCs w:val="22"/>
          <w:lang w:val="en-US"/>
        </w:rPr>
        <w:t xml:space="preserve"> The structural formula of </w:t>
      </w:r>
      <w:r w:rsidR="00432512" w:rsidRPr="00C85550">
        <w:rPr>
          <w:b/>
          <w:bCs/>
          <w:sz w:val="22"/>
          <w:szCs w:val="22"/>
        </w:rPr>
        <w:t>H</w:t>
      </w:r>
      <w:r w:rsidR="00432512" w:rsidRPr="00C85550">
        <w:rPr>
          <w:b/>
          <w:bCs/>
          <w:sz w:val="22"/>
          <w:szCs w:val="22"/>
          <w:vertAlign w:val="subscript"/>
        </w:rPr>
        <w:t>2</w:t>
      </w:r>
      <w:r w:rsidR="00432512" w:rsidRPr="00C85550">
        <w:rPr>
          <w:b/>
          <w:bCs/>
          <w:sz w:val="22"/>
          <w:szCs w:val="22"/>
        </w:rPr>
        <w:t>L</w:t>
      </w:r>
      <w:r w:rsidR="00432512" w:rsidRPr="00C85550">
        <w:rPr>
          <w:b/>
          <w:bCs/>
          <w:sz w:val="22"/>
          <w:szCs w:val="22"/>
          <w:vertAlign w:val="superscript"/>
        </w:rPr>
        <w:t xml:space="preserve">1 </w:t>
      </w:r>
      <w:r w:rsidRPr="00C85550">
        <w:rPr>
          <w:sz w:val="22"/>
          <w:szCs w:val="22"/>
          <w:lang w:val="en-US"/>
        </w:rPr>
        <w:t>with the NMR numbering scheme</w:t>
      </w:r>
    </w:p>
    <w:p w14:paraId="5FF73035" w14:textId="77777777" w:rsidR="005A381B" w:rsidRPr="00C85550" w:rsidRDefault="005A381B" w:rsidP="005A381B">
      <w:pPr>
        <w:pStyle w:val="EndnoteText"/>
        <w:spacing w:line="360" w:lineRule="auto"/>
        <w:rPr>
          <w:lang w:val="en-US"/>
        </w:rPr>
      </w:pPr>
    </w:p>
    <w:p w14:paraId="36D46265" w14:textId="7FD28BFC" w:rsidR="00432512" w:rsidRPr="00C85550" w:rsidRDefault="005A381B" w:rsidP="00432512">
      <w:pPr>
        <w:pStyle w:val="EndnoteText"/>
        <w:spacing w:line="360" w:lineRule="auto"/>
        <w:jc w:val="center"/>
        <w:rPr>
          <w:b/>
          <w:sz w:val="24"/>
          <w:szCs w:val="24"/>
        </w:rPr>
      </w:pPr>
      <w:r w:rsidRPr="00C85550">
        <w:rPr>
          <w:lang w:val="en-US"/>
        </w:rPr>
        <w:br w:type="page"/>
      </w:r>
      <w:r w:rsidR="00432512" w:rsidRPr="00C85550">
        <w:rPr>
          <w:b/>
          <w:sz w:val="24"/>
          <w:szCs w:val="24"/>
        </w:rPr>
        <w:lastRenderedPageBreak/>
        <w:t>Table S</w:t>
      </w:r>
      <w:r w:rsidR="00C85550">
        <w:rPr>
          <w:b/>
          <w:sz w:val="24"/>
          <w:szCs w:val="24"/>
        </w:rPr>
        <w:t>10</w:t>
      </w:r>
      <w:r w:rsidR="00432512" w:rsidRPr="00C85550">
        <w:t xml:space="preserve"> </w:t>
      </w:r>
      <w:r w:rsidR="00432512" w:rsidRPr="00C85550">
        <w:rPr>
          <w:sz w:val="24"/>
          <w:szCs w:val="24"/>
          <w:vertAlign w:val="superscript"/>
          <w:lang w:val="hr-HR"/>
        </w:rPr>
        <w:t>1</w:t>
      </w:r>
      <w:r w:rsidR="00432512" w:rsidRPr="00C85550">
        <w:rPr>
          <w:sz w:val="24"/>
          <w:szCs w:val="24"/>
          <w:lang w:val="hr-HR"/>
        </w:rPr>
        <w:t xml:space="preserve">H and </w:t>
      </w:r>
      <w:r w:rsidR="00432512" w:rsidRPr="00C85550">
        <w:rPr>
          <w:sz w:val="24"/>
          <w:szCs w:val="24"/>
          <w:vertAlign w:val="superscript"/>
          <w:lang w:val="hr-HR"/>
        </w:rPr>
        <w:t>13</w:t>
      </w:r>
      <w:r w:rsidR="00432512" w:rsidRPr="00C85550">
        <w:rPr>
          <w:sz w:val="24"/>
          <w:szCs w:val="24"/>
          <w:lang w:val="hr-HR"/>
        </w:rPr>
        <w:t xml:space="preserve">C chemical shifts (ppm) of </w:t>
      </w:r>
      <w:r w:rsidR="00432512" w:rsidRPr="00C85550">
        <w:rPr>
          <w:b/>
          <w:bCs/>
          <w:sz w:val="24"/>
          <w:szCs w:val="24"/>
        </w:rPr>
        <w:t>H</w:t>
      </w:r>
      <w:r w:rsidR="00432512" w:rsidRPr="00C85550">
        <w:rPr>
          <w:b/>
          <w:bCs/>
          <w:sz w:val="24"/>
          <w:szCs w:val="24"/>
          <w:vertAlign w:val="subscript"/>
        </w:rPr>
        <w:t>2</w:t>
      </w:r>
      <w:r w:rsidR="00432512" w:rsidRPr="00C85550">
        <w:rPr>
          <w:b/>
          <w:bCs/>
          <w:sz w:val="24"/>
          <w:szCs w:val="24"/>
        </w:rPr>
        <w:t>L</w:t>
      </w:r>
      <w:r w:rsidR="00432512" w:rsidRPr="00C85550">
        <w:rPr>
          <w:b/>
          <w:bCs/>
          <w:sz w:val="24"/>
          <w:szCs w:val="24"/>
          <w:vertAlign w:val="superscript"/>
        </w:rPr>
        <w:t>2</w:t>
      </w:r>
      <w:r w:rsidR="00432512" w:rsidRPr="00C85550">
        <w:rPr>
          <w:sz w:val="24"/>
          <w:szCs w:val="24"/>
        </w:rPr>
        <w:t xml:space="preserve"> and </w:t>
      </w:r>
      <w:r w:rsidR="00432512" w:rsidRPr="00C85550">
        <w:rPr>
          <w:b/>
          <w:sz w:val="24"/>
          <w:szCs w:val="24"/>
        </w:rPr>
        <w:t>2</w:t>
      </w:r>
      <w:r w:rsidR="00432512" w:rsidRPr="00C85550">
        <w:rPr>
          <w:sz w:val="24"/>
          <w:szCs w:val="24"/>
        </w:rPr>
        <w:t>.</w:t>
      </w:r>
    </w:p>
    <w:tbl>
      <w:tblPr>
        <w:tblW w:w="3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11"/>
        <w:gridCol w:w="1310"/>
        <w:gridCol w:w="1310"/>
        <w:gridCol w:w="1293"/>
      </w:tblGrid>
      <w:tr w:rsidR="00432512" w:rsidRPr="00C85550" w14:paraId="7BD0386B" w14:textId="77777777" w:rsidTr="00854CB5">
        <w:trPr>
          <w:trHeight w:hRule="exact" w:val="369"/>
          <w:jc w:val="center"/>
        </w:trPr>
        <w:tc>
          <w:tcPr>
            <w:tcW w:w="1008" w:type="pct"/>
            <w:vMerge w:val="restart"/>
            <w:tcBorders>
              <w:left w:val="nil"/>
              <w:bottom w:val="nil"/>
              <w:right w:val="nil"/>
            </w:tcBorders>
            <w:vAlign w:val="center"/>
          </w:tcPr>
          <w:p w14:paraId="0CCF9B08" w14:textId="77777777" w:rsidR="00432512" w:rsidRPr="00C85550" w:rsidRDefault="00432512" w:rsidP="00A96840">
            <w:pPr>
              <w:jc w:val="center"/>
              <w:rPr>
                <w:rFonts w:ascii="Times New Roman" w:hAnsi="Times New Roman"/>
              </w:rPr>
            </w:pPr>
            <w:r w:rsidRPr="00C85550">
              <w:rPr>
                <w:rFonts w:ascii="Times New Roman" w:hAnsi="Times New Roman"/>
              </w:rPr>
              <w:t>Atom</w:t>
            </w:r>
          </w:p>
        </w:tc>
        <w:tc>
          <w:tcPr>
            <w:tcW w:w="2003" w:type="pct"/>
            <w:gridSpan w:val="2"/>
            <w:tcBorders>
              <w:left w:val="nil"/>
              <w:bottom w:val="single" w:sz="4" w:space="0" w:color="auto"/>
              <w:right w:val="nil"/>
            </w:tcBorders>
            <w:vAlign w:val="center"/>
          </w:tcPr>
          <w:p w14:paraId="137B2952" w14:textId="62E9C37E" w:rsidR="00432512" w:rsidRPr="00C85550" w:rsidRDefault="00854CB5" w:rsidP="00A96840">
            <w:pPr>
              <w:jc w:val="center"/>
              <w:rPr>
                <w:rFonts w:ascii="Times New Roman" w:hAnsi="Times New Roman"/>
                <w:b/>
              </w:rPr>
            </w:pPr>
            <w:r w:rsidRPr="00C85550">
              <w:rPr>
                <w:rFonts w:ascii="Times New Roman" w:hAnsi="Times New Roman"/>
                <w:b/>
                <w:bCs/>
              </w:rPr>
              <w:t>H</w:t>
            </w:r>
            <w:r w:rsidRPr="00C85550">
              <w:rPr>
                <w:rFonts w:ascii="Times New Roman" w:hAnsi="Times New Roman"/>
                <w:b/>
                <w:bCs/>
                <w:vertAlign w:val="subscript"/>
              </w:rPr>
              <w:t>2</w:t>
            </w:r>
            <w:r w:rsidRPr="00C85550">
              <w:rPr>
                <w:rFonts w:ascii="Times New Roman" w:hAnsi="Times New Roman"/>
                <w:b/>
                <w:bCs/>
              </w:rPr>
              <w:t>L</w:t>
            </w:r>
            <w:r w:rsidRPr="00C85550">
              <w:rPr>
                <w:rFonts w:ascii="Times New Roman" w:hAnsi="Times New Roman"/>
                <w:b/>
                <w:bCs/>
                <w:vertAlign w:val="superscript"/>
              </w:rPr>
              <w:t>2</w:t>
            </w:r>
          </w:p>
        </w:tc>
        <w:tc>
          <w:tcPr>
            <w:tcW w:w="1988" w:type="pct"/>
            <w:gridSpan w:val="2"/>
            <w:tcBorders>
              <w:left w:val="nil"/>
              <w:bottom w:val="single" w:sz="4" w:space="0" w:color="auto"/>
              <w:right w:val="nil"/>
            </w:tcBorders>
          </w:tcPr>
          <w:p w14:paraId="76ECF718" w14:textId="6BB40BBE" w:rsidR="00432512" w:rsidRPr="00C85550" w:rsidRDefault="00854CB5" w:rsidP="00A96840">
            <w:pPr>
              <w:jc w:val="center"/>
              <w:rPr>
                <w:rFonts w:ascii="Times New Roman" w:hAnsi="Times New Roman"/>
                <w:b/>
              </w:rPr>
            </w:pPr>
            <w:r w:rsidRPr="00C85550">
              <w:rPr>
                <w:rFonts w:ascii="Times New Roman" w:hAnsi="Times New Roman"/>
                <w:b/>
              </w:rPr>
              <w:t>2</w:t>
            </w:r>
          </w:p>
        </w:tc>
      </w:tr>
      <w:tr w:rsidR="00432512" w:rsidRPr="00C85550" w14:paraId="366B1312" w14:textId="77777777" w:rsidTr="00A96840">
        <w:trPr>
          <w:trHeight w:hRule="exact" w:val="592"/>
          <w:jc w:val="center"/>
        </w:trPr>
        <w:tc>
          <w:tcPr>
            <w:tcW w:w="1008" w:type="pct"/>
            <w:vMerge/>
            <w:tcBorders>
              <w:top w:val="nil"/>
              <w:left w:val="nil"/>
              <w:bottom w:val="single" w:sz="4" w:space="0" w:color="auto"/>
              <w:right w:val="nil"/>
            </w:tcBorders>
            <w:vAlign w:val="center"/>
          </w:tcPr>
          <w:p w14:paraId="7E1165DE" w14:textId="77777777" w:rsidR="00432512" w:rsidRPr="00C85550" w:rsidRDefault="00432512" w:rsidP="00A96840">
            <w:pPr>
              <w:jc w:val="center"/>
              <w:rPr>
                <w:rFonts w:ascii="Times New Roman" w:hAnsi="Times New Roman"/>
              </w:rPr>
            </w:pPr>
          </w:p>
        </w:tc>
        <w:tc>
          <w:tcPr>
            <w:tcW w:w="1002" w:type="pct"/>
            <w:tcBorders>
              <w:top w:val="single" w:sz="4" w:space="0" w:color="auto"/>
              <w:left w:val="nil"/>
              <w:bottom w:val="single" w:sz="4" w:space="0" w:color="auto"/>
              <w:right w:val="nil"/>
            </w:tcBorders>
            <w:vAlign w:val="center"/>
          </w:tcPr>
          <w:p w14:paraId="7C7DDF5E" w14:textId="77777777" w:rsidR="00432512" w:rsidRPr="00C85550" w:rsidRDefault="00432512"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1001" w:type="pct"/>
            <w:tcBorders>
              <w:top w:val="single" w:sz="4" w:space="0" w:color="auto"/>
              <w:left w:val="nil"/>
              <w:bottom w:val="single" w:sz="4" w:space="0" w:color="auto"/>
              <w:right w:val="nil"/>
            </w:tcBorders>
            <w:vAlign w:val="center"/>
          </w:tcPr>
          <w:p w14:paraId="03EF24BE" w14:textId="77777777" w:rsidR="00432512" w:rsidRPr="00C85550" w:rsidRDefault="00432512"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c>
          <w:tcPr>
            <w:tcW w:w="1001" w:type="pct"/>
            <w:tcBorders>
              <w:top w:val="single" w:sz="4" w:space="0" w:color="auto"/>
              <w:left w:val="nil"/>
              <w:bottom w:val="single" w:sz="4" w:space="0" w:color="auto"/>
              <w:right w:val="nil"/>
            </w:tcBorders>
            <w:vAlign w:val="center"/>
          </w:tcPr>
          <w:p w14:paraId="08614FCA" w14:textId="77777777" w:rsidR="00432512" w:rsidRPr="00C85550" w:rsidRDefault="00432512"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988" w:type="pct"/>
            <w:tcBorders>
              <w:top w:val="single" w:sz="4" w:space="0" w:color="auto"/>
              <w:left w:val="nil"/>
              <w:bottom w:val="single" w:sz="4" w:space="0" w:color="auto"/>
              <w:right w:val="nil"/>
            </w:tcBorders>
            <w:vAlign w:val="center"/>
          </w:tcPr>
          <w:p w14:paraId="183EA5CB" w14:textId="77777777" w:rsidR="00432512" w:rsidRPr="00C85550" w:rsidRDefault="00432512"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r>
      <w:tr w:rsidR="00432512" w:rsidRPr="00C85550" w14:paraId="182773AF" w14:textId="77777777" w:rsidTr="00A96840">
        <w:trPr>
          <w:trHeight w:hRule="exact" w:val="369"/>
          <w:jc w:val="center"/>
        </w:trPr>
        <w:tc>
          <w:tcPr>
            <w:tcW w:w="1008" w:type="pct"/>
            <w:tcBorders>
              <w:left w:val="nil"/>
              <w:bottom w:val="nil"/>
              <w:right w:val="nil"/>
            </w:tcBorders>
            <w:vAlign w:val="center"/>
          </w:tcPr>
          <w:p w14:paraId="44C76777" w14:textId="77777777" w:rsidR="00432512" w:rsidRPr="00C85550" w:rsidRDefault="00432512" w:rsidP="00A96840">
            <w:pPr>
              <w:jc w:val="center"/>
              <w:rPr>
                <w:rFonts w:ascii="Times New Roman" w:hAnsi="Times New Roman"/>
                <w:b/>
              </w:rPr>
            </w:pPr>
            <w:r w:rsidRPr="00C85550">
              <w:rPr>
                <w:rFonts w:ascii="Times New Roman" w:hAnsi="Times New Roman"/>
                <w:b/>
              </w:rPr>
              <w:t>1</w:t>
            </w:r>
          </w:p>
        </w:tc>
        <w:tc>
          <w:tcPr>
            <w:tcW w:w="1002" w:type="pct"/>
            <w:tcBorders>
              <w:left w:val="nil"/>
              <w:bottom w:val="nil"/>
              <w:right w:val="nil"/>
            </w:tcBorders>
            <w:vAlign w:val="center"/>
          </w:tcPr>
          <w:p w14:paraId="30D91679" w14:textId="58E53DD3" w:rsidR="00432512" w:rsidRPr="00C85550" w:rsidRDefault="00854CB5" w:rsidP="00A96840">
            <w:pPr>
              <w:jc w:val="center"/>
              <w:rPr>
                <w:rFonts w:ascii="Times New Roman" w:hAnsi="Times New Roman"/>
              </w:rPr>
            </w:pPr>
            <w:r w:rsidRPr="00C85550">
              <w:rPr>
                <w:rFonts w:ascii="Times New Roman" w:hAnsi="Times New Roman"/>
              </w:rPr>
              <w:t>8.73</w:t>
            </w:r>
          </w:p>
        </w:tc>
        <w:tc>
          <w:tcPr>
            <w:tcW w:w="1001" w:type="pct"/>
            <w:tcBorders>
              <w:left w:val="nil"/>
              <w:bottom w:val="nil"/>
              <w:right w:val="nil"/>
            </w:tcBorders>
            <w:vAlign w:val="center"/>
          </w:tcPr>
          <w:p w14:paraId="133FFC6C" w14:textId="7B8B7D28" w:rsidR="00432512" w:rsidRPr="00C85550" w:rsidRDefault="00420C4B" w:rsidP="00A96840">
            <w:pPr>
              <w:jc w:val="center"/>
              <w:rPr>
                <w:rFonts w:ascii="Times New Roman" w:hAnsi="Times New Roman"/>
              </w:rPr>
            </w:pPr>
            <w:r w:rsidRPr="00C85550">
              <w:rPr>
                <w:rFonts w:ascii="Times New Roman" w:hAnsi="Times New Roman"/>
              </w:rPr>
              <w:t>147.66</w:t>
            </w:r>
          </w:p>
        </w:tc>
        <w:tc>
          <w:tcPr>
            <w:tcW w:w="1001" w:type="pct"/>
            <w:tcBorders>
              <w:left w:val="nil"/>
              <w:bottom w:val="nil"/>
              <w:right w:val="nil"/>
            </w:tcBorders>
            <w:vAlign w:val="center"/>
          </w:tcPr>
          <w:p w14:paraId="18C37442" w14:textId="168679CB" w:rsidR="00432512" w:rsidRPr="00C85550" w:rsidRDefault="00245A0E" w:rsidP="00A96840">
            <w:pPr>
              <w:jc w:val="center"/>
              <w:rPr>
                <w:rFonts w:ascii="Times New Roman" w:hAnsi="Times New Roman"/>
              </w:rPr>
            </w:pPr>
            <w:r w:rsidRPr="00C85550">
              <w:rPr>
                <w:rFonts w:ascii="Times New Roman" w:hAnsi="Times New Roman"/>
              </w:rPr>
              <w:t>8.95</w:t>
            </w:r>
          </w:p>
        </w:tc>
        <w:tc>
          <w:tcPr>
            <w:tcW w:w="988" w:type="pct"/>
            <w:tcBorders>
              <w:left w:val="nil"/>
              <w:bottom w:val="nil"/>
              <w:right w:val="nil"/>
            </w:tcBorders>
            <w:vAlign w:val="center"/>
          </w:tcPr>
          <w:p w14:paraId="1D4FC439" w14:textId="73F7850B" w:rsidR="00432512" w:rsidRPr="00C85550" w:rsidRDefault="00245A0E" w:rsidP="00A96840">
            <w:pPr>
              <w:jc w:val="center"/>
              <w:rPr>
                <w:rFonts w:ascii="Times New Roman" w:hAnsi="Times New Roman"/>
              </w:rPr>
            </w:pPr>
            <w:r w:rsidRPr="00C85550">
              <w:rPr>
                <w:rFonts w:ascii="Times New Roman" w:hAnsi="Times New Roman"/>
              </w:rPr>
              <w:t>156.94</w:t>
            </w:r>
          </w:p>
        </w:tc>
      </w:tr>
      <w:tr w:rsidR="00432512" w:rsidRPr="00C85550" w14:paraId="787D61EC" w14:textId="77777777" w:rsidTr="00A96840">
        <w:trPr>
          <w:trHeight w:hRule="exact" w:val="369"/>
          <w:jc w:val="center"/>
        </w:trPr>
        <w:tc>
          <w:tcPr>
            <w:tcW w:w="1008" w:type="pct"/>
            <w:tcBorders>
              <w:top w:val="nil"/>
              <w:left w:val="nil"/>
              <w:bottom w:val="nil"/>
              <w:right w:val="nil"/>
            </w:tcBorders>
            <w:vAlign w:val="center"/>
          </w:tcPr>
          <w:p w14:paraId="3C8DC429" w14:textId="77777777" w:rsidR="00432512" w:rsidRPr="00C85550" w:rsidRDefault="00432512" w:rsidP="00A96840">
            <w:pPr>
              <w:jc w:val="center"/>
              <w:rPr>
                <w:rFonts w:ascii="Times New Roman" w:hAnsi="Times New Roman"/>
                <w:b/>
              </w:rPr>
            </w:pPr>
            <w:r w:rsidRPr="00C85550">
              <w:rPr>
                <w:rFonts w:ascii="Times New Roman" w:hAnsi="Times New Roman"/>
                <w:b/>
              </w:rPr>
              <w:t>4</w:t>
            </w:r>
          </w:p>
        </w:tc>
        <w:tc>
          <w:tcPr>
            <w:tcW w:w="1002" w:type="pct"/>
            <w:tcBorders>
              <w:top w:val="nil"/>
              <w:left w:val="nil"/>
              <w:bottom w:val="nil"/>
              <w:right w:val="nil"/>
            </w:tcBorders>
            <w:vAlign w:val="center"/>
          </w:tcPr>
          <w:p w14:paraId="25AB2C97" w14:textId="77777777" w:rsidR="00432512" w:rsidRPr="00C85550" w:rsidRDefault="00432512" w:rsidP="00A96840">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2DA7293" w14:textId="3581F08A" w:rsidR="00432512" w:rsidRPr="00C85550" w:rsidRDefault="00420C4B" w:rsidP="00A96840">
            <w:pPr>
              <w:jc w:val="center"/>
              <w:rPr>
                <w:rFonts w:ascii="Times New Roman" w:hAnsi="Times New Roman"/>
              </w:rPr>
            </w:pPr>
            <w:r w:rsidRPr="00C85550">
              <w:rPr>
                <w:rFonts w:ascii="Times New Roman" w:hAnsi="Times New Roman"/>
              </w:rPr>
              <w:t>161.06</w:t>
            </w:r>
          </w:p>
        </w:tc>
        <w:tc>
          <w:tcPr>
            <w:tcW w:w="1001" w:type="pct"/>
            <w:tcBorders>
              <w:top w:val="nil"/>
              <w:left w:val="nil"/>
              <w:bottom w:val="nil"/>
              <w:right w:val="nil"/>
            </w:tcBorders>
            <w:vAlign w:val="center"/>
          </w:tcPr>
          <w:p w14:paraId="016A4374" w14:textId="77777777" w:rsidR="00432512" w:rsidRPr="00C85550" w:rsidRDefault="00432512" w:rsidP="00A96840">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64AA68A5" w14:textId="5D63482B" w:rsidR="00432512" w:rsidRPr="00C85550" w:rsidRDefault="00245A0E" w:rsidP="00A96840">
            <w:pPr>
              <w:jc w:val="center"/>
              <w:rPr>
                <w:rFonts w:ascii="Times New Roman" w:hAnsi="Times New Roman"/>
              </w:rPr>
            </w:pPr>
            <w:r w:rsidRPr="00C85550">
              <w:rPr>
                <w:rFonts w:ascii="Times New Roman" w:hAnsi="Times New Roman"/>
              </w:rPr>
              <w:t>167.80</w:t>
            </w:r>
          </w:p>
        </w:tc>
      </w:tr>
      <w:tr w:rsidR="00432512" w:rsidRPr="00C85550" w14:paraId="153C2FB4" w14:textId="77777777" w:rsidTr="00A96840">
        <w:trPr>
          <w:trHeight w:hRule="exact" w:val="369"/>
          <w:jc w:val="center"/>
        </w:trPr>
        <w:tc>
          <w:tcPr>
            <w:tcW w:w="1008" w:type="pct"/>
            <w:tcBorders>
              <w:top w:val="nil"/>
              <w:left w:val="nil"/>
              <w:bottom w:val="nil"/>
              <w:right w:val="nil"/>
            </w:tcBorders>
            <w:vAlign w:val="center"/>
          </w:tcPr>
          <w:p w14:paraId="7D229A2F" w14:textId="77777777" w:rsidR="00432512" w:rsidRPr="00C85550" w:rsidRDefault="00432512" w:rsidP="00A96840">
            <w:pPr>
              <w:jc w:val="center"/>
              <w:rPr>
                <w:rFonts w:ascii="Times New Roman" w:hAnsi="Times New Roman"/>
                <w:b/>
              </w:rPr>
            </w:pPr>
            <w:r w:rsidRPr="00C85550">
              <w:rPr>
                <w:rFonts w:ascii="Times New Roman" w:hAnsi="Times New Roman"/>
                <w:b/>
              </w:rPr>
              <w:t>5</w:t>
            </w:r>
          </w:p>
        </w:tc>
        <w:tc>
          <w:tcPr>
            <w:tcW w:w="1002" w:type="pct"/>
            <w:tcBorders>
              <w:top w:val="nil"/>
              <w:left w:val="nil"/>
              <w:bottom w:val="nil"/>
              <w:right w:val="nil"/>
            </w:tcBorders>
            <w:vAlign w:val="center"/>
          </w:tcPr>
          <w:p w14:paraId="3381FC3B" w14:textId="77777777" w:rsidR="00432512" w:rsidRPr="00C85550" w:rsidRDefault="00432512" w:rsidP="00A96840">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1CB6205A" w14:textId="2E393499" w:rsidR="00432512" w:rsidRPr="00C85550" w:rsidRDefault="00420C4B" w:rsidP="00A96840">
            <w:pPr>
              <w:jc w:val="center"/>
              <w:rPr>
                <w:rFonts w:ascii="Times New Roman" w:hAnsi="Times New Roman"/>
              </w:rPr>
            </w:pPr>
            <w:r w:rsidRPr="00C85550">
              <w:rPr>
                <w:rFonts w:ascii="Times New Roman" w:hAnsi="Times New Roman"/>
              </w:rPr>
              <w:t>128.25</w:t>
            </w:r>
          </w:p>
        </w:tc>
        <w:tc>
          <w:tcPr>
            <w:tcW w:w="1001" w:type="pct"/>
            <w:tcBorders>
              <w:top w:val="nil"/>
              <w:left w:val="nil"/>
              <w:bottom w:val="nil"/>
              <w:right w:val="nil"/>
            </w:tcBorders>
            <w:vAlign w:val="center"/>
          </w:tcPr>
          <w:p w14:paraId="1203EA06" w14:textId="77777777" w:rsidR="00432512" w:rsidRPr="00C85550" w:rsidRDefault="00432512" w:rsidP="00A96840">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3B35AD0A" w14:textId="002B3242" w:rsidR="00432512" w:rsidRPr="00C85550" w:rsidRDefault="00245A0E" w:rsidP="00A96840">
            <w:pPr>
              <w:jc w:val="center"/>
              <w:rPr>
                <w:rFonts w:ascii="Times New Roman" w:hAnsi="Times New Roman"/>
              </w:rPr>
            </w:pPr>
            <w:r w:rsidRPr="00C85550">
              <w:rPr>
                <w:rFonts w:ascii="Times New Roman" w:hAnsi="Times New Roman"/>
              </w:rPr>
              <w:t>126.64</w:t>
            </w:r>
          </w:p>
        </w:tc>
      </w:tr>
      <w:tr w:rsidR="00432512" w:rsidRPr="00C85550" w14:paraId="0293805A" w14:textId="77777777" w:rsidTr="00A96840">
        <w:trPr>
          <w:trHeight w:hRule="exact" w:val="369"/>
          <w:jc w:val="center"/>
        </w:trPr>
        <w:tc>
          <w:tcPr>
            <w:tcW w:w="1008" w:type="pct"/>
            <w:tcBorders>
              <w:top w:val="nil"/>
              <w:left w:val="nil"/>
              <w:bottom w:val="nil"/>
              <w:right w:val="nil"/>
            </w:tcBorders>
            <w:vAlign w:val="center"/>
          </w:tcPr>
          <w:p w14:paraId="40FEC26A" w14:textId="77777777" w:rsidR="00432512" w:rsidRPr="00C85550" w:rsidRDefault="00432512" w:rsidP="00A96840">
            <w:pPr>
              <w:jc w:val="center"/>
              <w:rPr>
                <w:rFonts w:ascii="Times New Roman" w:hAnsi="Times New Roman"/>
                <w:b/>
              </w:rPr>
            </w:pPr>
            <w:r w:rsidRPr="00C85550">
              <w:rPr>
                <w:rFonts w:ascii="Times New Roman" w:hAnsi="Times New Roman"/>
                <w:b/>
              </w:rPr>
              <w:t>6</w:t>
            </w:r>
          </w:p>
        </w:tc>
        <w:tc>
          <w:tcPr>
            <w:tcW w:w="1002" w:type="pct"/>
            <w:tcBorders>
              <w:top w:val="nil"/>
              <w:left w:val="nil"/>
              <w:bottom w:val="nil"/>
              <w:right w:val="nil"/>
            </w:tcBorders>
            <w:vAlign w:val="center"/>
          </w:tcPr>
          <w:p w14:paraId="087534ED" w14:textId="22BFC21E" w:rsidR="00432512" w:rsidRPr="00C85550" w:rsidRDefault="00854CB5" w:rsidP="00A96840">
            <w:pPr>
              <w:jc w:val="center"/>
              <w:rPr>
                <w:rFonts w:ascii="Times New Roman" w:hAnsi="Times New Roman"/>
              </w:rPr>
            </w:pPr>
            <w:r w:rsidRPr="00C85550">
              <w:rPr>
                <w:rFonts w:ascii="Times New Roman" w:hAnsi="Times New Roman"/>
              </w:rPr>
              <w:t>9.19</w:t>
            </w:r>
          </w:p>
        </w:tc>
        <w:tc>
          <w:tcPr>
            <w:tcW w:w="1001" w:type="pct"/>
            <w:tcBorders>
              <w:top w:val="nil"/>
              <w:left w:val="nil"/>
              <w:bottom w:val="nil"/>
              <w:right w:val="nil"/>
            </w:tcBorders>
            <w:vAlign w:val="center"/>
          </w:tcPr>
          <w:p w14:paraId="137C2877" w14:textId="5E801576" w:rsidR="00432512" w:rsidRPr="00C85550" w:rsidRDefault="00420C4B" w:rsidP="00A96840">
            <w:pPr>
              <w:jc w:val="center"/>
              <w:rPr>
                <w:rFonts w:ascii="Times New Roman" w:hAnsi="Times New Roman"/>
              </w:rPr>
            </w:pPr>
            <w:r w:rsidRPr="00C85550">
              <w:rPr>
                <w:rFonts w:ascii="Times New Roman" w:hAnsi="Times New Roman"/>
              </w:rPr>
              <w:t>148.21</w:t>
            </w:r>
          </w:p>
        </w:tc>
        <w:tc>
          <w:tcPr>
            <w:tcW w:w="1001" w:type="pct"/>
            <w:tcBorders>
              <w:top w:val="nil"/>
              <w:left w:val="nil"/>
              <w:bottom w:val="nil"/>
              <w:right w:val="nil"/>
            </w:tcBorders>
            <w:vAlign w:val="center"/>
          </w:tcPr>
          <w:p w14:paraId="1D2911D5" w14:textId="42A4FA81" w:rsidR="00432512" w:rsidRPr="00C85550" w:rsidRDefault="00245A0E" w:rsidP="00A96840">
            <w:pPr>
              <w:jc w:val="center"/>
              <w:rPr>
                <w:rFonts w:ascii="Times New Roman" w:hAnsi="Times New Roman"/>
              </w:rPr>
            </w:pPr>
            <w:r w:rsidRPr="00C85550">
              <w:rPr>
                <w:rFonts w:ascii="Times New Roman" w:hAnsi="Times New Roman"/>
              </w:rPr>
              <w:t>9.15</w:t>
            </w:r>
          </w:p>
        </w:tc>
        <w:tc>
          <w:tcPr>
            <w:tcW w:w="988" w:type="pct"/>
            <w:tcBorders>
              <w:top w:val="nil"/>
              <w:left w:val="nil"/>
              <w:bottom w:val="nil"/>
              <w:right w:val="nil"/>
            </w:tcBorders>
            <w:vAlign w:val="center"/>
          </w:tcPr>
          <w:p w14:paraId="4B9DDF7C" w14:textId="35FCDB61" w:rsidR="00432512" w:rsidRPr="00C85550" w:rsidRDefault="00245A0E" w:rsidP="00A96840">
            <w:pPr>
              <w:jc w:val="center"/>
              <w:rPr>
                <w:rFonts w:ascii="Times New Roman" w:hAnsi="Times New Roman"/>
              </w:rPr>
            </w:pPr>
            <w:r w:rsidRPr="00C85550">
              <w:rPr>
                <w:rFonts w:ascii="Times New Roman" w:hAnsi="Times New Roman"/>
              </w:rPr>
              <w:t>149.24</w:t>
            </w:r>
          </w:p>
        </w:tc>
      </w:tr>
      <w:tr w:rsidR="00854CB5" w:rsidRPr="00C85550" w14:paraId="0A25F3AE" w14:textId="77777777" w:rsidTr="00A96840">
        <w:trPr>
          <w:trHeight w:hRule="exact" w:val="369"/>
          <w:jc w:val="center"/>
        </w:trPr>
        <w:tc>
          <w:tcPr>
            <w:tcW w:w="1008" w:type="pct"/>
            <w:tcBorders>
              <w:top w:val="nil"/>
              <w:left w:val="nil"/>
              <w:bottom w:val="nil"/>
              <w:right w:val="nil"/>
            </w:tcBorders>
            <w:vAlign w:val="center"/>
          </w:tcPr>
          <w:p w14:paraId="6FAFAA2D" w14:textId="77777777" w:rsidR="00854CB5" w:rsidRPr="00C85550" w:rsidRDefault="00854CB5" w:rsidP="00854CB5">
            <w:pPr>
              <w:jc w:val="center"/>
              <w:rPr>
                <w:rFonts w:ascii="Times New Roman" w:hAnsi="Times New Roman"/>
                <w:b/>
              </w:rPr>
            </w:pPr>
            <w:r w:rsidRPr="00C85550">
              <w:rPr>
                <w:rFonts w:ascii="Times New Roman" w:hAnsi="Times New Roman"/>
                <w:b/>
              </w:rPr>
              <w:t>7</w:t>
            </w:r>
          </w:p>
        </w:tc>
        <w:tc>
          <w:tcPr>
            <w:tcW w:w="1002" w:type="pct"/>
            <w:tcBorders>
              <w:top w:val="nil"/>
              <w:left w:val="nil"/>
              <w:bottom w:val="nil"/>
              <w:right w:val="nil"/>
            </w:tcBorders>
            <w:vAlign w:val="center"/>
          </w:tcPr>
          <w:p w14:paraId="41206401" w14:textId="1806828A"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12A95B40" w14:textId="4CCA98C3"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061E5469" w14:textId="13534643"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498EF6C" w14:textId="7CBB2E82" w:rsidR="00854CB5" w:rsidRPr="00C85550" w:rsidRDefault="00854CB5" w:rsidP="00854CB5">
            <w:pPr>
              <w:jc w:val="center"/>
              <w:rPr>
                <w:rFonts w:ascii="Times New Roman" w:hAnsi="Times New Roman"/>
              </w:rPr>
            </w:pPr>
            <w:r w:rsidRPr="00C85550">
              <w:rPr>
                <w:rFonts w:ascii="Times New Roman" w:hAnsi="Times New Roman"/>
              </w:rPr>
              <w:t>−</w:t>
            </w:r>
          </w:p>
        </w:tc>
      </w:tr>
      <w:tr w:rsidR="00854CB5" w:rsidRPr="00C85550" w14:paraId="5C31BEEC" w14:textId="77777777" w:rsidTr="00A96840">
        <w:trPr>
          <w:trHeight w:hRule="exact" w:val="369"/>
          <w:jc w:val="center"/>
        </w:trPr>
        <w:tc>
          <w:tcPr>
            <w:tcW w:w="1008" w:type="pct"/>
            <w:tcBorders>
              <w:top w:val="nil"/>
              <w:left w:val="nil"/>
              <w:bottom w:val="nil"/>
              <w:right w:val="nil"/>
            </w:tcBorders>
            <w:vAlign w:val="center"/>
          </w:tcPr>
          <w:p w14:paraId="6D020DD6" w14:textId="77777777" w:rsidR="00854CB5" w:rsidRPr="00C85550" w:rsidRDefault="00854CB5" w:rsidP="00854CB5">
            <w:pPr>
              <w:jc w:val="center"/>
              <w:rPr>
                <w:rFonts w:ascii="Times New Roman" w:hAnsi="Times New Roman"/>
                <w:b/>
              </w:rPr>
            </w:pPr>
            <w:r w:rsidRPr="00C85550">
              <w:rPr>
                <w:rFonts w:ascii="Times New Roman" w:hAnsi="Times New Roman"/>
                <w:b/>
              </w:rPr>
              <w:t>8</w:t>
            </w:r>
          </w:p>
        </w:tc>
        <w:tc>
          <w:tcPr>
            <w:tcW w:w="1002" w:type="pct"/>
            <w:tcBorders>
              <w:top w:val="nil"/>
              <w:left w:val="nil"/>
              <w:bottom w:val="nil"/>
              <w:right w:val="nil"/>
            </w:tcBorders>
            <w:vAlign w:val="center"/>
          </w:tcPr>
          <w:p w14:paraId="02D9AA5B" w14:textId="58C46CF5" w:rsidR="00854CB5" w:rsidRPr="00C85550" w:rsidRDefault="00854CB5" w:rsidP="00854CB5">
            <w:pPr>
              <w:jc w:val="center"/>
              <w:rPr>
                <w:rFonts w:ascii="Times New Roman" w:hAnsi="Times New Roman"/>
              </w:rPr>
            </w:pPr>
            <w:r w:rsidRPr="00C85550">
              <w:rPr>
                <w:rFonts w:ascii="Times New Roman" w:hAnsi="Times New Roman"/>
              </w:rPr>
              <w:t>8.83</w:t>
            </w:r>
          </w:p>
        </w:tc>
        <w:tc>
          <w:tcPr>
            <w:tcW w:w="1001" w:type="pct"/>
            <w:tcBorders>
              <w:top w:val="nil"/>
              <w:left w:val="nil"/>
              <w:bottom w:val="nil"/>
              <w:right w:val="nil"/>
            </w:tcBorders>
            <w:vAlign w:val="center"/>
          </w:tcPr>
          <w:p w14:paraId="73690FD7" w14:textId="373EE96C" w:rsidR="00854CB5" w:rsidRPr="00C85550" w:rsidRDefault="00420C4B" w:rsidP="00854CB5">
            <w:pPr>
              <w:jc w:val="center"/>
              <w:rPr>
                <w:rFonts w:ascii="Times New Roman" w:hAnsi="Times New Roman"/>
              </w:rPr>
            </w:pPr>
            <w:r w:rsidRPr="00C85550">
              <w:rPr>
                <w:rFonts w:ascii="Times New Roman" w:hAnsi="Times New Roman"/>
              </w:rPr>
              <w:t>151.90</w:t>
            </w:r>
          </w:p>
        </w:tc>
        <w:tc>
          <w:tcPr>
            <w:tcW w:w="1001" w:type="pct"/>
            <w:tcBorders>
              <w:top w:val="nil"/>
              <w:left w:val="nil"/>
              <w:bottom w:val="nil"/>
              <w:right w:val="nil"/>
            </w:tcBorders>
            <w:vAlign w:val="center"/>
          </w:tcPr>
          <w:p w14:paraId="2091A073" w14:textId="19942166" w:rsidR="00854CB5" w:rsidRPr="00C85550" w:rsidRDefault="00245A0E" w:rsidP="00854CB5">
            <w:pPr>
              <w:jc w:val="center"/>
              <w:rPr>
                <w:rFonts w:ascii="Times New Roman" w:hAnsi="Times New Roman"/>
              </w:rPr>
            </w:pPr>
            <w:r w:rsidRPr="00C85550">
              <w:rPr>
                <w:rFonts w:ascii="Times New Roman" w:hAnsi="Times New Roman"/>
              </w:rPr>
              <w:t>8.76</w:t>
            </w:r>
          </w:p>
        </w:tc>
        <w:tc>
          <w:tcPr>
            <w:tcW w:w="988" w:type="pct"/>
            <w:tcBorders>
              <w:top w:val="nil"/>
              <w:left w:val="nil"/>
              <w:bottom w:val="nil"/>
              <w:right w:val="nil"/>
            </w:tcBorders>
            <w:vAlign w:val="center"/>
          </w:tcPr>
          <w:p w14:paraId="0DC51134" w14:textId="702262C5" w:rsidR="00854CB5" w:rsidRPr="00C85550" w:rsidRDefault="00245A0E" w:rsidP="00854CB5">
            <w:pPr>
              <w:jc w:val="center"/>
              <w:rPr>
                <w:rFonts w:ascii="Times New Roman" w:hAnsi="Times New Roman"/>
              </w:rPr>
            </w:pPr>
            <w:r w:rsidRPr="00C85550">
              <w:rPr>
                <w:rFonts w:ascii="Times New Roman" w:hAnsi="Times New Roman"/>
              </w:rPr>
              <w:t>152.86</w:t>
            </w:r>
          </w:p>
        </w:tc>
      </w:tr>
      <w:tr w:rsidR="00854CB5" w:rsidRPr="00C85550" w14:paraId="7DF5054F" w14:textId="77777777" w:rsidTr="00A96840">
        <w:trPr>
          <w:trHeight w:hRule="exact" w:val="369"/>
          <w:jc w:val="center"/>
        </w:trPr>
        <w:tc>
          <w:tcPr>
            <w:tcW w:w="1008" w:type="pct"/>
            <w:tcBorders>
              <w:top w:val="nil"/>
              <w:left w:val="nil"/>
              <w:bottom w:val="nil"/>
              <w:right w:val="nil"/>
            </w:tcBorders>
            <w:vAlign w:val="center"/>
          </w:tcPr>
          <w:p w14:paraId="7B764510" w14:textId="77777777" w:rsidR="00854CB5" w:rsidRPr="00C85550" w:rsidRDefault="00854CB5" w:rsidP="00854CB5">
            <w:pPr>
              <w:jc w:val="center"/>
              <w:rPr>
                <w:rFonts w:ascii="Times New Roman" w:hAnsi="Times New Roman"/>
                <w:b/>
              </w:rPr>
            </w:pPr>
            <w:r w:rsidRPr="00C85550">
              <w:rPr>
                <w:rFonts w:ascii="Times New Roman" w:hAnsi="Times New Roman"/>
                <w:b/>
              </w:rPr>
              <w:t>9</w:t>
            </w:r>
          </w:p>
        </w:tc>
        <w:tc>
          <w:tcPr>
            <w:tcW w:w="1002" w:type="pct"/>
            <w:tcBorders>
              <w:top w:val="nil"/>
              <w:left w:val="nil"/>
              <w:bottom w:val="nil"/>
              <w:right w:val="nil"/>
            </w:tcBorders>
            <w:vAlign w:val="center"/>
          </w:tcPr>
          <w:p w14:paraId="03447525" w14:textId="4CA4519B" w:rsidR="00854CB5" w:rsidRPr="00C85550" w:rsidRDefault="00854CB5" w:rsidP="00854CB5">
            <w:pPr>
              <w:jc w:val="center"/>
              <w:rPr>
                <w:rFonts w:ascii="Times New Roman" w:hAnsi="Times New Roman"/>
              </w:rPr>
            </w:pPr>
            <w:r w:rsidRPr="00C85550">
              <w:rPr>
                <w:rFonts w:ascii="Times New Roman" w:hAnsi="Times New Roman"/>
              </w:rPr>
              <w:t>7.61</w:t>
            </w:r>
          </w:p>
        </w:tc>
        <w:tc>
          <w:tcPr>
            <w:tcW w:w="1001" w:type="pct"/>
            <w:tcBorders>
              <w:top w:val="nil"/>
              <w:left w:val="nil"/>
              <w:bottom w:val="nil"/>
              <w:right w:val="nil"/>
            </w:tcBorders>
            <w:vAlign w:val="center"/>
          </w:tcPr>
          <w:p w14:paraId="744EC981" w14:textId="6733D530" w:rsidR="00854CB5" w:rsidRPr="00C85550" w:rsidRDefault="00420C4B" w:rsidP="00854CB5">
            <w:pPr>
              <w:jc w:val="center"/>
              <w:rPr>
                <w:rFonts w:ascii="Times New Roman" w:hAnsi="Times New Roman"/>
              </w:rPr>
            </w:pPr>
            <w:r w:rsidRPr="00C85550">
              <w:rPr>
                <w:rFonts w:ascii="Times New Roman" w:hAnsi="Times New Roman"/>
              </w:rPr>
              <w:t>123.07</w:t>
            </w:r>
          </w:p>
        </w:tc>
        <w:tc>
          <w:tcPr>
            <w:tcW w:w="1001" w:type="pct"/>
            <w:tcBorders>
              <w:top w:val="nil"/>
              <w:left w:val="nil"/>
              <w:bottom w:val="nil"/>
              <w:right w:val="nil"/>
            </w:tcBorders>
            <w:vAlign w:val="center"/>
          </w:tcPr>
          <w:p w14:paraId="0D955B7F" w14:textId="7726E460" w:rsidR="00854CB5" w:rsidRPr="00C85550" w:rsidRDefault="00245A0E" w:rsidP="00854CB5">
            <w:pPr>
              <w:jc w:val="center"/>
              <w:rPr>
                <w:rFonts w:ascii="Times New Roman" w:hAnsi="Times New Roman"/>
              </w:rPr>
            </w:pPr>
            <w:r w:rsidRPr="00C85550">
              <w:rPr>
                <w:rFonts w:ascii="Times New Roman" w:hAnsi="Times New Roman"/>
              </w:rPr>
              <w:t>7.57</w:t>
            </w:r>
          </w:p>
        </w:tc>
        <w:tc>
          <w:tcPr>
            <w:tcW w:w="988" w:type="pct"/>
            <w:tcBorders>
              <w:top w:val="nil"/>
              <w:left w:val="nil"/>
              <w:bottom w:val="nil"/>
              <w:right w:val="nil"/>
            </w:tcBorders>
            <w:vAlign w:val="center"/>
          </w:tcPr>
          <w:p w14:paraId="35E3C478" w14:textId="36EF7703" w:rsidR="00854CB5" w:rsidRPr="00C85550" w:rsidRDefault="00245A0E" w:rsidP="00854CB5">
            <w:pPr>
              <w:jc w:val="center"/>
              <w:rPr>
                <w:rFonts w:ascii="Times New Roman" w:hAnsi="Times New Roman"/>
              </w:rPr>
            </w:pPr>
            <w:r w:rsidRPr="00C85550">
              <w:rPr>
                <w:rFonts w:ascii="Times New Roman" w:hAnsi="Times New Roman"/>
              </w:rPr>
              <w:t>124.44</w:t>
            </w:r>
          </w:p>
        </w:tc>
      </w:tr>
      <w:tr w:rsidR="00854CB5" w:rsidRPr="00C85550" w14:paraId="0041BE6D" w14:textId="77777777" w:rsidTr="00A96840">
        <w:trPr>
          <w:trHeight w:hRule="exact" w:val="369"/>
          <w:jc w:val="center"/>
        </w:trPr>
        <w:tc>
          <w:tcPr>
            <w:tcW w:w="1008" w:type="pct"/>
            <w:tcBorders>
              <w:top w:val="nil"/>
              <w:left w:val="nil"/>
              <w:bottom w:val="nil"/>
              <w:right w:val="nil"/>
            </w:tcBorders>
            <w:vAlign w:val="center"/>
          </w:tcPr>
          <w:p w14:paraId="3BD9A01C" w14:textId="77777777" w:rsidR="00854CB5" w:rsidRPr="00C85550" w:rsidRDefault="00854CB5" w:rsidP="00854CB5">
            <w:pPr>
              <w:jc w:val="center"/>
              <w:rPr>
                <w:rFonts w:ascii="Times New Roman" w:hAnsi="Times New Roman"/>
                <w:b/>
              </w:rPr>
            </w:pPr>
            <w:r w:rsidRPr="00C85550">
              <w:rPr>
                <w:rFonts w:ascii="Times New Roman" w:hAnsi="Times New Roman"/>
                <w:b/>
              </w:rPr>
              <w:t>10</w:t>
            </w:r>
          </w:p>
        </w:tc>
        <w:tc>
          <w:tcPr>
            <w:tcW w:w="1002" w:type="pct"/>
            <w:tcBorders>
              <w:top w:val="nil"/>
              <w:left w:val="nil"/>
              <w:bottom w:val="nil"/>
              <w:right w:val="nil"/>
            </w:tcBorders>
            <w:vAlign w:val="center"/>
          </w:tcPr>
          <w:p w14:paraId="26E0281E" w14:textId="62D6B9D3" w:rsidR="00854CB5" w:rsidRPr="00C85550" w:rsidRDefault="00854CB5" w:rsidP="00854CB5">
            <w:pPr>
              <w:jc w:val="center"/>
              <w:rPr>
                <w:rFonts w:ascii="Times New Roman" w:hAnsi="Times New Roman"/>
              </w:rPr>
            </w:pPr>
            <w:r w:rsidRPr="00C85550">
              <w:rPr>
                <w:rFonts w:ascii="Times New Roman" w:hAnsi="Times New Roman"/>
              </w:rPr>
              <w:t>8.36</w:t>
            </w:r>
          </w:p>
        </w:tc>
        <w:tc>
          <w:tcPr>
            <w:tcW w:w="1001" w:type="pct"/>
            <w:tcBorders>
              <w:top w:val="nil"/>
              <w:left w:val="nil"/>
              <w:bottom w:val="nil"/>
              <w:right w:val="nil"/>
            </w:tcBorders>
            <w:vAlign w:val="center"/>
          </w:tcPr>
          <w:p w14:paraId="006FC77E" w14:textId="71424836" w:rsidR="00854CB5" w:rsidRPr="00C85550" w:rsidRDefault="00420C4B" w:rsidP="00854CB5">
            <w:pPr>
              <w:jc w:val="center"/>
              <w:rPr>
                <w:rFonts w:ascii="Times New Roman" w:hAnsi="Times New Roman"/>
              </w:rPr>
            </w:pPr>
            <w:r w:rsidRPr="00C85550">
              <w:rPr>
                <w:rFonts w:ascii="Times New Roman" w:hAnsi="Times New Roman"/>
              </w:rPr>
              <w:t>134.9</w:t>
            </w:r>
            <w:r w:rsidR="00B11092" w:rsidRPr="00C85550">
              <w:rPr>
                <w:rFonts w:ascii="Times New Roman" w:hAnsi="Times New Roman"/>
              </w:rPr>
              <w:t>8</w:t>
            </w:r>
          </w:p>
        </w:tc>
        <w:tc>
          <w:tcPr>
            <w:tcW w:w="1001" w:type="pct"/>
            <w:tcBorders>
              <w:top w:val="nil"/>
              <w:left w:val="nil"/>
              <w:bottom w:val="nil"/>
              <w:right w:val="nil"/>
            </w:tcBorders>
            <w:vAlign w:val="center"/>
          </w:tcPr>
          <w:p w14:paraId="5B44CFEA" w14:textId="1A3BBEED" w:rsidR="00854CB5" w:rsidRPr="00C85550" w:rsidRDefault="00245A0E" w:rsidP="00854CB5">
            <w:pPr>
              <w:jc w:val="center"/>
              <w:rPr>
                <w:rFonts w:ascii="Times New Roman" w:hAnsi="Times New Roman"/>
              </w:rPr>
            </w:pPr>
            <w:r w:rsidRPr="00C85550">
              <w:rPr>
                <w:rFonts w:ascii="Times New Roman" w:hAnsi="Times New Roman"/>
              </w:rPr>
              <w:t>8.31</w:t>
            </w:r>
          </w:p>
        </w:tc>
        <w:tc>
          <w:tcPr>
            <w:tcW w:w="988" w:type="pct"/>
            <w:tcBorders>
              <w:top w:val="nil"/>
              <w:left w:val="nil"/>
              <w:bottom w:val="nil"/>
              <w:right w:val="nil"/>
            </w:tcBorders>
            <w:vAlign w:val="center"/>
          </w:tcPr>
          <w:p w14:paraId="79E9251D" w14:textId="2D102E67" w:rsidR="00854CB5" w:rsidRPr="00C85550" w:rsidRDefault="00245A0E" w:rsidP="00854CB5">
            <w:pPr>
              <w:jc w:val="center"/>
              <w:rPr>
                <w:rFonts w:ascii="Times New Roman" w:hAnsi="Times New Roman"/>
              </w:rPr>
            </w:pPr>
            <w:r w:rsidRPr="00C85550">
              <w:rPr>
                <w:rFonts w:ascii="Times New Roman" w:hAnsi="Times New Roman"/>
              </w:rPr>
              <w:t>135.90</w:t>
            </w:r>
          </w:p>
        </w:tc>
      </w:tr>
      <w:tr w:rsidR="00854CB5" w:rsidRPr="00C85550" w14:paraId="71591B4F" w14:textId="77777777" w:rsidTr="00A96840">
        <w:trPr>
          <w:trHeight w:hRule="exact" w:val="369"/>
          <w:jc w:val="center"/>
        </w:trPr>
        <w:tc>
          <w:tcPr>
            <w:tcW w:w="1008" w:type="pct"/>
            <w:tcBorders>
              <w:top w:val="nil"/>
              <w:left w:val="nil"/>
              <w:bottom w:val="nil"/>
              <w:right w:val="nil"/>
            </w:tcBorders>
            <w:vAlign w:val="center"/>
          </w:tcPr>
          <w:p w14:paraId="75331CDB" w14:textId="77777777" w:rsidR="00854CB5" w:rsidRPr="00C85550" w:rsidRDefault="00854CB5" w:rsidP="00854CB5">
            <w:pPr>
              <w:jc w:val="center"/>
              <w:rPr>
                <w:rFonts w:ascii="Times New Roman" w:hAnsi="Times New Roman"/>
                <w:b/>
              </w:rPr>
            </w:pPr>
            <w:r w:rsidRPr="00C85550">
              <w:rPr>
                <w:rFonts w:ascii="Times New Roman" w:hAnsi="Times New Roman"/>
                <w:b/>
              </w:rPr>
              <w:t>11</w:t>
            </w:r>
          </w:p>
        </w:tc>
        <w:tc>
          <w:tcPr>
            <w:tcW w:w="1002" w:type="pct"/>
            <w:tcBorders>
              <w:top w:val="nil"/>
              <w:left w:val="nil"/>
              <w:bottom w:val="nil"/>
              <w:right w:val="nil"/>
            </w:tcBorders>
            <w:vAlign w:val="center"/>
          </w:tcPr>
          <w:p w14:paraId="44E705C8"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6DD5940F" w14:textId="00C560BF" w:rsidR="00854CB5" w:rsidRPr="00C85550" w:rsidRDefault="00420C4B" w:rsidP="00854CB5">
            <w:pPr>
              <w:jc w:val="center"/>
              <w:rPr>
                <w:rFonts w:ascii="Times New Roman" w:hAnsi="Times New Roman"/>
              </w:rPr>
            </w:pPr>
            <w:r w:rsidRPr="00C85550">
              <w:rPr>
                <w:rFonts w:ascii="Times New Roman" w:hAnsi="Times New Roman"/>
              </w:rPr>
              <w:t>118.40</w:t>
            </w:r>
          </w:p>
        </w:tc>
        <w:tc>
          <w:tcPr>
            <w:tcW w:w="1001" w:type="pct"/>
            <w:tcBorders>
              <w:top w:val="nil"/>
              <w:left w:val="nil"/>
              <w:bottom w:val="nil"/>
              <w:right w:val="nil"/>
            </w:tcBorders>
            <w:vAlign w:val="center"/>
          </w:tcPr>
          <w:p w14:paraId="359DEB73"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065E791E" w14:textId="13D2E823" w:rsidR="00854CB5" w:rsidRPr="00C85550" w:rsidRDefault="00245A0E" w:rsidP="00854CB5">
            <w:pPr>
              <w:jc w:val="center"/>
              <w:rPr>
                <w:rFonts w:ascii="Times New Roman" w:hAnsi="Times New Roman"/>
              </w:rPr>
            </w:pPr>
            <w:r w:rsidRPr="00C85550">
              <w:rPr>
                <w:rFonts w:ascii="Times New Roman" w:hAnsi="Times New Roman"/>
              </w:rPr>
              <w:t>120.72</w:t>
            </w:r>
          </w:p>
        </w:tc>
      </w:tr>
      <w:tr w:rsidR="00854CB5" w:rsidRPr="00C85550" w14:paraId="71A26A43" w14:textId="77777777" w:rsidTr="00A96840">
        <w:trPr>
          <w:trHeight w:hRule="exact" w:val="369"/>
          <w:jc w:val="center"/>
        </w:trPr>
        <w:tc>
          <w:tcPr>
            <w:tcW w:w="1008" w:type="pct"/>
            <w:tcBorders>
              <w:top w:val="nil"/>
              <w:left w:val="nil"/>
              <w:bottom w:val="nil"/>
              <w:right w:val="nil"/>
            </w:tcBorders>
            <w:vAlign w:val="center"/>
          </w:tcPr>
          <w:p w14:paraId="0279945F" w14:textId="77777777" w:rsidR="00854CB5" w:rsidRPr="00C85550" w:rsidRDefault="00854CB5" w:rsidP="00854CB5">
            <w:pPr>
              <w:jc w:val="center"/>
              <w:rPr>
                <w:rFonts w:ascii="Times New Roman" w:hAnsi="Times New Roman"/>
                <w:b/>
              </w:rPr>
            </w:pPr>
            <w:r w:rsidRPr="00C85550">
              <w:rPr>
                <w:rFonts w:ascii="Times New Roman" w:hAnsi="Times New Roman"/>
                <w:b/>
              </w:rPr>
              <w:t>12</w:t>
            </w:r>
          </w:p>
        </w:tc>
        <w:tc>
          <w:tcPr>
            <w:tcW w:w="1002" w:type="pct"/>
            <w:tcBorders>
              <w:top w:val="nil"/>
              <w:left w:val="nil"/>
              <w:bottom w:val="nil"/>
              <w:right w:val="nil"/>
            </w:tcBorders>
            <w:vAlign w:val="center"/>
          </w:tcPr>
          <w:p w14:paraId="0D3DBEEE"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14D26FB5" w14:textId="0CB45C68" w:rsidR="00854CB5" w:rsidRPr="00C85550" w:rsidRDefault="00420C4B" w:rsidP="00854CB5">
            <w:pPr>
              <w:jc w:val="center"/>
              <w:rPr>
                <w:rFonts w:ascii="Times New Roman" w:hAnsi="Times New Roman"/>
              </w:rPr>
            </w:pPr>
            <w:r w:rsidRPr="00C85550">
              <w:rPr>
                <w:rFonts w:ascii="Times New Roman" w:hAnsi="Times New Roman"/>
              </w:rPr>
              <w:t>151.70</w:t>
            </w:r>
          </w:p>
        </w:tc>
        <w:tc>
          <w:tcPr>
            <w:tcW w:w="1001" w:type="pct"/>
            <w:tcBorders>
              <w:top w:val="nil"/>
              <w:left w:val="nil"/>
              <w:bottom w:val="nil"/>
              <w:right w:val="nil"/>
            </w:tcBorders>
            <w:vAlign w:val="center"/>
          </w:tcPr>
          <w:p w14:paraId="6814228C"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677E4177" w14:textId="07055872" w:rsidR="00854CB5" w:rsidRPr="00C85550" w:rsidRDefault="00245A0E" w:rsidP="00854CB5">
            <w:pPr>
              <w:jc w:val="center"/>
              <w:rPr>
                <w:rFonts w:ascii="Times New Roman" w:hAnsi="Times New Roman"/>
              </w:rPr>
            </w:pPr>
            <w:r w:rsidRPr="00C85550">
              <w:rPr>
                <w:rFonts w:ascii="Times New Roman" w:hAnsi="Times New Roman"/>
              </w:rPr>
              <w:t>154.30</w:t>
            </w:r>
          </w:p>
        </w:tc>
      </w:tr>
      <w:tr w:rsidR="00854CB5" w:rsidRPr="00C85550" w14:paraId="4B6CBBD2" w14:textId="77777777" w:rsidTr="00A96840">
        <w:trPr>
          <w:trHeight w:hRule="exact" w:val="369"/>
          <w:jc w:val="center"/>
        </w:trPr>
        <w:tc>
          <w:tcPr>
            <w:tcW w:w="1008" w:type="pct"/>
            <w:tcBorders>
              <w:top w:val="nil"/>
              <w:left w:val="nil"/>
              <w:bottom w:val="nil"/>
              <w:right w:val="nil"/>
            </w:tcBorders>
            <w:vAlign w:val="center"/>
          </w:tcPr>
          <w:p w14:paraId="7ED38C17" w14:textId="77777777" w:rsidR="00854CB5" w:rsidRPr="00C85550" w:rsidRDefault="00854CB5" w:rsidP="00854CB5">
            <w:pPr>
              <w:jc w:val="center"/>
              <w:rPr>
                <w:rFonts w:ascii="Times New Roman" w:hAnsi="Times New Roman"/>
                <w:b/>
              </w:rPr>
            </w:pPr>
            <w:r w:rsidRPr="00C85550">
              <w:rPr>
                <w:rFonts w:ascii="Times New Roman" w:hAnsi="Times New Roman"/>
                <w:b/>
              </w:rPr>
              <w:t>13</w:t>
            </w:r>
          </w:p>
        </w:tc>
        <w:tc>
          <w:tcPr>
            <w:tcW w:w="1002" w:type="pct"/>
            <w:tcBorders>
              <w:top w:val="nil"/>
              <w:left w:val="nil"/>
              <w:bottom w:val="nil"/>
              <w:right w:val="nil"/>
            </w:tcBorders>
            <w:vAlign w:val="center"/>
          </w:tcPr>
          <w:p w14:paraId="14B24306" w14:textId="43D0A2AF" w:rsidR="00854CB5" w:rsidRPr="00C85550" w:rsidRDefault="00420C4B" w:rsidP="00854CB5">
            <w:pPr>
              <w:jc w:val="center"/>
              <w:rPr>
                <w:rFonts w:ascii="Times New Roman" w:hAnsi="Times New Roman"/>
              </w:rPr>
            </w:pPr>
            <w:r w:rsidRPr="00C85550">
              <w:rPr>
                <w:rFonts w:ascii="Times New Roman" w:hAnsi="Times New Roman"/>
              </w:rPr>
              <w:t>6.94</w:t>
            </w:r>
          </w:p>
        </w:tc>
        <w:tc>
          <w:tcPr>
            <w:tcW w:w="1001" w:type="pct"/>
            <w:tcBorders>
              <w:top w:val="nil"/>
              <w:left w:val="nil"/>
              <w:bottom w:val="nil"/>
              <w:right w:val="nil"/>
            </w:tcBorders>
            <w:vAlign w:val="center"/>
          </w:tcPr>
          <w:p w14:paraId="15C1E99D" w14:textId="51030114" w:rsidR="00854CB5" w:rsidRPr="00C85550" w:rsidRDefault="00420C4B" w:rsidP="00854CB5">
            <w:pPr>
              <w:jc w:val="center"/>
              <w:rPr>
                <w:rFonts w:ascii="Times New Roman" w:hAnsi="Times New Roman"/>
              </w:rPr>
            </w:pPr>
            <w:r w:rsidRPr="00C85550">
              <w:rPr>
                <w:rFonts w:ascii="Times New Roman" w:hAnsi="Times New Roman"/>
              </w:rPr>
              <w:t>116.84</w:t>
            </w:r>
          </w:p>
        </w:tc>
        <w:tc>
          <w:tcPr>
            <w:tcW w:w="1001" w:type="pct"/>
            <w:tcBorders>
              <w:top w:val="nil"/>
              <w:left w:val="nil"/>
              <w:bottom w:val="nil"/>
              <w:right w:val="nil"/>
            </w:tcBorders>
            <w:vAlign w:val="center"/>
          </w:tcPr>
          <w:p w14:paraId="4B2BFADC" w14:textId="476A29F8" w:rsidR="00854CB5" w:rsidRPr="00C85550" w:rsidRDefault="00245A0E" w:rsidP="00854CB5">
            <w:pPr>
              <w:jc w:val="center"/>
              <w:rPr>
                <w:rFonts w:ascii="Times New Roman" w:hAnsi="Times New Roman"/>
              </w:rPr>
            </w:pPr>
            <w:r w:rsidRPr="00C85550">
              <w:rPr>
                <w:rFonts w:ascii="Times New Roman" w:hAnsi="Times New Roman"/>
              </w:rPr>
              <w:t>6.92</w:t>
            </w:r>
          </w:p>
        </w:tc>
        <w:tc>
          <w:tcPr>
            <w:tcW w:w="988" w:type="pct"/>
            <w:tcBorders>
              <w:top w:val="nil"/>
              <w:left w:val="nil"/>
              <w:bottom w:val="nil"/>
              <w:right w:val="nil"/>
            </w:tcBorders>
            <w:vAlign w:val="center"/>
          </w:tcPr>
          <w:p w14:paraId="7143A70E" w14:textId="418AE1A0" w:rsidR="00854CB5" w:rsidRPr="00C85550" w:rsidRDefault="00245A0E" w:rsidP="00854CB5">
            <w:pPr>
              <w:jc w:val="center"/>
              <w:rPr>
                <w:rFonts w:ascii="Times New Roman" w:hAnsi="Times New Roman"/>
              </w:rPr>
            </w:pPr>
            <w:r w:rsidRPr="00C85550">
              <w:rPr>
                <w:rFonts w:ascii="Times New Roman" w:hAnsi="Times New Roman"/>
              </w:rPr>
              <w:t>119.79</w:t>
            </w:r>
          </w:p>
        </w:tc>
      </w:tr>
      <w:tr w:rsidR="00854CB5" w:rsidRPr="00C85550" w14:paraId="180407D6" w14:textId="77777777" w:rsidTr="00A96840">
        <w:trPr>
          <w:trHeight w:hRule="exact" w:val="369"/>
          <w:jc w:val="center"/>
        </w:trPr>
        <w:tc>
          <w:tcPr>
            <w:tcW w:w="1008" w:type="pct"/>
            <w:tcBorders>
              <w:top w:val="nil"/>
              <w:left w:val="nil"/>
              <w:bottom w:val="nil"/>
              <w:right w:val="nil"/>
            </w:tcBorders>
            <w:vAlign w:val="center"/>
          </w:tcPr>
          <w:p w14:paraId="256E4B52" w14:textId="77777777" w:rsidR="00854CB5" w:rsidRPr="00C85550" w:rsidRDefault="00854CB5" w:rsidP="00854CB5">
            <w:pPr>
              <w:jc w:val="center"/>
              <w:rPr>
                <w:rFonts w:ascii="Times New Roman" w:hAnsi="Times New Roman"/>
                <w:b/>
              </w:rPr>
            </w:pPr>
            <w:r w:rsidRPr="00C85550">
              <w:rPr>
                <w:rFonts w:ascii="Times New Roman" w:hAnsi="Times New Roman"/>
                <w:b/>
              </w:rPr>
              <w:t>14</w:t>
            </w:r>
          </w:p>
        </w:tc>
        <w:tc>
          <w:tcPr>
            <w:tcW w:w="1002" w:type="pct"/>
            <w:tcBorders>
              <w:top w:val="nil"/>
              <w:left w:val="nil"/>
              <w:bottom w:val="nil"/>
              <w:right w:val="nil"/>
            </w:tcBorders>
            <w:vAlign w:val="center"/>
          </w:tcPr>
          <w:p w14:paraId="134C4F13" w14:textId="6AC011DD" w:rsidR="00854CB5" w:rsidRPr="00C85550" w:rsidRDefault="00420C4B" w:rsidP="00854CB5">
            <w:pPr>
              <w:jc w:val="center"/>
              <w:rPr>
                <w:rFonts w:ascii="Times New Roman" w:hAnsi="Times New Roman"/>
              </w:rPr>
            </w:pPr>
            <w:r w:rsidRPr="00C85550">
              <w:rPr>
                <w:rFonts w:ascii="Times New Roman" w:hAnsi="Times New Roman"/>
              </w:rPr>
              <w:t>6.97</w:t>
            </w:r>
          </w:p>
        </w:tc>
        <w:tc>
          <w:tcPr>
            <w:tcW w:w="1001" w:type="pct"/>
            <w:tcBorders>
              <w:top w:val="nil"/>
              <w:left w:val="nil"/>
              <w:bottom w:val="nil"/>
              <w:right w:val="nil"/>
            </w:tcBorders>
            <w:vAlign w:val="center"/>
          </w:tcPr>
          <w:p w14:paraId="71824DE9" w14:textId="4FFCDBB0" w:rsidR="00854CB5" w:rsidRPr="00C85550" w:rsidRDefault="00420C4B" w:rsidP="00854CB5">
            <w:pPr>
              <w:jc w:val="center"/>
              <w:rPr>
                <w:rFonts w:ascii="Times New Roman" w:hAnsi="Times New Roman"/>
              </w:rPr>
            </w:pPr>
            <w:r w:rsidRPr="00C85550">
              <w:rPr>
                <w:rFonts w:ascii="Times New Roman" w:hAnsi="Times New Roman"/>
              </w:rPr>
              <w:t>117.98</w:t>
            </w:r>
          </w:p>
        </w:tc>
        <w:tc>
          <w:tcPr>
            <w:tcW w:w="1001" w:type="pct"/>
            <w:tcBorders>
              <w:top w:val="nil"/>
              <w:left w:val="nil"/>
              <w:bottom w:val="nil"/>
              <w:right w:val="nil"/>
            </w:tcBorders>
            <w:vAlign w:val="center"/>
          </w:tcPr>
          <w:p w14:paraId="2EF3E4D3" w14:textId="6318F639" w:rsidR="00854CB5" w:rsidRPr="00C85550" w:rsidRDefault="00245A0E" w:rsidP="00854CB5">
            <w:pPr>
              <w:jc w:val="center"/>
              <w:rPr>
                <w:rFonts w:ascii="Times New Roman" w:hAnsi="Times New Roman"/>
              </w:rPr>
            </w:pPr>
            <w:r w:rsidRPr="00C85550">
              <w:rPr>
                <w:rFonts w:ascii="Times New Roman" w:hAnsi="Times New Roman"/>
              </w:rPr>
              <w:t>7.16</w:t>
            </w:r>
          </w:p>
        </w:tc>
        <w:tc>
          <w:tcPr>
            <w:tcW w:w="988" w:type="pct"/>
            <w:tcBorders>
              <w:top w:val="nil"/>
              <w:left w:val="nil"/>
              <w:bottom w:val="nil"/>
              <w:right w:val="nil"/>
            </w:tcBorders>
            <w:vAlign w:val="center"/>
          </w:tcPr>
          <w:p w14:paraId="5D9E2BD2" w14:textId="78D02E8E" w:rsidR="00854CB5" w:rsidRPr="00C85550" w:rsidRDefault="00245A0E" w:rsidP="00854CB5">
            <w:pPr>
              <w:jc w:val="center"/>
              <w:rPr>
                <w:rFonts w:ascii="Times New Roman" w:hAnsi="Times New Roman"/>
              </w:rPr>
            </w:pPr>
            <w:r w:rsidRPr="00C85550">
              <w:rPr>
                <w:rFonts w:ascii="Times New Roman" w:hAnsi="Times New Roman"/>
              </w:rPr>
              <w:t>122.31</w:t>
            </w:r>
          </w:p>
        </w:tc>
      </w:tr>
      <w:tr w:rsidR="00854CB5" w:rsidRPr="00C85550" w14:paraId="77D4D357" w14:textId="77777777" w:rsidTr="00A96840">
        <w:trPr>
          <w:trHeight w:hRule="exact" w:val="369"/>
          <w:jc w:val="center"/>
        </w:trPr>
        <w:tc>
          <w:tcPr>
            <w:tcW w:w="1008" w:type="pct"/>
            <w:tcBorders>
              <w:top w:val="nil"/>
              <w:left w:val="nil"/>
              <w:bottom w:val="nil"/>
              <w:right w:val="nil"/>
            </w:tcBorders>
            <w:vAlign w:val="center"/>
          </w:tcPr>
          <w:p w14:paraId="6DAD4979" w14:textId="77777777" w:rsidR="00854CB5" w:rsidRPr="00C85550" w:rsidRDefault="00854CB5" w:rsidP="00854CB5">
            <w:pPr>
              <w:jc w:val="center"/>
              <w:rPr>
                <w:rFonts w:ascii="Times New Roman" w:hAnsi="Times New Roman"/>
                <w:b/>
              </w:rPr>
            </w:pPr>
            <w:r w:rsidRPr="00C85550">
              <w:rPr>
                <w:rFonts w:ascii="Times New Roman" w:hAnsi="Times New Roman"/>
                <w:b/>
              </w:rPr>
              <w:t>15</w:t>
            </w:r>
          </w:p>
        </w:tc>
        <w:tc>
          <w:tcPr>
            <w:tcW w:w="1002" w:type="pct"/>
            <w:tcBorders>
              <w:top w:val="nil"/>
              <w:left w:val="nil"/>
              <w:bottom w:val="nil"/>
              <w:right w:val="nil"/>
            </w:tcBorders>
            <w:vAlign w:val="center"/>
          </w:tcPr>
          <w:p w14:paraId="2BE891A8" w14:textId="488E19F3" w:rsidR="00854CB5" w:rsidRPr="00C85550" w:rsidRDefault="00420C4B"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1428A6B0" w14:textId="7C11A2A3" w:rsidR="00854CB5" w:rsidRPr="00C85550" w:rsidRDefault="00420C4B" w:rsidP="00854CB5">
            <w:pPr>
              <w:jc w:val="center"/>
              <w:rPr>
                <w:rFonts w:ascii="Times New Roman" w:hAnsi="Times New Roman"/>
              </w:rPr>
            </w:pPr>
            <w:r w:rsidRPr="00C85550">
              <w:rPr>
                <w:rFonts w:ascii="Times New Roman" w:hAnsi="Times New Roman"/>
              </w:rPr>
              <w:t>151.13</w:t>
            </w:r>
          </w:p>
        </w:tc>
        <w:tc>
          <w:tcPr>
            <w:tcW w:w="1001" w:type="pct"/>
            <w:tcBorders>
              <w:top w:val="nil"/>
              <w:left w:val="nil"/>
              <w:bottom w:val="nil"/>
              <w:right w:val="nil"/>
            </w:tcBorders>
            <w:vAlign w:val="center"/>
          </w:tcPr>
          <w:p w14:paraId="768F5A71" w14:textId="0E865D3E" w:rsidR="00854CB5" w:rsidRPr="00C85550" w:rsidRDefault="00420C4B"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748D9D34" w14:textId="126BF75F" w:rsidR="00854CB5" w:rsidRPr="00C85550" w:rsidRDefault="00245A0E" w:rsidP="00854CB5">
            <w:pPr>
              <w:jc w:val="center"/>
              <w:rPr>
                <w:rFonts w:ascii="Times New Roman" w:hAnsi="Times New Roman"/>
              </w:rPr>
            </w:pPr>
            <w:r w:rsidRPr="00C85550">
              <w:rPr>
                <w:rFonts w:ascii="Times New Roman" w:hAnsi="Times New Roman"/>
              </w:rPr>
              <w:t>154.08</w:t>
            </w:r>
          </w:p>
        </w:tc>
      </w:tr>
      <w:tr w:rsidR="00854CB5" w:rsidRPr="00C85550" w14:paraId="1C9ED753" w14:textId="77777777" w:rsidTr="00A96840">
        <w:trPr>
          <w:trHeight w:hRule="exact" w:val="369"/>
          <w:jc w:val="center"/>
        </w:trPr>
        <w:tc>
          <w:tcPr>
            <w:tcW w:w="1008" w:type="pct"/>
            <w:tcBorders>
              <w:top w:val="nil"/>
              <w:left w:val="nil"/>
              <w:bottom w:val="nil"/>
              <w:right w:val="nil"/>
            </w:tcBorders>
            <w:vAlign w:val="center"/>
          </w:tcPr>
          <w:p w14:paraId="3ABCAFC2" w14:textId="77777777" w:rsidR="00854CB5" w:rsidRPr="00C85550" w:rsidRDefault="00854CB5" w:rsidP="00854CB5">
            <w:pPr>
              <w:jc w:val="center"/>
              <w:rPr>
                <w:rFonts w:ascii="Times New Roman" w:hAnsi="Times New Roman"/>
                <w:b/>
              </w:rPr>
            </w:pPr>
            <w:r w:rsidRPr="00C85550">
              <w:rPr>
                <w:rFonts w:ascii="Times New Roman" w:hAnsi="Times New Roman"/>
                <w:b/>
              </w:rPr>
              <w:t>16</w:t>
            </w:r>
          </w:p>
        </w:tc>
        <w:tc>
          <w:tcPr>
            <w:tcW w:w="1002" w:type="pct"/>
            <w:tcBorders>
              <w:top w:val="nil"/>
              <w:left w:val="nil"/>
              <w:bottom w:val="nil"/>
              <w:right w:val="nil"/>
            </w:tcBorders>
            <w:vAlign w:val="center"/>
          </w:tcPr>
          <w:p w14:paraId="73AF88C1" w14:textId="2EFD4FCB" w:rsidR="00854CB5" w:rsidRPr="00C85550" w:rsidRDefault="00420C4B" w:rsidP="00854CB5">
            <w:pPr>
              <w:jc w:val="center"/>
              <w:rPr>
                <w:rFonts w:ascii="Times New Roman" w:hAnsi="Times New Roman"/>
              </w:rPr>
            </w:pPr>
            <w:r w:rsidRPr="00C85550">
              <w:rPr>
                <w:rFonts w:ascii="Times New Roman" w:hAnsi="Times New Roman"/>
              </w:rPr>
              <w:t>7.21</w:t>
            </w:r>
          </w:p>
        </w:tc>
        <w:tc>
          <w:tcPr>
            <w:tcW w:w="1001" w:type="pct"/>
            <w:tcBorders>
              <w:top w:val="nil"/>
              <w:left w:val="nil"/>
              <w:bottom w:val="nil"/>
              <w:right w:val="nil"/>
            </w:tcBorders>
            <w:vAlign w:val="center"/>
          </w:tcPr>
          <w:p w14:paraId="301E47CE" w14:textId="0EE683F8" w:rsidR="00854CB5" w:rsidRPr="00C85550" w:rsidRDefault="00420C4B" w:rsidP="00854CB5">
            <w:pPr>
              <w:jc w:val="center"/>
              <w:rPr>
                <w:rFonts w:ascii="Times New Roman" w:hAnsi="Times New Roman"/>
              </w:rPr>
            </w:pPr>
            <w:r w:rsidRPr="00C85550">
              <w:rPr>
                <w:rFonts w:ascii="Times New Roman" w:hAnsi="Times New Roman"/>
              </w:rPr>
              <w:t>111.66</w:t>
            </w:r>
          </w:p>
        </w:tc>
        <w:tc>
          <w:tcPr>
            <w:tcW w:w="1001" w:type="pct"/>
            <w:tcBorders>
              <w:top w:val="nil"/>
              <w:left w:val="nil"/>
              <w:bottom w:val="nil"/>
              <w:right w:val="nil"/>
            </w:tcBorders>
            <w:vAlign w:val="center"/>
          </w:tcPr>
          <w:p w14:paraId="14B56EB3" w14:textId="213CD0B3" w:rsidR="00854CB5" w:rsidRPr="00C85550" w:rsidRDefault="00245A0E" w:rsidP="00854CB5">
            <w:pPr>
              <w:jc w:val="center"/>
              <w:rPr>
                <w:rFonts w:ascii="Times New Roman" w:hAnsi="Times New Roman"/>
              </w:rPr>
            </w:pPr>
            <w:r w:rsidRPr="00C85550">
              <w:rPr>
                <w:rFonts w:ascii="Times New Roman" w:hAnsi="Times New Roman"/>
              </w:rPr>
              <w:t>7.38</w:t>
            </w:r>
          </w:p>
        </w:tc>
        <w:tc>
          <w:tcPr>
            <w:tcW w:w="988" w:type="pct"/>
            <w:tcBorders>
              <w:top w:val="nil"/>
              <w:left w:val="nil"/>
              <w:bottom w:val="nil"/>
              <w:right w:val="nil"/>
            </w:tcBorders>
            <w:vAlign w:val="center"/>
          </w:tcPr>
          <w:p w14:paraId="0F6479BC" w14:textId="19CF9F21" w:rsidR="00854CB5" w:rsidRPr="00C85550" w:rsidRDefault="00245A0E" w:rsidP="00854CB5">
            <w:pPr>
              <w:jc w:val="center"/>
              <w:rPr>
                <w:rFonts w:ascii="Times New Roman" w:hAnsi="Times New Roman"/>
              </w:rPr>
            </w:pPr>
            <w:r w:rsidRPr="00C85550">
              <w:rPr>
                <w:rFonts w:ascii="Times New Roman" w:hAnsi="Times New Roman"/>
              </w:rPr>
              <w:t>117.48</w:t>
            </w:r>
          </w:p>
        </w:tc>
      </w:tr>
      <w:tr w:rsidR="00854CB5" w:rsidRPr="00C85550" w14:paraId="2FD634D6" w14:textId="77777777" w:rsidTr="00A96840">
        <w:trPr>
          <w:trHeight w:hRule="exact" w:val="369"/>
          <w:jc w:val="center"/>
        </w:trPr>
        <w:tc>
          <w:tcPr>
            <w:tcW w:w="1008" w:type="pct"/>
            <w:tcBorders>
              <w:top w:val="nil"/>
              <w:left w:val="nil"/>
              <w:bottom w:val="nil"/>
              <w:right w:val="nil"/>
            </w:tcBorders>
            <w:vAlign w:val="center"/>
          </w:tcPr>
          <w:p w14:paraId="14B73D35" w14:textId="77777777" w:rsidR="00854CB5" w:rsidRPr="00C85550" w:rsidRDefault="00854CB5" w:rsidP="00854CB5">
            <w:pPr>
              <w:jc w:val="center"/>
              <w:rPr>
                <w:rFonts w:ascii="Times New Roman" w:hAnsi="Times New Roman"/>
                <w:b/>
              </w:rPr>
            </w:pPr>
            <w:r w:rsidRPr="00C85550">
              <w:rPr>
                <w:rFonts w:ascii="Times New Roman" w:hAnsi="Times New Roman"/>
                <w:b/>
              </w:rPr>
              <w:t>OH</w:t>
            </w:r>
          </w:p>
        </w:tc>
        <w:tc>
          <w:tcPr>
            <w:tcW w:w="1002" w:type="pct"/>
            <w:tcBorders>
              <w:top w:val="nil"/>
              <w:left w:val="nil"/>
              <w:bottom w:val="nil"/>
              <w:right w:val="nil"/>
            </w:tcBorders>
            <w:vAlign w:val="center"/>
          </w:tcPr>
          <w:p w14:paraId="54B3DA9E" w14:textId="4F09F660" w:rsidR="00854CB5" w:rsidRPr="00C85550" w:rsidRDefault="00854CB5" w:rsidP="00854CB5">
            <w:pPr>
              <w:jc w:val="center"/>
              <w:rPr>
                <w:rFonts w:ascii="Times New Roman" w:hAnsi="Times New Roman"/>
              </w:rPr>
            </w:pPr>
            <w:r w:rsidRPr="00C85550">
              <w:rPr>
                <w:rFonts w:ascii="Times New Roman" w:hAnsi="Times New Roman"/>
              </w:rPr>
              <w:t>10.72</w:t>
            </w:r>
          </w:p>
        </w:tc>
        <w:tc>
          <w:tcPr>
            <w:tcW w:w="1001" w:type="pct"/>
            <w:tcBorders>
              <w:top w:val="nil"/>
              <w:left w:val="nil"/>
              <w:bottom w:val="nil"/>
              <w:right w:val="nil"/>
            </w:tcBorders>
            <w:vAlign w:val="center"/>
          </w:tcPr>
          <w:p w14:paraId="12D6BA5D"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52B848E4" w14:textId="0012EADA"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02D13B22" w14:textId="77777777" w:rsidR="00854CB5" w:rsidRPr="00C85550" w:rsidRDefault="00854CB5" w:rsidP="00854CB5">
            <w:pPr>
              <w:jc w:val="center"/>
              <w:rPr>
                <w:rFonts w:ascii="Times New Roman" w:hAnsi="Times New Roman"/>
              </w:rPr>
            </w:pPr>
            <w:r w:rsidRPr="00C85550">
              <w:rPr>
                <w:rFonts w:ascii="Times New Roman" w:hAnsi="Times New Roman"/>
              </w:rPr>
              <w:t>−</w:t>
            </w:r>
          </w:p>
        </w:tc>
      </w:tr>
      <w:tr w:rsidR="00854CB5" w:rsidRPr="00C85550" w14:paraId="641540DF" w14:textId="77777777" w:rsidTr="00A96840">
        <w:trPr>
          <w:trHeight w:hRule="exact" w:val="369"/>
          <w:jc w:val="center"/>
        </w:trPr>
        <w:tc>
          <w:tcPr>
            <w:tcW w:w="1008" w:type="pct"/>
            <w:tcBorders>
              <w:top w:val="nil"/>
              <w:left w:val="nil"/>
              <w:bottom w:val="nil"/>
              <w:right w:val="nil"/>
            </w:tcBorders>
            <w:vAlign w:val="center"/>
          </w:tcPr>
          <w:p w14:paraId="47B5B309" w14:textId="77777777" w:rsidR="00854CB5" w:rsidRPr="00C85550" w:rsidRDefault="00854CB5" w:rsidP="00854CB5">
            <w:pPr>
              <w:jc w:val="center"/>
              <w:rPr>
                <w:rFonts w:ascii="Times New Roman" w:hAnsi="Times New Roman"/>
                <w:b/>
              </w:rPr>
            </w:pPr>
            <w:r w:rsidRPr="00C85550">
              <w:rPr>
                <w:rFonts w:ascii="Times New Roman" w:hAnsi="Times New Roman"/>
                <w:b/>
              </w:rPr>
              <w:t>NH</w:t>
            </w:r>
          </w:p>
        </w:tc>
        <w:tc>
          <w:tcPr>
            <w:tcW w:w="1002" w:type="pct"/>
            <w:tcBorders>
              <w:top w:val="nil"/>
              <w:left w:val="nil"/>
              <w:bottom w:val="nil"/>
              <w:right w:val="nil"/>
            </w:tcBorders>
            <w:vAlign w:val="center"/>
          </w:tcPr>
          <w:p w14:paraId="20A24114" w14:textId="58D90A87" w:rsidR="00854CB5" w:rsidRPr="00C85550" w:rsidRDefault="00854CB5" w:rsidP="00854CB5">
            <w:pPr>
              <w:jc w:val="center"/>
              <w:rPr>
                <w:rFonts w:ascii="Times New Roman" w:hAnsi="Times New Roman"/>
              </w:rPr>
            </w:pPr>
            <w:r w:rsidRPr="00C85550">
              <w:rPr>
                <w:rFonts w:ascii="Times New Roman" w:hAnsi="Times New Roman"/>
              </w:rPr>
              <w:t>12.33</w:t>
            </w:r>
          </w:p>
        </w:tc>
        <w:tc>
          <w:tcPr>
            <w:tcW w:w="1001" w:type="pct"/>
            <w:tcBorders>
              <w:top w:val="nil"/>
              <w:left w:val="nil"/>
              <w:bottom w:val="nil"/>
              <w:right w:val="nil"/>
            </w:tcBorders>
            <w:vAlign w:val="center"/>
          </w:tcPr>
          <w:p w14:paraId="0BA769D2" w14:textId="77777777" w:rsidR="00854CB5" w:rsidRPr="00C85550" w:rsidRDefault="00854CB5" w:rsidP="00854CB5">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09350B1" w14:textId="70C85641" w:rsidR="00854CB5" w:rsidRPr="00C85550" w:rsidRDefault="00854CB5" w:rsidP="00854CB5">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1E8B6102" w14:textId="77777777" w:rsidR="00854CB5" w:rsidRPr="00C85550" w:rsidRDefault="00854CB5" w:rsidP="00854CB5">
            <w:pPr>
              <w:jc w:val="center"/>
              <w:rPr>
                <w:rFonts w:ascii="Times New Roman" w:hAnsi="Times New Roman"/>
              </w:rPr>
            </w:pPr>
            <w:r w:rsidRPr="00C85550">
              <w:rPr>
                <w:rFonts w:ascii="Times New Roman" w:hAnsi="Times New Roman"/>
              </w:rPr>
              <w:t>−</w:t>
            </w:r>
          </w:p>
        </w:tc>
      </w:tr>
      <w:tr w:rsidR="00854CB5" w:rsidRPr="00C85550" w14:paraId="7E9D09E3" w14:textId="77777777" w:rsidTr="00A96840">
        <w:trPr>
          <w:trHeight w:hRule="exact" w:val="369"/>
          <w:jc w:val="center"/>
        </w:trPr>
        <w:tc>
          <w:tcPr>
            <w:tcW w:w="1008" w:type="pct"/>
            <w:tcBorders>
              <w:top w:val="nil"/>
              <w:left w:val="nil"/>
              <w:bottom w:val="single" w:sz="4" w:space="0" w:color="auto"/>
              <w:right w:val="nil"/>
            </w:tcBorders>
            <w:vAlign w:val="center"/>
          </w:tcPr>
          <w:p w14:paraId="1E669F3A" w14:textId="77777777" w:rsidR="00854CB5" w:rsidRPr="00C85550" w:rsidRDefault="00854CB5" w:rsidP="00854CB5">
            <w:pPr>
              <w:jc w:val="center"/>
              <w:rPr>
                <w:rFonts w:ascii="Times New Roman" w:hAnsi="Times New Roman"/>
                <w:b/>
              </w:rPr>
            </w:pPr>
            <w:proofErr w:type="spellStart"/>
            <w:r w:rsidRPr="00C85550">
              <w:rPr>
                <w:rFonts w:ascii="Times New Roman" w:hAnsi="Times New Roman"/>
                <w:b/>
              </w:rPr>
              <w:t>OMe</w:t>
            </w:r>
            <w:proofErr w:type="spellEnd"/>
          </w:p>
        </w:tc>
        <w:tc>
          <w:tcPr>
            <w:tcW w:w="1002" w:type="pct"/>
            <w:tcBorders>
              <w:top w:val="nil"/>
              <w:left w:val="nil"/>
              <w:bottom w:val="single" w:sz="4" w:space="0" w:color="auto"/>
              <w:right w:val="nil"/>
            </w:tcBorders>
            <w:vAlign w:val="center"/>
          </w:tcPr>
          <w:p w14:paraId="61F74358" w14:textId="71EE0451" w:rsidR="00854CB5" w:rsidRPr="00C85550" w:rsidRDefault="00420C4B" w:rsidP="00854CB5">
            <w:pPr>
              <w:jc w:val="center"/>
              <w:rPr>
                <w:rFonts w:ascii="Times New Roman" w:hAnsi="Times New Roman"/>
              </w:rPr>
            </w:pPr>
            <w:r w:rsidRPr="00C85550">
              <w:rPr>
                <w:rFonts w:ascii="Times New Roman" w:hAnsi="Times New Roman"/>
              </w:rPr>
              <w:t>3.77</w:t>
            </w:r>
          </w:p>
        </w:tc>
        <w:tc>
          <w:tcPr>
            <w:tcW w:w="1001" w:type="pct"/>
            <w:tcBorders>
              <w:top w:val="nil"/>
              <w:left w:val="nil"/>
              <w:bottom w:val="single" w:sz="4" w:space="0" w:color="auto"/>
              <w:right w:val="nil"/>
            </w:tcBorders>
            <w:vAlign w:val="center"/>
          </w:tcPr>
          <w:p w14:paraId="65DF678D" w14:textId="656564BE" w:rsidR="00854CB5" w:rsidRPr="00C85550" w:rsidRDefault="00420C4B" w:rsidP="00854CB5">
            <w:pPr>
              <w:jc w:val="center"/>
              <w:rPr>
                <w:rFonts w:ascii="Times New Roman" w:hAnsi="Times New Roman"/>
              </w:rPr>
            </w:pPr>
            <w:r w:rsidRPr="00C85550">
              <w:rPr>
                <w:rFonts w:ascii="Times New Roman" w:hAnsi="Times New Roman"/>
              </w:rPr>
              <w:t>54.94</w:t>
            </w:r>
          </w:p>
        </w:tc>
        <w:tc>
          <w:tcPr>
            <w:tcW w:w="1001" w:type="pct"/>
            <w:tcBorders>
              <w:top w:val="nil"/>
              <w:left w:val="nil"/>
              <w:bottom w:val="single" w:sz="4" w:space="0" w:color="auto"/>
              <w:right w:val="nil"/>
            </w:tcBorders>
            <w:vAlign w:val="center"/>
          </w:tcPr>
          <w:p w14:paraId="46946B3B" w14:textId="13F28953" w:rsidR="00854CB5" w:rsidRPr="00C85550" w:rsidRDefault="00245A0E" w:rsidP="00854CB5">
            <w:pPr>
              <w:jc w:val="center"/>
              <w:rPr>
                <w:rFonts w:ascii="Times New Roman" w:hAnsi="Times New Roman"/>
              </w:rPr>
            </w:pPr>
            <w:r w:rsidRPr="00C85550">
              <w:rPr>
                <w:rFonts w:ascii="Times New Roman" w:hAnsi="Times New Roman"/>
              </w:rPr>
              <w:t>3.78</w:t>
            </w:r>
          </w:p>
        </w:tc>
        <w:tc>
          <w:tcPr>
            <w:tcW w:w="988" w:type="pct"/>
            <w:tcBorders>
              <w:top w:val="nil"/>
              <w:left w:val="nil"/>
              <w:bottom w:val="single" w:sz="4" w:space="0" w:color="auto"/>
              <w:right w:val="nil"/>
            </w:tcBorders>
            <w:vAlign w:val="center"/>
          </w:tcPr>
          <w:p w14:paraId="46E29C90" w14:textId="169CBBA0" w:rsidR="00854CB5" w:rsidRPr="00C85550" w:rsidRDefault="00245A0E" w:rsidP="00854CB5">
            <w:pPr>
              <w:jc w:val="center"/>
              <w:rPr>
                <w:rFonts w:ascii="Times New Roman" w:hAnsi="Times New Roman"/>
              </w:rPr>
            </w:pPr>
            <w:r w:rsidRPr="00C85550">
              <w:rPr>
                <w:rFonts w:ascii="Times New Roman" w:hAnsi="Times New Roman"/>
              </w:rPr>
              <w:t>56.20</w:t>
            </w:r>
          </w:p>
        </w:tc>
      </w:tr>
    </w:tbl>
    <w:p w14:paraId="699157E7" w14:textId="77777777" w:rsidR="00432512" w:rsidRPr="00C85550" w:rsidRDefault="00432512" w:rsidP="00432512">
      <w:pPr>
        <w:pStyle w:val="EndnoteText"/>
        <w:jc w:val="center"/>
        <w:rPr>
          <w:sz w:val="24"/>
          <w:szCs w:val="24"/>
        </w:rPr>
      </w:pPr>
    </w:p>
    <w:p w14:paraId="07E61E4D" w14:textId="21789E1E" w:rsidR="00432512" w:rsidRPr="00C85550" w:rsidRDefault="00A96840" w:rsidP="00432512">
      <w:pPr>
        <w:pStyle w:val="EndnoteText"/>
        <w:rPr>
          <w:sz w:val="24"/>
          <w:szCs w:val="24"/>
        </w:rPr>
      </w:pPr>
      <w:r w:rsidRPr="00C85550">
        <w:rPr>
          <w:noProof/>
          <w:sz w:val="24"/>
          <w:szCs w:val="24"/>
        </w:rPr>
        <mc:AlternateContent>
          <mc:Choice Requires="wpg">
            <w:drawing>
              <wp:anchor distT="0" distB="0" distL="114300" distR="114300" simplePos="0" relativeHeight="251658244" behindDoc="0" locked="0" layoutInCell="1" allowOverlap="1" wp14:anchorId="2B56B30D" wp14:editId="7DD72039">
                <wp:simplePos x="0" y="0"/>
                <wp:positionH relativeFrom="column">
                  <wp:posOffset>1042670</wp:posOffset>
                </wp:positionH>
                <wp:positionV relativeFrom="paragraph">
                  <wp:posOffset>498266</wp:posOffset>
                </wp:positionV>
                <wp:extent cx="3583636" cy="1413238"/>
                <wp:effectExtent l="0" t="0" r="17145" b="15875"/>
                <wp:wrapNone/>
                <wp:docPr id="222"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83636" cy="1413238"/>
                          <a:chOff x="0" y="0"/>
                          <a:chExt cx="3583636" cy="1413238"/>
                        </a:xfrm>
                      </wpg:grpSpPr>
                      <wps:wsp>
                        <wps:cNvPr id="223" name="Rectangle 223">
                          <a:extLst/>
                        </wps:cNvPr>
                        <wps:cNvSpPr>
                          <a:spLocks noChangeArrowheads="1"/>
                        </wps:cNvSpPr>
                        <wps:spPr bwMode="auto">
                          <a:xfrm>
                            <a:off x="465097" y="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F6A8E"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wps:txbx>
                        <wps:bodyPr wrap="none" lIns="0" tIns="0" rIns="0" bIns="0">
                          <a:spAutoFit/>
                        </wps:bodyPr>
                      </wps:wsp>
                      <wps:wsp>
                        <wps:cNvPr id="224" name="Line 12">
                          <a:extLst/>
                        </wps:cNvPr>
                        <wps:cNvCnPr/>
                        <wps:spPr bwMode="auto">
                          <a:xfrm>
                            <a:off x="747712" y="785812"/>
                            <a:ext cx="3175" cy="282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4">
                          <a:extLst/>
                        </wps:cNvPr>
                        <wps:cNvCnPr/>
                        <wps:spPr bwMode="auto">
                          <a:xfrm>
                            <a:off x="781050" y="838200"/>
                            <a:ext cx="9525" cy="206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6">
                          <a:extLst/>
                        </wps:cNvPr>
                        <wps:cNvCnPr/>
                        <wps:spPr bwMode="auto">
                          <a:xfrm>
                            <a:off x="749300" y="1068387"/>
                            <a:ext cx="233362"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7">
                          <a:extLst/>
                        </wps:cNvPr>
                        <wps:cNvCnPr/>
                        <wps:spPr bwMode="auto">
                          <a:xfrm flipV="1">
                            <a:off x="982662" y="1068387"/>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8">
                          <a:extLst/>
                        </wps:cNvPr>
                        <wps:cNvCnPr/>
                        <wps:spPr bwMode="auto">
                          <a:xfrm flipV="1">
                            <a:off x="982662" y="1044575"/>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9">
                          <a:extLst/>
                        </wps:cNvPr>
                        <wps:cNvCnPr/>
                        <wps:spPr bwMode="auto">
                          <a:xfrm flipV="1">
                            <a:off x="1214437" y="798512"/>
                            <a:ext cx="1588" cy="2698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0">
                          <a:extLst/>
                        </wps:cNvPr>
                        <wps:cNvCnPr/>
                        <wps:spPr bwMode="auto">
                          <a:xfrm flipH="1" flipV="1">
                            <a:off x="982662" y="665162"/>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1">
                          <a:extLst/>
                        </wps:cNvPr>
                        <wps:cNvCnPr/>
                        <wps:spPr bwMode="auto">
                          <a:xfrm flipH="1" flipV="1">
                            <a:off x="982662" y="711200"/>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
                          <a:extLst/>
                        </wps:cNvPr>
                        <wps:cNvCnPr/>
                        <wps:spPr bwMode="auto">
                          <a:xfrm flipH="1">
                            <a:off x="749300" y="665162"/>
                            <a:ext cx="233362"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233">
                          <a:extLst/>
                        </wps:cNvPr>
                        <wps:cNvSpPr>
                          <a:spLocks noChangeArrowheads="1"/>
                        </wps:cNvSpPr>
                        <wps:spPr bwMode="auto">
                          <a:xfrm>
                            <a:off x="1458785" y="360283"/>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AA78"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234" name="Rectangle 234">
                          <a:extLst/>
                        </wps:cNvPr>
                        <wps:cNvSpPr>
                          <a:spLocks noChangeArrowheads="1"/>
                        </wps:cNvSpPr>
                        <wps:spPr bwMode="auto">
                          <a:xfrm>
                            <a:off x="1458785" y="511063"/>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9382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235" name="Line 25">
                          <a:extLst/>
                        </wps:cNvPr>
                        <wps:cNvCnPr/>
                        <wps:spPr bwMode="auto">
                          <a:xfrm flipV="1">
                            <a:off x="1214437" y="646112"/>
                            <a:ext cx="231775"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36">
                          <a:extLst/>
                        </wps:cNvPr>
                        <wps:cNvSpPr>
                          <a:spLocks noChangeArrowheads="1"/>
                        </wps:cNvSpPr>
                        <wps:spPr bwMode="auto">
                          <a:xfrm>
                            <a:off x="1809593" y="688824"/>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AA5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237" name="Line 27">
                          <a:extLst/>
                        </wps:cNvPr>
                        <wps:cNvCnPr/>
                        <wps:spPr bwMode="auto">
                          <a:xfrm>
                            <a:off x="1601787" y="636587"/>
                            <a:ext cx="18732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8">
                          <a:extLst/>
                        </wps:cNvPr>
                        <wps:cNvCnPr/>
                        <wps:spPr bwMode="auto">
                          <a:xfrm>
                            <a:off x="1624012" y="593725"/>
                            <a:ext cx="185738" cy="9683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39">
                          <a:extLst/>
                        </wps:cNvPr>
                        <wps:cNvSpPr>
                          <a:spLocks noChangeArrowheads="1"/>
                        </wps:cNvSpPr>
                        <wps:spPr bwMode="auto">
                          <a:xfrm>
                            <a:off x="2184210" y="544392"/>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1C6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240" name="Line 30">
                          <a:extLst/>
                        </wps:cNvPr>
                        <wps:cNvCnPr/>
                        <wps:spPr bwMode="auto">
                          <a:xfrm flipV="1">
                            <a:off x="1958975" y="663575"/>
                            <a:ext cx="204787" cy="79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41">
                          <a:extLst/>
                        </wps:cNvPr>
                        <wps:cNvSpPr>
                          <a:spLocks noChangeArrowheads="1"/>
                        </wps:cNvSpPr>
                        <wps:spPr bwMode="auto">
                          <a:xfrm>
                            <a:off x="2538192" y="718979"/>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E4F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242" name="Line 32">
                          <a:extLst/>
                        </wps:cNvPr>
                        <wps:cNvCnPr/>
                        <wps:spPr bwMode="auto">
                          <a:xfrm>
                            <a:off x="2333625" y="674687"/>
                            <a:ext cx="19367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243">
                          <a:extLst/>
                        </wps:cNvPr>
                        <wps:cNvSpPr>
                          <a:spLocks noChangeArrowheads="1"/>
                        </wps:cNvSpPr>
                        <wps:spPr bwMode="auto">
                          <a:xfrm>
                            <a:off x="2528667" y="1134813"/>
                            <a:ext cx="138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7820"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244" name="Line 45">
                          <a:extLst/>
                        </wps:cNvPr>
                        <wps:cNvCnPr/>
                        <wps:spPr bwMode="auto">
                          <a:xfrm flipH="1">
                            <a:off x="2624137" y="901700"/>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46">
                          <a:extLst/>
                        </wps:cNvPr>
                        <wps:cNvCnPr/>
                        <wps:spPr bwMode="auto">
                          <a:xfrm flipH="1">
                            <a:off x="2573337" y="901700"/>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246">
                          <a:extLst/>
                        </wps:cNvPr>
                        <wps:cNvSpPr>
                          <a:spLocks noChangeArrowheads="1"/>
                        </wps:cNvSpPr>
                        <wps:spPr bwMode="auto">
                          <a:xfrm>
                            <a:off x="2190560" y="238073"/>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B5D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247" name="Line 48">
                          <a:extLst/>
                        </wps:cNvPr>
                        <wps:cNvCnPr/>
                        <wps:spPr bwMode="auto">
                          <a:xfrm flipV="1">
                            <a:off x="2247900" y="436562"/>
                            <a:ext cx="3175" cy="115888"/>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248">
                          <a:extLst/>
                        </wps:cNvPr>
                        <wps:cNvSpPr>
                          <a:spLocks noChangeArrowheads="1"/>
                        </wps:cNvSpPr>
                        <wps:spPr bwMode="auto">
                          <a:xfrm>
                            <a:off x="1379417" y="1114180"/>
                            <a:ext cx="138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E93A"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249" name="Rectangle 249">
                          <a:extLst/>
                        </wps:cNvPr>
                        <wps:cNvSpPr>
                          <a:spLocks noChangeArrowheads="1"/>
                        </wps:cNvSpPr>
                        <wps:spPr bwMode="auto">
                          <a:xfrm>
                            <a:off x="1519105" y="111418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BBBB"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250" name="Line 51">
                          <a:extLst/>
                        </wps:cNvPr>
                        <wps:cNvCnPr/>
                        <wps:spPr bwMode="auto">
                          <a:xfrm>
                            <a:off x="1214437" y="1068387"/>
                            <a:ext cx="147638" cy="8255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251">
                          <a:extLst/>
                        </wps:cNvPr>
                        <wps:cNvSpPr>
                          <a:spLocks noChangeArrowheads="1"/>
                        </wps:cNvSpPr>
                        <wps:spPr bwMode="auto">
                          <a:xfrm>
                            <a:off x="1125439" y="56820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83BD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52" name="Rectangle 252">
                          <a:extLst/>
                        </wps:cNvPr>
                        <wps:cNvSpPr>
                          <a:spLocks noChangeArrowheads="1"/>
                        </wps:cNvSpPr>
                        <wps:spPr bwMode="auto">
                          <a:xfrm>
                            <a:off x="1209570" y="56820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FCD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53" name="Rectangle 253">
                          <a:extLst/>
                        </wps:cNvPr>
                        <wps:cNvSpPr>
                          <a:spLocks noChangeArrowheads="1"/>
                        </wps:cNvSpPr>
                        <wps:spPr bwMode="auto">
                          <a:xfrm>
                            <a:off x="1234968" y="926896"/>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6EF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54" name="Rectangle 254">
                          <a:extLst/>
                        </wps:cNvPr>
                        <wps:cNvSpPr>
                          <a:spLocks noChangeArrowheads="1"/>
                        </wps:cNvSpPr>
                        <wps:spPr bwMode="auto">
                          <a:xfrm>
                            <a:off x="1317511" y="926896"/>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5F8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255" name="Rectangle 255">
                          <a:extLst/>
                        </wps:cNvPr>
                        <wps:cNvSpPr>
                          <a:spLocks noChangeArrowheads="1"/>
                        </wps:cNvSpPr>
                        <wps:spPr bwMode="auto">
                          <a:xfrm>
                            <a:off x="907971" y="123797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1C4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56" name="Rectangle 256">
                          <a:extLst/>
                        </wps:cNvPr>
                        <wps:cNvSpPr>
                          <a:spLocks noChangeArrowheads="1"/>
                        </wps:cNvSpPr>
                        <wps:spPr bwMode="auto">
                          <a:xfrm>
                            <a:off x="990514" y="123797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AFB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257" name="Rectangle 257">
                          <a:extLst/>
                        </wps:cNvPr>
                        <wps:cNvSpPr>
                          <a:spLocks noChangeArrowheads="1"/>
                        </wps:cNvSpPr>
                        <wps:spPr bwMode="auto">
                          <a:xfrm>
                            <a:off x="550814" y="106811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B96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58" name="Rectangle 258">
                          <a:extLst/>
                        </wps:cNvPr>
                        <wps:cNvSpPr>
                          <a:spLocks noChangeArrowheads="1"/>
                        </wps:cNvSpPr>
                        <wps:spPr bwMode="auto">
                          <a:xfrm>
                            <a:off x="633357" y="106811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D7D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259" name="Rectangle 259">
                          <a:extLst/>
                        </wps:cNvPr>
                        <wps:cNvSpPr>
                          <a:spLocks noChangeArrowheads="1"/>
                        </wps:cNvSpPr>
                        <wps:spPr bwMode="auto">
                          <a:xfrm>
                            <a:off x="630182" y="539611"/>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F6A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60" name="Rectangle 260">
                          <a:extLst/>
                        </wps:cNvPr>
                        <wps:cNvSpPr>
                          <a:spLocks noChangeArrowheads="1"/>
                        </wps:cNvSpPr>
                        <wps:spPr bwMode="auto">
                          <a:xfrm>
                            <a:off x="696851" y="539611"/>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E568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261" name="Rectangle 261">
                          <a:extLst/>
                        </wps:cNvPr>
                        <wps:cNvSpPr>
                          <a:spLocks noChangeArrowheads="1"/>
                        </wps:cNvSpPr>
                        <wps:spPr bwMode="auto">
                          <a:xfrm>
                            <a:off x="1477834" y="195212"/>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5A5A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62" name="Rectangle 262">
                          <a:extLst/>
                        </wps:cNvPr>
                        <wps:cNvSpPr>
                          <a:spLocks noChangeArrowheads="1"/>
                        </wps:cNvSpPr>
                        <wps:spPr bwMode="auto">
                          <a:xfrm>
                            <a:off x="1842927" y="855442"/>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8C2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263" name="Rectangle 263">
                          <a:extLst/>
                        </wps:cNvPr>
                        <wps:cNvSpPr>
                          <a:spLocks noChangeArrowheads="1"/>
                        </wps:cNvSpPr>
                        <wps:spPr bwMode="auto">
                          <a:xfrm>
                            <a:off x="2214370" y="711017"/>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ED8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264" name="Rectangle 264">
                          <a:extLst/>
                        </wps:cNvPr>
                        <wps:cNvSpPr>
                          <a:spLocks noChangeArrowheads="1"/>
                        </wps:cNvSpPr>
                        <wps:spPr bwMode="auto">
                          <a:xfrm>
                            <a:off x="2549304" y="5523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40C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265" name="Rectangle 265">
                          <a:extLst/>
                        </wps:cNvPr>
                        <wps:cNvSpPr>
                          <a:spLocks noChangeArrowheads="1"/>
                        </wps:cNvSpPr>
                        <wps:spPr bwMode="auto">
                          <a:xfrm>
                            <a:off x="861937" y="47612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1D9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66" name="Rectangle 266">
                          <a:extLst/>
                        </wps:cNvPr>
                        <wps:cNvSpPr>
                          <a:spLocks noChangeArrowheads="1"/>
                        </wps:cNvSpPr>
                        <wps:spPr bwMode="auto">
                          <a:xfrm>
                            <a:off x="946068" y="47612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E9B6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267" name="TextBox 131">
                          <a:extLst/>
                        </wps:cNvPr>
                        <wps:cNvSpPr txBox="1">
                          <a:spLocks noChangeArrowheads="1"/>
                        </wps:cNvSpPr>
                        <wps:spPr bwMode="auto">
                          <a:xfrm>
                            <a:off x="0" y="484063"/>
                            <a:ext cx="6419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9040"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wps:txbx>
                        <wps:bodyPr wrap="none">
                          <a:spAutoFit/>
                        </wps:bodyPr>
                      </wps:wsp>
                      <wps:wsp>
                        <wps:cNvPr id="268" name="Line 25">
                          <a:extLst/>
                        </wps:cNvPr>
                        <wps:cNvCnPr/>
                        <wps:spPr bwMode="auto">
                          <a:xfrm>
                            <a:off x="550862" y="671512"/>
                            <a:ext cx="196850"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05">
                          <a:extLst/>
                        </wps:cNvPr>
                        <wps:cNvCnPr/>
                        <wps:spPr bwMode="auto">
                          <a:xfrm flipV="1">
                            <a:off x="2678112" y="630237"/>
                            <a:ext cx="269875" cy="1587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70">
                          <a:extLst/>
                        </wps:cNvPr>
                        <wps:cNvSpPr>
                          <a:spLocks noChangeArrowheads="1"/>
                        </wps:cNvSpPr>
                        <wps:spPr bwMode="auto">
                          <a:xfrm>
                            <a:off x="3342985" y="450734"/>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BB4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271" name="Line 107">
                          <a:extLst/>
                        </wps:cNvPr>
                        <wps:cNvCnPr/>
                        <wps:spPr bwMode="auto">
                          <a:xfrm flipH="1" flipV="1">
                            <a:off x="2895600" y="365125"/>
                            <a:ext cx="52387" cy="2651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08">
                          <a:extLst/>
                        </wps:cNvPr>
                        <wps:cNvCnPr/>
                        <wps:spPr bwMode="auto">
                          <a:xfrm flipH="1" flipV="1">
                            <a:off x="2940050" y="381000"/>
                            <a:ext cx="42862" cy="219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9">
                          <a:extLst/>
                        </wps:cNvPr>
                        <wps:cNvCnPr/>
                        <wps:spPr bwMode="auto">
                          <a:xfrm flipV="1">
                            <a:off x="2895600" y="188912"/>
                            <a:ext cx="203200" cy="1762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0">
                          <a:extLst/>
                        </wps:cNvPr>
                        <wps:cNvCnPr/>
                        <wps:spPr bwMode="auto">
                          <a:xfrm>
                            <a:off x="3098800" y="188912"/>
                            <a:ext cx="254000" cy="873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11">
                          <a:extLst/>
                        </wps:cNvPr>
                        <wps:cNvCnPr/>
                        <wps:spPr bwMode="auto">
                          <a:xfrm>
                            <a:off x="3108325" y="234950"/>
                            <a:ext cx="209550" cy="7143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12">
                          <a:extLst/>
                        </wps:cNvPr>
                        <wps:cNvCnPr/>
                        <wps:spPr bwMode="auto">
                          <a:xfrm>
                            <a:off x="3352800" y="276225"/>
                            <a:ext cx="34925" cy="1762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13">
                          <a:extLst/>
                        </wps:cNvPr>
                        <wps:cNvCnPr/>
                        <wps:spPr bwMode="auto">
                          <a:xfrm flipH="1">
                            <a:off x="3203575" y="609600"/>
                            <a:ext cx="122237" cy="10636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14">
                          <a:extLst/>
                        </wps:cNvPr>
                        <wps:cNvCnPr/>
                        <wps:spPr bwMode="auto">
                          <a:xfrm flipH="1">
                            <a:off x="3194050" y="579437"/>
                            <a:ext cx="104775" cy="92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15">
                          <a:extLst/>
                        </wps:cNvPr>
                        <wps:cNvCnPr/>
                        <wps:spPr bwMode="auto">
                          <a:xfrm flipH="1" flipV="1">
                            <a:off x="2947987" y="630237"/>
                            <a:ext cx="255588" cy="857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280">
                          <a:extLst/>
                        </wps:cNvPr>
                        <wps:cNvSpPr>
                          <a:spLocks noChangeArrowheads="1"/>
                        </wps:cNvSpPr>
                        <wps:spPr bwMode="auto">
                          <a:xfrm>
                            <a:off x="2912809" y="6824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744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281" name="Rectangle 281">
                          <a:extLst/>
                        </wps:cNvPr>
                        <wps:cNvSpPr>
                          <a:spLocks noChangeArrowheads="1"/>
                        </wps:cNvSpPr>
                        <wps:spPr bwMode="auto">
                          <a:xfrm>
                            <a:off x="3239806" y="69673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1EBF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282" name="Rectangle 282">
                          <a:extLst/>
                        </wps:cNvPr>
                        <wps:cNvSpPr>
                          <a:spLocks noChangeArrowheads="1"/>
                        </wps:cNvSpPr>
                        <wps:spPr bwMode="auto">
                          <a:xfrm>
                            <a:off x="3498546" y="453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1A9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wps:txbx>
                        <wps:bodyPr wrap="none" lIns="0" tIns="0" rIns="0" bIns="0">
                          <a:spAutoFit/>
                        </wps:bodyPr>
                      </wps:wsp>
                      <wps:wsp>
                        <wps:cNvPr id="283" name="Rectangle 283">
                          <a:extLst/>
                        </wps:cNvPr>
                        <wps:cNvSpPr>
                          <a:spLocks noChangeArrowheads="1"/>
                        </wps:cNvSpPr>
                        <wps:spPr bwMode="auto">
                          <a:xfrm>
                            <a:off x="3384237" y="126967"/>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D202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wps:txbx>
                        <wps:bodyPr wrap="none" lIns="0" tIns="0" rIns="0" bIns="0">
                          <a:spAutoFit/>
                        </wps:bodyPr>
                      </wps:wsp>
                      <wps:wsp>
                        <wps:cNvPr id="284" name="Rectangle 284">
                          <a:extLst/>
                        </wps:cNvPr>
                        <wps:cNvSpPr>
                          <a:spLocks noChangeArrowheads="1"/>
                        </wps:cNvSpPr>
                        <wps:spPr bwMode="auto">
                          <a:xfrm>
                            <a:off x="2996923" y="634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472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wps:txbx>
                        <wps:bodyPr wrap="none" lIns="0" tIns="0" rIns="0" bIns="0">
                          <a:spAutoFit/>
                        </wps:bodyPr>
                      </wps:wsp>
                      <wps:wsp>
                        <wps:cNvPr id="285" name="Rectangle 285">
                          <a:extLst/>
                        </wps:cNvPr>
                        <wps:cNvSpPr>
                          <a:spLocks noChangeArrowheads="1"/>
                        </wps:cNvSpPr>
                        <wps:spPr bwMode="auto">
                          <a:xfrm>
                            <a:off x="2700088" y="263457"/>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BFB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286" name="Rectangle 286">
                          <a:extLst/>
                        </wps:cNvPr>
                        <wps:cNvSpPr>
                          <a:spLocks noChangeArrowheads="1"/>
                        </wps:cNvSpPr>
                        <wps:spPr bwMode="auto">
                          <a:xfrm>
                            <a:off x="2784218" y="263457"/>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8E9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wps:txbx>
                        <wps:bodyPr wrap="none" lIns="0" tIns="0" rIns="0" bIns="0">
                          <a:spAutoFit/>
                        </wps:bodyPr>
                      </wps:wsp>
                    </wpg:wgp>
                  </a:graphicData>
                </a:graphic>
              </wp:anchor>
            </w:drawing>
          </mc:Choice>
          <mc:Fallback>
            <w:pict>
              <v:group w14:anchorId="2B56B30D" id="Group 1" o:spid="_x0000_s1093" style="position:absolute;margin-left:82.1pt;margin-top:39.25pt;width:282.2pt;height:111.3pt;z-index:251658244" coordsize="35836,1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">
                <v:rect id="Rectangle 223" o:spid="_x0000_s1094" style="position:absolute;left:4650;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2CF6A8E"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v:textbox>
                </v:rect>
                <v:line id="Line 12" o:spid="_x0000_s1095" style="position:absolute;visibility:visible;mso-wrap-style:square" from="7477,7858" to="7508,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" strokeweight="1.25pt"/>
                <v:line id="Line 14" o:spid="_x0000_s1096" style="position:absolute;visibility:visible;mso-wrap-style:square" from="7810,8382" to="7905,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" strokeweight="1.25pt"/>
                <v:line id="Line 16" o:spid="_x0000_s1097" style="position:absolute;visibility:visible;mso-wrap-style:square" from="7493,10683" to="9826,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" strokeweight="1.25pt"/>
                <v:line id="Line 17" o:spid="_x0000_s1098" style="position:absolute;flip:y;visibility:visible;mso-wrap-style:square" from="9826,10683" to="12144,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" strokeweight="1.25pt"/>
                <v:line id="Line 18" o:spid="_x0000_s1099" style="position:absolute;flip:y;visibility:visible;mso-wrap-style:square" from="9826,10445" to="11747,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" strokeweight="1.25pt"/>
                <v:line id="Line 19" o:spid="_x0000_s1100" style="position:absolute;flip:y;visibility:visible;mso-wrap-style:square" from="12144,7985" to="1216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" strokeweight="1.25pt"/>
                <v:line id="Line 20" o:spid="_x0000_s1101" style="position:absolute;flip:x y;visibility:visible;mso-wrap-style:square" from="9826,6651" to="12144,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" strokeweight="1.25pt"/>
                <v:line id="Line 21" o:spid="_x0000_s1102" style="position:absolute;flip:x y;visibility:visible;mso-wrap-style:square" from="9826,7112" to="11747,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" strokeweight="1.25pt"/>
                <v:line id="Line 22" o:spid="_x0000_s1103" style="position:absolute;flip:x;visibility:visible;mso-wrap-style:square" from="7493,6651" to="9826,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" strokeweight="1.25pt"/>
                <v:rect id="Rectangle 233" o:spid="_x0000_s1104" style="position:absolute;left:14587;top:3602;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5A37AA78"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rect id="Rectangle 234" o:spid="_x0000_s1105" style="position:absolute;left:14587;top:5110;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4C59382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25" o:spid="_x0000_s1106" style="position:absolute;flip:y;visibility:visible;mso-wrap-style:square" from="12144,6461" to="14462,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" strokeweight="1.25pt"/>
                <v:rect id="Rectangle 236" o:spid="_x0000_s1107" style="position:absolute;left:18095;top:6888;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75B0AA5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27" o:spid="_x0000_s1108" style="position:absolute;visibility:visible;mso-wrap-style:square" from="16017,6365" to="1789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" strokeweight="1.25pt"/>
                <v:line id="Line 28" o:spid="_x0000_s1109" style="position:absolute;visibility:visible;mso-wrap-style:square" from="16240,5937" to="18097,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" strokeweight="1.25pt"/>
                <v:rect id="Rectangle 239" o:spid="_x0000_s1110" style="position:absolute;left:21842;top:5443;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254A1C6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30" o:spid="_x0000_s1111" style="position:absolute;flip:y;visibility:visible;mso-wrap-style:square" from="19589,6635" to="21637,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" strokeweight="1.25pt"/>
                <v:rect id="Rectangle 241" o:spid="_x0000_s1112" style="position:absolute;left:25381;top:7189;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12EDE4F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32" o:spid="_x0000_s1113" style="position:absolute;visibility:visible;mso-wrap-style:square" from="23336,6746" to="25273,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" strokeweight="1.25pt"/>
                <v:rect id="Rectangle 243" o:spid="_x0000_s1114" style="position:absolute;left:25286;top:11348;width:138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06287820"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line id="Line 45" o:spid="_x0000_s1115" style="position:absolute;flip:x;visibility:visible;mso-wrap-style:square" from="26241,9017" to="26273,1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" strokeweight="1.25pt"/>
                <v:line id="Line 46" o:spid="_x0000_s1116" style="position:absolute;flip:x;visibility:visible;mso-wrap-style:square" from="25733,9017" to="25765,1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" strokeweight="1.25pt"/>
                <v:rect id="Rectangle 246" o:spid="_x0000_s1117" style="position:absolute;left:21905;top:2380;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4750B5D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48" o:spid="_x0000_s1118" style="position:absolute;flip:y;visibility:visible;mso-wrap-style:square" from="22479,4365" to="2251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" strokeweight=".39689mm"/>
                <v:rect id="Rectangle 248" o:spid="_x0000_s1119" style="position:absolute;left:13794;top:11141;width:1384;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72EBE93A"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rect id="Rectangle 249" o:spid="_x0000_s1120" style="position:absolute;left:15191;top:11141;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372BBBB"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51" o:spid="_x0000_s1121" style="position:absolute;visibility:visible;mso-wrap-style:square" from="12144,10683" to="13620,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" strokeweight=".39689mm"/>
                <v:rect id="Rectangle 251" o:spid="_x0000_s1122" style="position:absolute;left:11254;top:568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5D183BD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52" o:spid="_x0000_s1123" style="position:absolute;left:12095;top:568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4C60FCD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53" o:spid="_x0000_s1124" style="position:absolute;left:12349;top:92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5E6B6EF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54" o:spid="_x0000_s1125" style="position:absolute;left:13175;top:926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5AC5F8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255" o:spid="_x0000_s1126" style="position:absolute;left:9079;top:1237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56901C4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56" o:spid="_x0000_s1127" style="position:absolute;left:9905;top:1237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11B0AFB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257" o:spid="_x0000_s1128" style="position:absolute;left:5508;top:1068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52B5B966"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58" o:spid="_x0000_s1129" style="position:absolute;left:6333;top:1068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4603D7D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259" o:spid="_x0000_s1130" style="position:absolute;left:6301;top:539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652AF6A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60" o:spid="_x0000_s1131" style="position:absolute;left:6968;top:539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792E568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261" o:spid="_x0000_s1132" style="position:absolute;left:14778;top:195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3EE5A5A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62" o:spid="_x0000_s1133" style="position:absolute;left:18429;top:855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28018C2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263" o:spid="_x0000_s1134" style="position:absolute;left:22143;top:711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3EFDED8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264" o:spid="_x0000_s1135" style="position:absolute;left:25493;top:5523;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03540C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265" o:spid="_x0000_s1136" style="position:absolute;left:8619;top:476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88E1D9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66" o:spid="_x0000_s1137" style="position:absolute;left:9460;top:476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7B0E9B6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shape id="TextBox 131" o:spid="_x0000_s1138" type="#_x0000_t202" style="position:absolute;top:4840;width:6419;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" filled="f" stroked="f">
                  <v:textbox style="mso-fit-shape-to-text:t">
                    <w:txbxContent>
                      <w:p w14:paraId="5C8E9040"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v:textbox>
                </v:shape>
                <v:line id="Line 25" o:spid="_x0000_s1139" style="position:absolute;visibility:visible;mso-wrap-style:square" from="5508,6715" to="7477,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" strokeweight="1.25pt"/>
                <v:line id="Line 105" o:spid="_x0000_s1140" style="position:absolute;flip:y;visibility:visible;mso-wrap-style:square" from="26781,6302" to="2947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" strokeweight="1.25pt"/>
                <v:rect id="Rectangle 270" o:spid="_x0000_s1141" style="position:absolute;left:33429;top:4507;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2683BB4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107" o:spid="_x0000_s1142" style="position:absolute;flip:x y;visibility:visible;mso-wrap-style:square" from="28956,3651" to="29479,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" strokeweight="1.25pt"/>
                <v:line id="Line 108" o:spid="_x0000_s1143" style="position:absolute;flip:x y;visibility:visible;mso-wrap-style:square" from="29400,3810" to="29829,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" strokeweight="1.25pt"/>
                <v:line id="Line 109" o:spid="_x0000_s1144" style="position:absolute;flip:y;visibility:visible;mso-wrap-style:square" from="28956,1889" to="30988,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" strokeweight="1.25pt"/>
                <v:line id="Line 110" o:spid="_x0000_s1145" style="position:absolute;visibility:visible;mso-wrap-style:square" from="30988,1889" to="3352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" strokeweight="1.25pt"/>
                <v:line id="Line 111" o:spid="_x0000_s1146" style="position:absolute;visibility:visible;mso-wrap-style:square" from="31083,2349" to="33178,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" strokeweight="1.25pt"/>
                <v:line id="Line 112" o:spid="_x0000_s1147" style="position:absolute;visibility:visible;mso-wrap-style:square" from="33528,2762" to="33877,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" strokeweight="1.25pt"/>
                <v:line id="Line 113" o:spid="_x0000_s1148" style="position:absolute;flip:x;visibility:visible;mso-wrap-style:square" from="32035,6096" to="33258,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" strokeweight="1.25pt"/>
                <v:line id="Line 114" o:spid="_x0000_s1149" style="position:absolute;flip:x;visibility:visible;mso-wrap-style:square" from="31940,5794" to="32988,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" strokeweight="1.25pt"/>
                <v:line id="Line 115" o:spid="_x0000_s1150" style="position:absolute;flip:x y;visibility:visible;mso-wrap-style:square" from="29479,6302" to="32035,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" strokeweight="1.25pt"/>
                <v:rect id="Rectangle 280" o:spid="_x0000_s1151" style="position:absolute;left:29128;top:6824;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5F4B744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281" o:spid="_x0000_s1152" style="position:absolute;left:32398;top:6967;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6461EBFA"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rect id="Rectangle 282" o:spid="_x0000_s1153" style="position:absolute;left:34985;top:4539;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673D1A9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v:textbox>
                </v:rect>
                <v:rect id="Rectangle 283" o:spid="_x0000_s1154" style="position:absolute;left:33842;top:126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3DED202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v:textbox>
                </v:rect>
                <v:rect id="Rectangle 284" o:spid="_x0000_s1155" style="position:absolute;left:29969;top:63;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289E472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v:textbox>
                </v:rect>
                <v:rect id="Rectangle 285" o:spid="_x0000_s1156" style="position:absolute;left:27000;top:263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4E47BFB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286" o:spid="_x0000_s1157" style="position:absolute;left:27842;top:263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02938E9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v:textbox>
                </v:rect>
              </v:group>
            </w:pict>
          </mc:Fallback>
        </mc:AlternateContent>
      </w:r>
      <w:r w:rsidRPr="00C85550">
        <w:rPr>
          <w:noProof/>
        </w:rPr>
        <mc:AlternateContent>
          <mc:Choice Requires="wps">
            <w:drawing>
              <wp:anchor distT="91440" distB="91440" distL="114300" distR="114300" simplePos="0" relativeHeight="251658243" behindDoc="0" locked="0" layoutInCell="1" allowOverlap="1" wp14:anchorId="7E78D6B3" wp14:editId="37866943">
                <wp:simplePos x="0" y="0"/>
                <wp:positionH relativeFrom="page">
                  <wp:posOffset>1749020</wp:posOffset>
                </wp:positionH>
                <wp:positionV relativeFrom="paragraph">
                  <wp:posOffset>278390</wp:posOffset>
                </wp:positionV>
                <wp:extent cx="4117340" cy="2006600"/>
                <wp:effectExtent l="0" t="0" r="0" b="0"/>
                <wp:wrapTopAndBottom/>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006600"/>
                        </a:xfrm>
                        <a:prstGeom prst="rect">
                          <a:avLst/>
                        </a:prstGeom>
                        <a:noFill/>
                        <a:ln w="9525">
                          <a:noFill/>
                          <a:miter lim="800000"/>
                          <a:headEnd/>
                          <a:tailEnd/>
                        </a:ln>
                      </wps:spPr>
                      <wps:txbx>
                        <w:txbxContent>
                          <w:p w14:paraId="1ED8A5C4" w14:textId="77777777" w:rsidR="00B520E7" w:rsidRDefault="00B520E7" w:rsidP="00A96840">
                            <w:pPr>
                              <w:pBdr>
                                <w:top w:val="single" w:sz="24" w:space="8" w:color="4472C4" w:themeColor="accent1"/>
                                <w:bottom w:val="single" w:sz="24" w:space="8" w:color="4472C4" w:themeColor="accent1"/>
                              </w:pBdr>
                              <w:jc w:val="cente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6B3" id="_x0000_s1158" type="#_x0000_t202" style="position:absolute;margin-left:137.7pt;margin-top:21.9pt;width:324.2pt;height:158pt;z-index:25165824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" filled="f" stroked="f">
                <v:textbox>
                  <w:txbxContent>
                    <w:p w14:paraId="1ED8A5C4" w14:textId="77777777" w:rsidR="00B520E7" w:rsidRDefault="00B520E7" w:rsidP="00A96840">
                      <w:pPr>
                        <w:pBdr>
                          <w:top w:val="single" w:sz="24" w:space="8" w:color="4472C4" w:themeColor="accent1"/>
                          <w:bottom w:val="single" w:sz="24" w:space="8" w:color="4472C4" w:themeColor="accent1"/>
                        </w:pBdr>
                        <w:jc w:val="center"/>
                        <w:rPr>
                          <w:i/>
                          <w:iCs/>
                          <w:color w:val="4472C4" w:themeColor="accent1"/>
                        </w:rPr>
                      </w:pPr>
                    </w:p>
                  </w:txbxContent>
                </v:textbox>
                <w10:wrap type="topAndBottom" anchorx="page"/>
              </v:shape>
            </w:pict>
          </mc:Fallback>
        </mc:AlternateContent>
      </w:r>
    </w:p>
    <w:p w14:paraId="22251A3C" w14:textId="707B4634" w:rsidR="00432512" w:rsidRPr="00C85550" w:rsidRDefault="00432512" w:rsidP="00432512">
      <w:pPr>
        <w:pStyle w:val="EndnoteText"/>
        <w:spacing w:line="360" w:lineRule="auto"/>
      </w:pPr>
    </w:p>
    <w:p w14:paraId="046C345C" w14:textId="77777777" w:rsidR="00432512" w:rsidRPr="00C85550" w:rsidRDefault="00432512" w:rsidP="00432512">
      <w:pPr>
        <w:pStyle w:val="EndnoteText"/>
        <w:spacing w:line="360" w:lineRule="auto"/>
        <w:jc w:val="center"/>
        <w:rPr>
          <w:b/>
          <w:noProof/>
          <w:sz w:val="22"/>
          <w:szCs w:val="22"/>
          <w:lang w:val="en-US"/>
        </w:rPr>
      </w:pPr>
    </w:p>
    <w:p w14:paraId="4621689D" w14:textId="77777777" w:rsidR="00432512" w:rsidRPr="00C85550" w:rsidRDefault="00432512" w:rsidP="00432512">
      <w:pPr>
        <w:pStyle w:val="EndnoteText"/>
        <w:spacing w:line="360" w:lineRule="auto"/>
        <w:jc w:val="center"/>
      </w:pPr>
    </w:p>
    <w:p w14:paraId="0AB73BE9" w14:textId="05B5F96F" w:rsidR="00432512" w:rsidRPr="00C85550" w:rsidRDefault="00432512" w:rsidP="00432512">
      <w:pPr>
        <w:pStyle w:val="EndnoteText"/>
        <w:spacing w:line="360" w:lineRule="auto"/>
        <w:rPr>
          <w:lang w:val="en-US"/>
        </w:rPr>
      </w:pPr>
      <w:r w:rsidRPr="00C85550">
        <w:rPr>
          <w:b/>
          <w:sz w:val="22"/>
          <w:szCs w:val="22"/>
          <w:lang w:val="en-US"/>
        </w:rPr>
        <w:t>Scheme S4.</w:t>
      </w:r>
      <w:r w:rsidRPr="00C85550">
        <w:rPr>
          <w:sz w:val="22"/>
          <w:szCs w:val="22"/>
          <w:lang w:val="en-US"/>
        </w:rPr>
        <w:t xml:space="preserve"> </w:t>
      </w:r>
      <w:r w:rsidR="00644FB6" w:rsidRPr="00C85550">
        <w:rPr>
          <w:sz w:val="22"/>
          <w:szCs w:val="22"/>
          <w:lang w:val="en-US"/>
        </w:rPr>
        <w:t xml:space="preserve">The structural formula of </w:t>
      </w:r>
      <w:r w:rsidR="00644FB6" w:rsidRPr="00C85550">
        <w:rPr>
          <w:b/>
          <w:bCs/>
          <w:sz w:val="22"/>
          <w:szCs w:val="22"/>
        </w:rPr>
        <w:t>H</w:t>
      </w:r>
      <w:r w:rsidR="00644FB6" w:rsidRPr="00C85550">
        <w:rPr>
          <w:b/>
          <w:bCs/>
          <w:sz w:val="22"/>
          <w:szCs w:val="22"/>
          <w:vertAlign w:val="subscript"/>
        </w:rPr>
        <w:t>2</w:t>
      </w:r>
      <w:r w:rsidR="00644FB6" w:rsidRPr="00C85550">
        <w:rPr>
          <w:b/>
          <w:bCs/>
          <w:sz w:val="22"/>
          <w:szCs w:val="22"/>
        </w:rPr>
        <w:t>L</w:t>
      </w:r>
      <w:r w:rsidR="00644FB6" w:rsidRPr="00C85550">
        <w:rPr>
          <w:b/>
          <w:bCs/>
          <w:sz w:val="22"/>
          <w:szCs w:val="22"/>
          <w:vertAlign w:val="superscript"/>
        </w:rPr>
        <w:t>2</w:t>
      </w:r>
      <w:r w:rsidR="00644FB6" w:rsidRPr="00C85550">
        <w:rPr>
          <w:b/>
          <w:bCs/>
          <w:sz w:val="22"/>
          <w:szCs w:val="22"/>
        </w:rPr>
        <w:t xml:space="preserve"> </w:t>
      </w:r>
      <w:r w:rsidR="00644FB6" w:rsidRPr="00C85550">
        <w:rPr>
          <w:sz w:val="22"/>
          <w:szCs w:val="22"/>
          <w:lang w:val="en-US"/>
        </w:rPr>
        <w:t>with the NMR numbering scheme</w:t>
      </w:r>
      <w:r w:rsidR="00644FB6" w:rsidRPr="00C85550">
        <w:rPr>
          <w:lang w:val="en-US"/>
        </w:rPr>
        <w:t xml:space="preserve"> </w:t>
      </w:r>
    </w:p>
    <w:p w14:paraId="32820A33" w14:textId="77777777" w:rsidR="00432512" w:rsidRPr="00C85550" w:rsidRDefault="00432512" w:rsidP="00432512">
      <w:pPr>
        <w:pStyle w:val="EndnoteText"/>
        <w:spacing w:line="360" w:lineRule="auto"/>
        <w:rPr>
          <w:lang w:val="en-US"/>
        </w:rPr>
      </w:pPr>
    </w:p>
    <w:p w14:paraId="78B499F8" w14:textId="2DB4A519" w:rsidR="00432512" w:rsidRPr="00C85550" w:rsidRDefault="00432512" w:rsidP="00432512">
      <w:pPr>
        <w:pStyle w:val="EndnoteText"/>
        <w:spacing w:line="360" w:lineRule="auto"/>
        <w:jc w:val="center"/>
        <w:rPr>
          <w:b/>
          <w:sz w:val="24"/>
          <w:szCs w:val="24"/>
        </w:rPr>
      </w:pPr>
      <w:r w:rsidRPr="00C85550">
        <w:rPr>
          <w:lang w:val="en-US"/>
        </w:rPr>
        <w:br w:type="page"/>
      </w:r>
      <w:r w:rsidRPr="00C85550">
        <w:rPr>
          <w:b/>
          <w:sz w:val="24"/>
          <w:szCs w:val="24"/>
        </w:rPr>
        <w:lastRenderedPageBreak/>
        <w:t>Table S</w:t>
      </w:r>
      <w:r w:rsidR="00C85550">
        <w:rPr>
          <w:b/>
          <w:sz w:val="24"/>
          <w:szCs w:val="24"/>
        </w:rPr>
        <w:t>11</w:t>
      </w:r>
      <w:r w:rsidRPr="00C85550">
        <w:t xml:space="preserve"> </w:t>
      </w:r>
      <w:r w:rsidRPr="00C85550">
        <w:rPr>
          <w:sz w:val="24"/>
          <w:szCs w:val="24"/>
          <w:vertAlign w:val="superscript"/>
          <w:lang w:val="hr-HR"/>
        </w:rPr>
        <w:t>1</w:t>
      </w:r>
      <w:r w:rsidRPr="00C85550">
        <w:rPr>
          <w:sz w:val="24"/>
          <w:szCs w:val="24"/>
          <w:lang w:val="hr-HR"/>
        </w:rPr>
        <w:t xml:space="preserve">H and </w:t>
      </w:r>
      <w:r w:rsidRPr="00C85550">
        <w:rPr>
          <w:sz w:val="24"/>
          <w:szCs w:val="24"/>
          <w:vertAlign w:val="superscript"/>
          <w:lang w:val="hr-HR"/>
        </w:rPr>
        <w:t>13</w:t>
      </w:r>
      <w:r w:rsidRPr="00C85550">
        <w:rPr>
          <w:sz w:val="24"/>
          <w:szCs w:val="24"/>
          <w:lang w:val="hr-HR"/>
        </w:rPr>
        <w:t xml:space="preserve">C chemical shifts (ppm) of </w:t>
      </w:r>
      <w:r w:rsidRPr="00C85550">
        <w:rPr>
          <w:b/>
          <w:bCs/>
          <w:sz w:val="24"/>
          <w:szCs w:val="24"/>
        </w:rPr>
        <w:t>H</w:t>
      </w:r>
      <w:r w:rsidRPr="00C85550">
        <w:rPr>
          <w:b/>
          <w:bCs/>
          <w:sz w:val="24"/>
          <w:szCs w:val="24"/>
          <w:vertAlign w:val="subscript"/>
        </w:rPr>
        <w:t>2</w:t>
      </w:r>
      <w:r w:rsidRPr="00C85550">
        <w:rPr>
          <w:b/>
          <w:bCs/>
          <w:sz w:val="24"/>
          <w:szCs w:val="24"/>
        </w:rPr>
        <w:t>L</w:t>
      </w:r>
      <w:r w:rsidRPr="00C85550">
        <w:rPr>
          <w:b/>
          <w:bCs/>
          <w:sz w:val="24"/>
          <w:szCs w:val="24"/>
          <w:vertAlign w:val="superscript"/>
        </w:rPr>
        <w:t>3</w:t>
      </w:r>
      <w:r w:rsidRPr="00C85550">
        <w:rPr>
          <w:sz w:val="24"/>
          <w:szCs w:val="24"/>
        </w:rPr>
        <w:t xml:space="preserve"> and </w:t>
      </w:r>
      <w:r w:rsidRPr="00C85550">
        <w:rPr>
          <w:b/>
          <w:sz w:val="24"/>
          <w:szCs w:val="24"/>
        </w:rPr>
        <w:t>3</w:t>
      </w:r>
      <w:r w:rsidRPr="00C85550">
        <w:rPr>
          <w:sz w:val="24"/>
          <w:szCs w:val="24"/>
        </w:rPr>
        <w:t>.</w:t>
      </w:r>
    </w:p>
    <w:tbl>
      <w:tblPr>
        <w:tblW w:w="3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11"/>
        <w:gridCol w:w="1310"/>
        <w:gridCol w:w="1310"/>
        <w:gridCol w:w="1293"/>
      </w:tblGrid>
      <w:tr w:rsidR="00854CB5" w:rsidRPr="00C85550" w14:paraId="1B025759" w14:textId="77777777" w:rsidTr="00A96840">
        <w:trPr>
          <w:trHeight w:hRule="exact" w:val="369"/>
          <w:jc w:val="center"/>
        </w:trPr>
        <w:tc>
          <w:tcPr>
            <w:tcW w:w="1008" w:type="pct"/>
            <w:vMerge w:val="restart"/>
            <w:tcBorders>
              <w:left w:val="nil"/>
              <w:bottom w:val="nil"/>
              <w:right w:val="nil"/>
            </w:tcBorders>
            <w:vAlign w:val="center"/>
          </w:tcPr>
          <w:p w14:paraId="55F278EE" w14:textId="77777777" w:rsidR="00854CB5" w:rsidRPr="00C85550" w:rsidRDefault="00854CB5" w:rsidP="00A96840">
            <w:pPr>
              <w:jc w:val="center"/>
              <w:rPr>
                <w:rFonts w:ascii="Times New Roman" w:hAnsi="Times New Roman"/>
              </w:rPr>
            </w:pPr>
            <w:r w:rsidRPr="00C85550">
              <w:rPr>
                <w:rFonts w:ascii="Times New Roman" w:hAnsi="Times New Roman"/>
              </w:rPr>
              <w:t>Atom</w:t>
            </w:r>
          </w:p>
        </w:tc>
        <w:tc>
          <w:tcPr>
            <w:tcW w:w="2003" w:type="pct"/>
            <w:gridSpan w:val="2"/>
            <w:tcBorders>
              <w:left w:val="nil"/>
              <w:bottom w:val="single" w:sz="4" w:space="0" w:color="auto"/>
              <w:right w:val="nil"/>
            </w:tcBorders>
            <w:vAlign w:val="center"/>
          </w:tcPr>
          <w:p w14:paraId="52161CF9" w14:textId="674ADA35" w:rsidR="00854CB5" w:rsidRPr="00C85550" w:rsidRDefault="00854CB5" w:rsidP="00A96840">
            <w:pPr>
              <w:jc w:val="center"/>
              <w:rPr>
                <w:rFonts w:ascii="Times New Roman" w:hAnsi="Times New Roman"/>
                <w:b/>
              </w:rPr>
            </w:pPr>
            <w:r w:rsidRPr="00C85550">
              <w:rPr>
                <w:rFonts w:ascii="Times New Roman" w:hAnsi="Times New Roman"/>
                <w:b/>
                <w:bCs/>
              </w:rPr>
              <w:t>H</w:t>
            </w:r>
            <w:r w:rsidRPr="00C85550">
              <w:rPr>
                <w:rFonts w:ascii="Times New Roman" w:hAnsi="Times New Roman"/>
                <w:b/>
                <w:bCs/>
                <w:vertAlign w:val="subscript"/>
              </w:rPr>
              <w:t>2</w:t>
            </w:r>
            <w:r w:rsidRPr="00C85550">
              <w:rPr>
                <w:rFonts w:ascii="Times New Roman" w:hAnsi="Times New Roman"/>
                <w:b/>
                <w:bCs/>
              </w:rPr>
              <w:t>L</w:t>
            </w:r>
            <w:r w:rsidR="00245A0E" w:rsidRPr="00C85550">
              <w:rPr>
                <w:rFonts w:ascii="Times New Roman" w:hAnsi="Times New Roman"/>
                <w:b/>
                <w:bCs/>
                <w:vertAlign w:val="superscript"/>
              </w:rPr>
              <w:t>3</w:t>
            </w:r>
          </w:p>
        </w:tc>
        <w:tc>
          <w:tcPr>
            <w:tcW w:w="1988" w:type="pct"/>
            <w:gridSpan w:val="2"/>
            <w:tcBorders>
              <w:left w:val="nil"/>
              <w:bottom w:val="single" w:sz="4" w:space="0" w:color="auto"/>
              <w:right w:val="nil"/>
            </w:tcBorders>
          </w:tcPr>
          <w:p w14:paraId="3562667B" w14:textId="0D994F50" w:rsidR="00854CB5" w:rsidRPr="00C85550" w:rsidRDefault="00245A0E" w:rsidP="00A96840">
            <w:pPr>
              <w:jc w:val="center"/>
              <w:rPr>
                <w:rFonts w:ascii="Times New Roman" w:hAnsi="Times New Roman"/>
                <w:b/>
              </w:rPr>
            </w:pPr>
            <w:r w:rsidRPr="00C85550">
              <w:rPr>
                <w:rFonts w:ascii="Times New Roman" w:hAnsi="Times New Roman"/>
                <w:b/>
              </w:rPr>
              <w:t>3</w:t>
            </w:r>
          </w:p>
        </w:tc>
      </w:tr>
      <w:tr w:rsidR="00854CB5" w:rsidRPr="00C85550" w14:paraId="3AE25CC6" w14:textId="77777777" w:rsidTr="00A96840">
        <w:trPr>
          <w:trHeight w:hRule="exact" w:val="592"/>
          <w:jc w:val="center"/>
        </w:trPr>
        <w:tc>
          <w:tcPr>
            <w:tcW w:w="1008" w:type="pct"/>
            <w:vMerge/>
            <w:tcBorders>
              <w:top w:val="nil"/>
              <w:left w:val="nil"/>
              <w:bottom w:val="single" w:sz="4" w:space="0" w:color="auto"/>
              <w:right w:val="nil"/>
            </w:tcBorders>
            <w:vAlign w:val="center"/>
          </w:tcPr>
          <w:p w14:paraId="43DDC2EE" w14:textId="77777777" w:rsidR="00854CB5" w:rsidRPr="00C85550" w:rsidRDefault="00854CB5" w:rsidP="00A96840">
            <w:pPr>
              <w:jc w:val="center"/>
              <w:rPr>
                <w:rFonts w:ascii="Times New Roman" w:hAnsi="Times New Roman"/>
              </w:rPr>
            </w:pPr>
          </w:p>
        </w:tc>
        <w:tc>
          <w:tcPr>
            <w:tcW w:w="1002" w:type="pct"/>
            <w:tcBorders>
              <w:top w:val="single" w:sz="4" w:space="0" w:color="auto"/>
              <w:left w:val="nil"/>
              <w:bottom w:val="single" w:sz="4" w:space="0" w:color="auto"/>
              <w:right w:val="nil"/>
            </w:tcBorders>
            <w:vAlign w:val="center"/>
          </w:tcPr>
          <w:p w14:paraId="2D8BF6E2" w14:textId="77777777" w:rsidR="00854CB5" w:rsidRPr="00C85550" w:rsidRDefault="00854CB5"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1001" w:type="pct"/>
            <w:tcBorders>
              <w:top w:val="single" w:sz="4" w:space="0" w:color="auto"/>
              <w:left w:val="nil"/>
              <w:bottom w:val="single" w:sz="4" w:space="0" w:color="auto"/>
              <w:right w:val="nil"/>
            </w:tcBorders>
            <w:vAlign w:val="center"/>
          </w:tcPr>
          <w:p w14:paraId="6D8B0E72" w14:textId="77777777" w:rsidR="00854CB5" w:rsidRPr="00C85550" w:rsidRDefault="00854CB5"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c>
          <w:tcPr>
            <w:tcW w:w="1001" w:type="pct"/>
            <w:tcBorders>
              <w:top w:val="single" w:sz="4" w:space="0" w:color="auto"/>
              <w:left w:val="nil"/>
              <w:bottom w:val="single" w:sz="4" w:space="0" w:color="auto"/>
              <w:right w:val="nil"/>
            </w:tcBorders>
            <w:vAlign w:val="center"/>
          </w:tcPr>
          <w:p w14:paraId="0AB61D29" w14:textId="77777777" w:rsidR="00854CB5" w:rsidRPr="00C85550" w:rsidRDefault="00854CB5"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988" w:type="pct"/>
            <w:tcBorders>
              <w:top w:val="single" w:sz="4" w:space="0" w:color="auto"/>
              <w:left w:val="nil"/>
              <w:bottom w:val="single" w:sz="4" w:space="0" w:color="auto"/>
              <w:right w:val="nil"/>
            </w:tcBorders>
            <w:vAlign w:val="center"/>
          </w:tcPr>
          <w:p w14:paraId="0789572F" w14:textId="77777777" w:rsidR="00854CB5" w:rsidRPr="00C85550" w:rsidRDefault="00854CB5"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r>
      <w:tr w:rsidR="00854CB5" w:rsidRPr="00C85550" w14:paraId="636D9DA8" w14:textId="77777777" w:rsidTr="00A96840">
        <w:trPr>
          <w:trHeight w:hRule="exact" w:val="369"/>
          <w:jc w:val="center"/>
        </w:trPr>
        <w:tc>
          <w:tcPr>
            <w:tcW w:w="1008" w:type="pct"/>
            <w:tcBorders>
              <w:left w:val="nil"/>
              <w:bottom w:val="nil"/>
              <w:right w:val="nil"/>
            </w:tcBorders>
            <w:vAlign w:val="center"/>
          </w:tcPr>
          <w:p w14:paraId="190DE256" w14:textId="77777777" w:rsidR="00854CB5" w:rsidRPr="00C85550" w:rsidRDefault="00854CB5" w:rsidP="00A96840">
            <w:pPr>
              <w:jc w:val="center"/>
              <w:rPr>
                <w:rFonts w:ascii="Times New Roman" w:hAnsi="Times New Roman"/>
                <w:b/>
              </w:rPr>
            </w:pPr>
            <w:r w:rsidRPr="00C85550">
              <w:rPr>
                <w:rFonts w:ascii="Times New Roman" w:hAnsi="Times New Roman"/>
                <w:b/>
              </w:rPr>
              <w:t>1</w:t>
            </w:r>
          </w:p>
        </w:tc>
        <w:tc>
          <w:tcPr>
            <w:tcW w:w="1002" w:type="pct"/>
            <w:tcBorders>
              <w:left w:val="nil"/>
              <w:bottom w:val="nil"/>
              <w:right w:val="nil"/>
            </w:tcBorders>
            <w:vAlign w:val="center"/>
          </w:tcPr>
          <w:p w14:paraId="44B0BEE1" w14:textId="61EDA696" w:rsidR="00854CB5" w:rsidRPr="00C85550" w:rsidRDefault="00A1006F" w:rsidP="00A96840">
            <w:pPr>
              <w:jc w:val="center"/>
              <w:rPr>
                <w:rFonts w:ascii="Times New Roman" w:hAnsi="Times New Roman"/>
              </w:rPr>
            </w:pPr>
            <w:r w:rsidRPr="00C85550">
              <w:rPr>
                <w:rFonts w:ascii="Times New Roman" w:hAnsi="Times New Roman"/>
              </w:rPr>
              <w:t>8.63</w:t>
            </w:r>
          </w:p>
        </w:tc>
        <w:tc>
          <w:tcPr>
            <w:tcW w:w="1001" w:type="pct"/>
            <w:tcBorders>
              <w:left w:val="nil"/>
              <w:bottom w:val="nil"/>
              <w:right w:val="nil"/>
            </w:tcBorders>
            <w:vAlign w:val="center"/>
          </w:tcPr>
          <w:p w14:paraId="4B979C13" w14:textId="599115E1" w:rsidR="00854CB5" w:rsidRPr="00C85550" w:rsidRDefault="00A1006F" w:rsidP="00A96840">
            <w:pPr>
              <w:jc w:val="center"/>
              <w:rPr>
                <w:rFonts w:ascii="Times New Roman" w:hAnsi="Times New Roman"/>
              </w:rPr>
            </w:pPr>
            <w:r w:rsidRPr="00C85550">
              <w:rPr>
                <w:rFonts w:ascii="Times New Roman" w:hAnsi="Times New Roman"/>
              </w:rPr>
              <w:t>146.73</w:t>
            </w:r>
          </w:p>
        </w:tc>
        <w:tc>
          <w:tcPr>
            <w:tcW w:w="1001" w:type="pct"/>
            <w:tcBorders>
              <w:left w:val="nil"/>
              <w:bottom w:val="nil"/>
              <w:right w:val="nil"/>
            </w:tcBorders>
            <w:vAlign w:val="center"/>
          </w:tcPr>
          <w:p w14:paraId="124B52AE" w14:textId="64C0E988" w:rsidR="00854CB5" w:rsidRPr="00C85550" w:rsidRDefault="00A1006F" w:rsidP="00A96840">
            <w:pPr>
              <w:jc w:val="center"/>
              <w:rPr>
                <w:rFonts w:ascii="Times New Roman" w:hAnsi="Times New Roman"/>
              </w:rPr>
            </w:pPr>
            <w:r w:rsidRPr="00C85550">
              <w:rPr>
                <w:rFonts w:ascii="Times New Roman" w:hAnsi="Times New Roman"/>
              </w:rPr>
              <w:t>8.93</w:t>
            </w:r>
          </w:p>
        </w:tc>
        <w:tc>
          <w:tcPr>
            <w:tcW w:w="988" w:type="pct"/>
            <w:tcBorders>
              <w:left w:val="nil"/>
              <w:bottom w:val="nil"/>
              <w:right w:val="nil"/>
            </w:tcBorders>
            <w:vAlign w:val="center"/>
          </w:tcPr>
          <w:p w14:paraId="6EAFA584" w14:textId="24B78CF9" w:rsidR="00854CB5" w:rsidRPr="00C85550" w:rsidRDefault="00D73C5B" w:rsidP="00A96840">
            <w:pPr>
              <w:jc w:val="center"/>
              <w:rPr>
                <w:rFonts w:ascii="Times New Roman" w:hAnsi="Times New Roman"/>
              </w:rPr>
            </w:pPr>
            <w:r w:rsidRPr="00C85550">
              <w:rPr>
                <w:rFonts w:ascii="Times New Roman" w:hAnsi="Times New Roman"/>
              </w:rPr>
              <w:t>154.04</w:t>
            </w:r>
          </w:p>
        </w:tc>
      </w:tr>
      <w:tr w:rsidR="00854CB5" w:rsidRPr="00C85550" w14:paraId="2D9BC4F3" w14:textId="77777777" w:rsidTr="00A96840">
        <w:trPr>
          <w:trHeight w:hRule="exact" w:val="369"/>
          <w:jc w:val="center"/>
        </w:trPr>
        <w:tc>
          <w:tcPr>
            <w:tcW w:w="1008" w:type="pct"/>
            <w:tcBorders>
              <w:top w:val="nil"/>
              <w:left w:val="nil"/>
              <w:bottom w:val="nil"/>
              <w:right w:val="nil"/>
            </w:tcBorders>
            <w:vAlign w:val="center"/>
          </w:tcPr>
          <w:p w14:paraId="7F4614AA" w14:textId="77777777" w:rsidR="00854CB5" w:rsidRPr="00C85550" w:rsidRDefault="00854CB5" w:rsidP="00A96840">
            <w:pPr>
              <w:jc w:val="center"/>
              <w:rPr>
                <w:rFonts w:ascii="Times New Roman" w:hAnsi="Times New Roman"/>
                <w:b/>
              </w:rPr>
            </w:pPr>
            <w:r w:rsidRPr="00C85550">
              <w:rPr>
                <w:rFonts w:ascii="Times New Roman" w:hAnsi="Times New Roman"/>
                <w:b/>
              </w:rPr>
              <w:t>4</w:t>
            </w:r>
          </w:p>
        </w:tc>
        <w:tc>
          <w:tcPr>
            <w:tcW w:w="1002" w:type="pct"/>
            <w:tcBorders>
              <w:top w:val="nil"/>
              <w:left w:val="nil"/>
              <w:bottom w:val="nil"/>
              <w:right w:val="nil"/>
            </w:tcBorders>
            <w:vAlign w:val="center"/>
          </w:tcPr>
          <w:p w14:paraId="3E93A768" w14:textId="77777777" w:rsidR="00854CB5" w:rsidRPr="00C85550" w:rsidRDefault="00854CB5" w:rsidP="00A96840">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18A1F1E" w14:textId="196976BC" w:rsidR="00854CB5" w:rsidRPr="00C85550" w:rsidRDefault="00A1006F" w:rsidP="00A96840">
            <w:pPr>
              <w:jc w:val="center"/>
              <w:rPr>
                <w:rFonts w:ascii="Times New Roman" w:hAnsi="Times New Roman"/>
              </w:rPr>
            </w:pPr>
            <w:r w:rsidRPr="00C85550">
              <w:rPr>
                <w:rFonts w:ascii="Times New Roman" w:hAnsi="Times New Roman"/>
              </w:rPr>
              <w:t>164.59</w:t>
            </w:r>
          </w:p>
        </w:tc>
        <w:tc>
          <w:tcPr>
            <w:tcW w:w="1001" w:type="pct"/>
            <w:tcBorders>
              <w:top w:val="nil"/>
              <w:left w:val="nil"/>
              <w:bottom w:val="nil"/>
              <w:right w:val="nil"/>
            </w:tcBorders>
            <w:vAlign w:val="center"/>
          </w:tcPr>
          <w:p w14:paraId="6AD88FAC" w14:textId="77777777" w:rsidR="00854CB5" w:rsidRPr="00C85550" w:rsidRDefault="00854CB5" w:rsidP="00A96840">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110CA828" w14:textId="0E5F88E3" w:rsidR="00854CB5" w:rsidRPr="00C85550" w:rsidRDefault="00D73C5B" w:rsidP="00A96840">
            <w:pPr>
              <w:jc w:val="center"/>
              <w:rPr>
                <w:rFonts w:ascii="Times New Roman" w:hAnsi="Times New Roman"/>
              </w:rPr>
            </w:pPr>
            <w:r w:rsidRPr="00C85550">
              <w:rPr>
                <w:rFonts w:ascii="Times New Roman" w:hAnsi="Times New Roman"/>
              </w:rPr>
              <w:t>169.14</w:t>
            </w:r>
          </w:p>
        </w:tc>
      </w:tr>
      <w:tr w:rsidR="00854CB5" w:rsidRPr="00C85550" w14:paraId="140968FF" w14:textId="77777777" w:rsidTr="00A96840">
        <w:trPr>
          <w:trHeight w:hRule="exact" w:val="369"/>
          <w:jc w:val="center"/>
        </w:trPr>
        <w:tc>
          <w:tcPr>
            <w:tcW w:w="1008" w:type="pct"/>
            <w:tcBorders>
              <w:top w:val="nil"/>
              <w:left w:val="nil"/>
              <w:bottom w:val="nil"/>
              <w:right w:val="nil"/>
            </w:tcBorders>
            <w:vAlign w:val="center"/>
          </w:tcPr>
          <w:p w14:paraId="4BDF5D84" w14:textId="77777777" w:rsidR="00854CB5" w:rsidRPr="00C85550" w:rsidRDefault="00854CB5" w:rsidP="00A96840">
            <w:pPr>
              <w:jc w:val="center"/>
              <w:rPr>
                <w:rFonts w:ascii="Times New Roman" w:hAnsi="Times New Roman"/>
                <w:b/>
              </w:rPr>
            </w:pPr>
            <w:r w:rsidRPr="00C85550">
              <w:rPr>
                <w:rFonts w:ascii="Times New Roman" w:hAnsi="Times New Roman"/>
                <w:b/>
              </w:rPr>
              <w:t>5</w:t>
            </w:r>
          </w:p>
        </w:tc>
        <w:tc>
          <w:tcPr>
            <w:tcW w:w="1002" w:type="pct"/>
            <w:tcBorders>
              <w:top w:val="nil"/>
              <w:left w:val="nil"/>
              <w:bottom w:val="nil"/>
              <w:right w:val="nil"/>
            </w:tcBorders>
            <w:vAlign w:val="center"/>
          </w:tcPr>
          <w:p w14:paraId="5313767B" w14:textId="77777777" w:rsidR="00854CB5" w:rsidRPr="00C85550" w:rsidRDefault="00854CB5" w:rsidP="00A96840">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2CB52B3F" w14:textId="54A84988" w:rsidR="00854CB5" w:rsidRPr="00C85550" w:rsidRDefault="00A1006F" w:rsidP="00A96840">
            <w:pPr>
              <w:jc w:val="center"/>
              <w:rPr>
                <w:rFonts w:ascii="Times New Roman" w:hAnsi="Times New Roman"/>
              </w:rPr>
            </w:pPr>
            <w:r w:rsidRPr="00C85550">
              <w:rPr>
                <w:rFonts w:ascii="Times New Roman" w:hAnsi="Times New Roman"/>
              </w:rPr>
              <w:t>112.09</w:t>
            </w:r>
          </w:p>
        </w:tc>
        <w:tc>
          <w:tcPr>
            <w:tcW w:w="1001" w:type="pct"/>
            <w:tcBorders>
              <w:top w:val="nil"/>
              <w:left w:val="nil"/>
              <w:bottom w:val="nil"/>
              <w:right w:val="nil"/>
            </w:tcBorders>
            <w:vAlign w:val="center"/>
          </w:tcPr>
          <w:p w14:paraId="3D48CC34" w14:textId="77777777" w:rsidR="00854CB5" w:rsidRPr="00C85550" w:rsidRDefault="00854CB5" w:rsidP="00A96840">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2CCEC933" w14:textId="34FB9360" w:rsidR="00854CB5" w:rsidRPr="00C85550" w:rsidRDefault="00D73C5B" w:rsidP="00A96840">
            <w:pPr>
              <w:jc w:val="center"/>
              <w:rPr>
                <w:rFonts w:ascii="Times New Roman" w:hAnsi="Times New Roman"/>
              </w:rPr>
            </w:pPr>
            <w:r w:rsidRPr="00C85550">
              <w:rPr>
                <w:rFonts w:ascii="Times New Roman" w:hAnsi="Times New Roman"/>
              </w:rPr>
              <w:t>108.85</w:t>
            </w:r>
          </w:p>
        </w:tc>
      </w:tr>
      <w:tr w:rsidR="00A1006F" w:rsidRPr="00C85550" w14:paraId="46CB060E" w14:textId="77777777" w:rsidTr="00A96840">
        <w:trPr>
          <w:trHeight w:hRule="exact" w:val="369"/>
          <w:jc w:val="center"/>
        </w:trPr>
        <w:tc>
          <w:tcPr>
            <w:tcW w:w="1008" w:type="pct"/>
            <w:tcBorders>
              <w:top w:val="nil"/>
              <w:left w:val="nil"/>
              <w:bottom w:val="nil"/>
              <w:right w:val="nil"/>
            </w:tcBorders>
            <w:vAlign w:val="center"/>
          </w:tcPr>
          <w:p w14:paraId="480DAC58" w14:textId="77777777" w:rsidR="00A1006F" w:rsidRPr="00C85550" w:rsidRDefault="00A1006F" w:rsidP="00A1006F">
            <w:pPr>
              <w:jc w:val="center"/>
              <w:rPr>
                <w:rFonts w:ascii="Times New Roman" w:hAnsi="Times New Roman"/>
                <w:b/>
              </w:rPr>
            </w:pPr>
            <w:r w:rsidRPr="00C85550">
              <w:rPr>
                <w:rFonts w:ascii="Times New Roman" w:hAnsi="Times New Roman"/>
                <w:b/>
              </w:rPr>
              <w:t>6</w:t>
            </w:r>
          </w:p>
        </w:tc>
        <w:tc>
          <w:tcPr>
            <w:tcW w:w="1002" w:type="pct"/>
            <w:tcBorders>
              <w:top w:val="nil"/>
              <w:left w:val="nil"/>
              <w:bottom w:val="nil"/>
              <w:right w:val="nil"/>
            </w:tcBorders>
            <w:vAlign w:val="center"/>
          </w:tcPr>
          <w:p w14:paraId="4F997E2A" w14:textId="2A3622C2"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E89F510" w14:textId="3BB8F166" w:rsidR="00A1006F" w:rsidRPr="00C85550" w:rsidRDefault="00A1006F" w:rsidP="00A1006F">
            <w:pPr>
              <w:jc w:val="center"/>
              <w:rPr>
                <w:rFonts w:ascii="Times New Roman" w:hAnsi="Times New Roman"/>
              </w:rPr>
            </w:pPr>
            <w:r w:rsidRPr="00C85550">
              <w:rPr>
                <w:rFonts w:ascii="Times New Roman" w:hAnsi="Times New Roman"/>
              </w:rPr>
              <w:t>149.79</w:t>
            </w:r>
          </w:p>
        </w:tc>
        <w:tc>
          <w:tcPr>
            <w:tcW w:w="1001" w:type="pct"/>
            <w:tcBorders>
              <w:top w:val="nil"/>
              <w:left w:val="nil"/>
              <w:bottom w:val="nil"/>
              <w:right w:val="nil"/>
            </w:tcBorders>
            <w:vAlign w:val="center"/>
          </w:tcPr>
          <w:p w14:paraId="1D8B3E8E" w14:textId="633ABA81" w:rsidR="00A1006F" w:rsidRPr="00C85550" w:rsidRDefault="00A1006F"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01EB9BF7" w14:textId="4F8F4E30" w:rsidR="00A1006F" w:rsidRPr="00C85550" w:rsidRDefault="00D73C5B" w:rsidP="00A1006F">
            <w:pPr>
              <w:jc w:val="center"/>
              <w:rPr>
                <w:rFonts w:ascii="Times New Roman" w:hAnsi="Times New Roman"/>
              </w:rPr>
            </w:pPr>
            <w:r w:rsidRPr="00C85550">
              <w:rPr>
                <w:rFonts w:ascii="Times New Roman" w:hAnsi="Times New Roman"/>
              </w:rPr>
              <w:t>148.89</w:t>
            </w:r>
          </w:p>
        </w:tc>
      </w:tr>
      <w:tr w:rsidR="00A1006F" w:rsidRPr="00C85550" w14:paraId="0391D98C" w14:textId="77777777" w:rsidTr="00A96840">
        <w:trPr>
          <w:trHeight w:hRule="exact" w:val="369"/>
          <w:jc w:val="center"/>
        </w:trPr>
        <w:tc>
          <w:tcPr>
            <w:tcW w:w="1008" w:type="pct"/>
            <w:tcBorders>
              <w:top w:val="nil"/>
              <w:left w:val="nil"/>
              <w:bottom w:val="nil"/>
              <w:right w:val="nil"/>
            </w:tcBorders>
            <w:vAlign w:val="center"/>
          </w:tcPr>
          <w:p w14:paraId="75B4312F" w14:textId="77777777" w:rsidR="00A1006F" w:rsidRPr="00C85550" w:rsidRDefault="00A1006F" w:rsidP="00A1006F">
            <w:pPr>
              <w:jc w:val="center"/>
              <w:rPr>
                <w:rFonts w:ascii="Times New Roman" w:hAnsi="Times New Roman"/>
                <w:b/>
              </w:rPr>
            </w:pPr>
            <w:r w:rsidRPr="00C85550">
              <w:rPr>
                <w:rFonts w:ascii="Times New Roman" w:hAnsi="Times New Roman"/>
                <w:b/>
              </w:rPr>
              <w:t>7</w:t>
            </w:r>
          </w:p>
        </w:tc>
        <w:tc>
          <w:tcPr>
            <w:tcW w:w="1002" w:type="pct"/>
            <w:tcBorders>
              <w:top w:val="nil"/>
              <w:left w:val="nil"/>
              <w:bottom w:val="nil"/>
              <w:right w:val="nil"/>
            </w:tcBorders>
            <w:vAlign w:val="center"/>
          </w:tcPr>
          <w:p w14:paraId="1CCFD0B6" w14:textId="65BD970F" w:rsidR="00A1006F" w:rsidRPr="00C85550" w:rsidRDefault="00A1006F" w:rsidP="00A1006F">
            <w:pPr>
              <w:jc w:val="center"/>
              <w:rPr>
                <w:rFonts w:ascii="Times New Roman" w:hAnsi="Times New Roman"/>
              </w:rPr>
            </w:pPr>
            <w:r w:rsidRPr="00C85550">
              <w:rPr>
                <w:rFonts w:ascii="Times New Roman" w:hAnsi="Times New Roman"/>
              </w:rPr>
              <w:t>6.84</w:t>
            </w:r>
          </w:p>
        </w:tc>
        <w:tc>
          <w:tcPr>
            <w:tcW w:w="1001" w:type="pct"/>
            <w:tcBorders>
              <w:top w:val="nil"/>
              <w:left w:val="nil"/>
              <w:bottom w:val="nil"/>
              <w:right w:val="nil"/>
            </w:tcBorders>
            <w:vAlign w:val="center"/>
          </w:tcPr>
          <w:p w14:paraId="6B869AAD" w14:textId="02B33CB9" w:rsidR="00A1006F" w:rsidRPr="00C85550" w:rsidRDefault="00A1006F" w:rsidP="00A1006F">
            <w:pPr>
              <w:jc w:val="center"/>
              <w:rPr>
                <w:rFonts w:ascii="Times New Roman" w:hAnsi="Times New Roman"/>
              </w:rPr>
            </w:pPr>
            <w:r w:rsidRPr="00C85550">
              <w:rPr>
                <w:rFonts w:ascii="Times New Roman" w:hAnsi="Times New Roman"/>
              </w:rPr>
              <w:t>116.03</w:t>
            </w:r>
          </w:p>
        </w:tc>
        <w:tc>
          <w:tcPr>
            <w:tcW w:w="1001" w:type="pct"/>
            <w:tcBorders>
              <w:top w:val="nil"/>
              <w:left w:val="nil"/>
              <w:bottom w:val="nil"/>
              <w:right w:val="nil"/>
            </w:tcBorders>
            <w:vAlign w:val="center"/>
          </w:tcPr>
          <w:p w14:paraId="25E8C068" w14:textId="5B4A2C8E" w:rsidR="00A1006F" w:rsidRPr="00C85550" w:rsidRDefault="00A1006F" w:rsidP="00A1006F">
            <w:pPr>
              <w:jc w:val="center"/>
              <w:rPr>
                <w:rFonts w:ascii="Times New Roman" w:hAnsi="Times New Roman"/>
              </w:rPr>
            </w:pPr>
            <w:r w:rsidRPr="00C85550">
              <w:rPr>
                <w:rFonts w:ascii="Times New Roman" w:hAnsi="Times New Roman"/>
              </w:rPr>
              <w:t>6.79</w:t>
            </w:r>
          </w:p>
        </w:tc>
        <w:tc>
          <w:tcPr>
            <w:tcW w:w="988" w:type="pct"/>
            <w:tcBorders>
              <w:top w:val="nil"/>
              <w:left w:val="nil"/>
              <w:bottom w:val="nil"/>
              <w:right w:val="nil"/>
            </w:tcBorders>
            <w:vAlign w:val="center"/>
          </w:tcPr>
          <w:p w14:paraId="6D2A1C70" w14:textId="1DF39874" w:rsidR="00A1006F" w:rsidRPr="00C85550" w:rsidRDefault="00D73C5B" w:rsidP="00A1006F">
            <w:pPr>
              <w:jc w:val="center"/>
              <w:rPr>
                <w:rFonts w:ascii="Times New Roman" w:hAnsi="Times New Roman"/>
              </w:rPr>
            </w:pPr>
            <w:r w:rsidRPr="00C85550">
              <w:rPr>
                <w:rFonts w:ascii="Times New Roman" w:hAnsi="Times New Roman"/>
              </w:rPr>
              <w:t>115.40</w:t>
            </w:r>
          </w:p>
        </w:tc>
      </w:tr>
      <w:tr w:rsidR="00A1006F" w:rsidRPr="00C85550" w14:paraId="1AB7BFF3" w14:textId="77777777" w:rsidTr="00A96840">
        <w:trPr>
          <w:trHeight w:hRule="exact" w:val="369"/>
          <w:jc w:val="center"/>
        </w:trPr>
        <w:tc>
          <w:tcPr>
            <w:tcW w:w="1008" w:type="pct"/>
            <w:tcBorders>
              <w:top w:val="nil"/>
              <w:left w:val="nil"/>
              <w:bottom w:val="nil"/>
              <w:right w:val="nil"/>
            </w:tcBorders>
            <w:vAlign w:val="center"/>
          </w:tcPr>
          <w:p w14:paraId="0D536FDB" w14:textId="77777777" w:rsidR="00A1006F" w:rsidRPr="00C85550" w:rsidRDefault="00A1006F" w:rsidP="00A1006F">
            <w:pPr>
              <w:jc w:val="center"/>
              <w:rPr>
                <w:rFonts w:ascii="Times New Roman" w:hAnsi="Times New Roman"/>
                <w:b/>
              </w:rPr>
            </w:pPr>
            <w:r w:rsidRPr="00C85550">
              <w:rPr>
                <w:rFonts w:ascii="Times New Roman" w:hAnsi="Times New Roman"/>
                <w:b/>
              </w:rPr>
              <w:t>8</w:t>
            </w:r>
          </w:p>
        </w:tc>
        <w:tc>
          <w:tcPr>
            <w:tcW w:w="1002" w:type="pct"/>
            <w:tcBorders>
              <w:top w:val="nil"/>
              <w:left w:val="nil"/>
              <w:bottom w:val="nil"/>
              <w:right w:val="nil"/>
            </w:tcBorders>
            <w:vAlign w:val="center"/>
          </w:tcPr>
          <w:p w14:paraId="54F6ED8A" w14:textId="11B19D03" w:rsidR="00A1006F" w:rsidRPr="00C85550" w:rsidRDefault="00A1006F" w:rsidP="00A1006F">
            <w:pPr>
              <w:jc w:val="center"/>
              <w:rPr>
                <w:rFonts w:ascii="Times New Roman" w:hAnsi="Times New Roman"/>
              </w:rPr>
            </w:pPr>
            <w:r w:rsidRPr="00C85550">
              <w:rPr>
                <w:rFonts w:ascii="Times New Roman" w:hAnsi="Times New Roman"/>
              </w:rPr>
              <w:t>7.25</w:t>
            </w:r>
          </w:p>
        </w:tc>
        <w:tc>
          <w:tcPr>
            <w:tcW w:w="1001" w:type="pct"/>
            <w:tcBorders>
              <w:top w:val="nil"/>
              <w:left w:val="nil"/>
              <w:bottom w:val="nil"/>
              <w:right w:val="nil"/>
            </w:tcBorders>
            <w:vAlign w:val="center"/>
          </w:tcPr>
          <w:p w14:paraId="20039DD4" w14:textId="6EDF01B9" w:rsidR="00A1006F" w:rsidRPr="00C85550" w:rsidRDefault="00A1006F" w:rsidP="00A1006F">
            <w:pPr>
              <w:jc w:val="center"/>
              <w:rPr>
                <w:rFonts w:ascii="Times New Roman" w:hAnsi="Times New Roman"/>
              </w:rPr>
            </w:pPr>
            <w:r w:rsidRPr="00C85550">
              <w:rPr>
                <w:rFonts w:ascii="Times New Roman" w:hAnsi="Times New Roman"/>
              </w:rPr>
              <w:t>132.06</w:t>
            </w:r>
          </w:p>
        </w:tc>
        <w:tc>
          <w:tcPr>
            <w:tcW w:w="1001" w:type="pct"/>
            <w:tcBorders>
              <w:top w:val="nil"/>
              <w:left w:val="nil"/>
              <w:bottom w:val="nil"/>
              <w:right w:val="nil"/>
            </w:tcBorders>
            <w:vAlign w:val="center"/>
          </w:tcPr>
          <w:p w14:paraId="45CA878F" w14:textId="0C6E5327" w:rsidR="00A1006F" w:rsidRPr="00C85550" w:rsidRDefault="00A1006F" w:rsidP="00A1006F">
            <w:pPr>
              <w:jc w:val="center"/>
              <w:rPr>
                <w:rFonts w:ascii="Times New Roman" w:hAnsi="Times New Roman"/>
              </w:rPr>
            </w:pPr>
            <w:r w:rsidRPr="00C85550">
              <w:rPr>
                <w:rFonts w:ascii="Times New Roman" w:hAnsi="Times New Roman"/>
              </w:rPr>
              <w:t>7.2</w:t>
            </w:r>
            <w:r w:rsidR="00FE1F12" w:rsidRPr="00C85550">
              <w:rPr>
                <w:rFonts w:ascii="Times New Roman" w:hAnsi="Times New Roman"/>
              </w:rPr>
              <w:t>0</w:t>
            </w:r>
          </w:p>
        </w:tc>
        <w:tc>
          <w:tcPr>
            <w:tcW w:w="988" w:type="pct"/>
            <w:tcBorders>
              <w:top w:val="nil"/>
              <w:left w:val="nil"/>
              <w:bottom w:val="nil"/>
              <w:right w:val="nil"/>
            </w:tcBorders>
            <w:vAlign w:val="center"/>
          </w:tcPr>
          <w:p w14:paraId="05BF65F9" w14:textId="193F76B9" w:rsidR="00A1006F" w:rsidRPr="00C85550" w:rsidRDefault="00D73C5B" w:rsidP="00A1006F">
            <w:pPr>
              <w:jc w:val="center"/>
              <w:rPr>
                <w:rFonts w:ascii="Times New Roman" w:hAnsi="Times New Roman"/>
              </w:rPr>
            </w:pPr>
            <w:r w:rsidRPr="00C85550">
              <w:rPr>
                <w:rFonts w:ascii="Times New Roman" w:hAnsi="Times New Roman"/>
              </w:rPr>
              <w:t>132.06</w:t>
            </w:r>
          </w:p>
        </w:tc>
      </w:tr>
      <w:tr w:rsidR="00A1006F" w:rsidRPr="00C85550" w14:paraId="1A21A42F" w14:textId="77777777" w:rsidTr="00A96840">
        <w:trPr>
          <w:trHeight w:hRule="exact" w:val="369"/>
          <w:jc w:val="center"/>
        </w:trPr>
        <w:tc>
          <w:tcPr>
            <w:tcW w:w="1008" w:type="pct"/>
            <w:tcBorders>
              <w:top w:val="nil"/>
              <w:left w:val="nil"/>
              <w:bottom w:val="nil"/>
              <w:right w:val="nil"/>
            </w:tcBorders>
            <w:vAlign w:val="center"/>
          </w:tcPr>
          <w:p w14:paraId="164B937D" w14:textId="77777777" w:rsidR="00A1006F" w:rsidRPr="00C85550" w:rsidRDefault="00A1006F" w:rsidP="00A1006F">
            <w:pPr>
              <w:jc w:val="center"/>
              <w:rPr>
                <w:rFonts w:ascii="Times New Roman" w:hAnsi="Times New Roman"/>
                <w:b/>
              </w:rPr>
            </w:pPr>
            <w:r w:rsidRPr="00C85550">
              <w:rPr>
                <w:rFonts w:ascii="Times New Roman" w:hAnsi="Times New Roman"/>
                <w:b/>
              </w:rPr>
              <w:t>9</w:t>
            </w:r>
          </w:p>
        </w:tc>
        <w:tc>
          <w:tcPr>
            <w:tcW w:w="1002" w:type="pct"/>
            <w:tcBorders>
              <w:top w:val="nil"/>
              <w:left w:val="nil"/>
              <w:bottom w:val="nil"/>
              <w:right w:val="nil"/>
            </w:tcBorders>
            <w:vAlign w:val="center"/>
          </w:tcPr>
          <w:p w14:paraId="6C65DD74" w14:textId="42F4D11F" w:rsidR="00A1006F" w:rsidRPr="00C85550" w:rsidRDefault="00A1006F" w:rsidP="00A1006F">
            <w:pPr>
              <w:jc w:val="center"/>
              <w:rPr>
                <w:rFonts w:ascii="Times New Roman" w:hAnsi="Times New Roman"/>
              </w:rPr>
            </w:pPr>
            <w:r w:rsidRPr="00C85550">
              <w:rPr>
                <w:rFonts w:ascii="Times New Roman" w:hAnsi="Times New Roman"/>
              </w:rPr>
              <w:t>6.63</w:t>
            </w:r>
          </w:p>
        </w:tc>
        <w:tc>
          <w:tcPr>
            <w:tcW w:w="1001" w:type="pct"/>
            <w:tcBorders>
              <w:top w:val="nil"/>
              <w:left w:val="nil"/>
              <w:bottom w:val="nil"/>
              <w:right w:val="nil"/>
            </w:tcBorders>
            <w:vAlign w:val="center"/>
          </w:tcPr>
          <w:p w14:paraId="1AED8A14" w14:textId="31F88742" w:rsidR="00A1006F" w:rsidRPr="00C85550" w:rsidRDefault="00A1006F" w:rsidP="00A1006F">
            <w:pPr>
              <w:jc w:val="center"/>
              <w:rPr>
                <w:rFonts w:ascii="Times New Roman" w:hAnsi="Times New Roman"/>
              </w:rPr>
            </w:pPr>
            <w:r w:rsidRPr="00C85550">
              <w:rPr>
                <w:rFonts w:ascii="Times New Roman" w:hAnsi="Times New Roman"/>
              </w:rPr>
              <w:t>114.17</w:t>
            </w:r>
          </w:p>
        </w:tc>
        <w:tc>
          <w:tcPr>
            <w:tcW w:w="1001" w:type="pct"/>
            <w:tcBorders>
              <w:top w:val="nil"/>
              <w:left w:val="nil"/>
              <w:bottom w:val="nil"/>
              <w:right w:val="nil"/>
            </w:tcBorders>
            <w:vAlign w:val="center"/>
          </w:tcPr>
          <w:p w14:paraId="25D6DA23" w14:textId="02AAD545" w:rsidR="00A1006F" w:rsidRPr="00C85550" w:rsidRDefault="00D73C5B" w:rsidP="00A1006F">
            <w:pPr>
              <w:jc w:val="center"/>
              <w:rPr>
                <w:rFonts w:ascii="Times New Roman" w:hAnsi="Times New Roman"/>
              </w:rPr>
            </w:pPr>
            <w:r w:rsidRPr="00C85550">
              <w:rPr>
                <w:rFonts w:ascii="Times New Roman" w:hAnsi="Times New Roman"/>
              </w:rPr>
              <w:t>6.57</w:t>
            </w:r>
          </w:p>
        </w:tc>
        <w:tc>
          <w:tcPr>
            <w:tcW w:w="988" w:type="pct"/>
            <w:tcBorders>
              <w:top w:val="nil"/>
              <w:left w:val="nil"/>
              <w:bottom w:val="nil"/>
              <w:right w:val="nil"/>
            </w:tcBorders>
            <w:vAlign w:val="center"/>
          </w:tcPr>
          <w:p w14:paraId="3E7B4562" w14:textId="02DA34D2" w:rsidR="00A1006F" w:rsidRPr="00C85550" w:rsidRDefault="00D73C5B" w:rsidP="00A1006F">
            <w:pPr>
              <w:jc w:val="center"/>
              <w:rPr>
                <w:rFonts w:ascii="Times New Roman" w:hAnsi="Times New Roman"/>
              </w:rPr>
            </w:pPr>
            <w:r w:rsidRPr="00C85550">
              <w:rPr>
                <w:rFonts w:ascii="Times New Roman" w:hAnsi="Times New Roman"/>
              </w:rPr>
              <w:t>114.31</w:t>
            </w:r>
          </w:p>
        </w:tc>
      </w:tr>
      <w:tr w:rsidR="00A1006F" w:rsidRPr="00C85550" w14:paraId="4FD5815C" w14:textId="77777777" w:rsidTr="00A96840">
        <w:trPr>
          <w:trHeight w:hRule="exact" w:val="369"/>
          <w:jc w:val="center"/>
        </w:trPr>
        <w:tc>
          <w:tcPr>
            <w:tcW w:w="1008" w:type="pct"/>
            <w:tcBorders>
              <w:top w:val="nil"/>
              <w:left w:val="nil"/>
              <w:bottom w:val="nil"/>
              <w:right w:val="nil"/>
            </w:tcBorders>
            <w:vAlign w:val="center"/>
          </w:tcPr>
          <w:p w14:paraId="17A461EA" w14:textId="77777777" w:rsidR="00A1006F" w:rsidRPr="00C85550" w:rsidRDefault="00A1006F" w:rsidP="00A1006F">
            <w:pPr>
              <w:jc w:val="center"/>
              <w:rPr>
                <w:rFonts w:ascii="Times New Roman" w:hAnsi="Times New Roman"/>
                <w:b/>
              </w:rPr>
            </w:pPr>
            <w:r w:rsidRPr="00C85550">
              <w:rPr>
                <w:rFonts w:ascii="Times New Roman" w:hAnsi="Times New Roman"/>
                <w:b/>
              </w:rPr>
              <w:t>10</w:t>
            </w:r>
          </w:p>
        </w:tc>
        <w:tc>
          <w:tcPr>
            <w:tcW w:w="1002" w:type="pct"/>
            <w:tcBorders>
              <w:top w:val="nil"/>
              <w:left w:val="nil"/>
              <w:bottom w:val="nil"/>
              <w:right w:val="nil"/>
            </w:tcBorders>
            <w:vAlign w:val="center"/>
          </w:tcPr>
          <w:p w14:paraId="184D0263" w14:textId="2EC1ED03" w:rsidR="00A1006F" w:rsidRPr="00C85550" w:rsidRDefault="00A1006F" w:rsidP="00A1006F">
            <w:pPr>
              <w:jc w:val="center"/>
              <w:rPr>
                <w:rFonts w:ascii="Times New Roman" w:hAnsi="Times New Roman"/>
              </w:rPr>
            </w:pPr>
            <w:r w:rsidRPr="00C85550">
              <w:rPr>
                <w:rFonts w:ascii="Times New Roman" w:hAnsi="Times New Roman"/>
              </w:rPr>
              <w:t>7.67</w:t>
            </w:r>
          </w:p>
        </w:tc>
        <w:tc>
          <w:tcPr>
            <w:tcW w:w="1001" w:type="pct"/>
            <w:tcBorders>
              <w:top w:val="nil"/>
              <w:left w:val="nil"/>
              <w:bottom w:val="nil"/>
              <w:right w:val="nil"/>
            </w:tcBorders>
            <w:vAlign w:val="center"/>
          </w:tcPr>
          <w:p w14:paraId="5D61422A" w14:textId="3336391A" w:rsidR="00A1006F" w:rsidRPr="00C85550" w:rsidRDefault="00A1006F" w:rsidP="00A1006F">
            <w:pPr>
              <w:jc w:val="center"/>
              <w:rPr>
                <w:rFonts w:ascii="Times New Roman" w:hAnsi="Times New Roman"/>
              </w:rPr>
            </w:pPr>
            <w:r w:rsidRPr="00C85550">
              <w:rPr>
                <w:rFonts w:ascii="Times New Roman" w:hAnsi="Times New Roman"/>
              </w:rPr>
              <w:t>127.81</w:t>
            </w:r>
          </w:p>
        </w:tc>
        <w:tc>
          <w:tcPr>
            <w:tcW w:w="1001" w:type="pct"/>
            <w:tcBorders>
              <w:top w:val="nil"/>
              <w:left w:val="nil"/>
              <w:bottom w:val="nil"/>
              <w:right w:val="nil"/>
            </w:tcBorders>
            <w:vAlign w:val="center"/>
          </w:tcPr>
          <w:p w14:paraId="773439EB" w14:textId="39F5A6A8" w:rsidR="00A1006F" w:rsidRPr="00C85550" w:rsidRDefault="00A1006F" w:rsidP="00A1006F">
            <w:pPr>
              <w:jc w:val="center"/>
              <w:rPr>
                <w:rFonts w:ascii="Times New Roman" w:hAnsi="Times New Roman"/>
              </w:rPr>
            </w:pPr>
            <w:r w:rsidRPr="00C85550">
              <w:rPr>
                <w:rFonts w:ascii="Times New Roman" w:hAnsi="Times New Roman"/>
              </w:rPr>
              <w:t>7.69</w:t>
            </w:r>
          </w:p>
        </w:tc>
        <w:tc>
          <w:tcPr>
            <w:tcW w:w="988" w:type="pct"/>
            <w:tcBorders>
              <w:top w:val="nil"/>
              <w:left w:val="nil"/>
              <w:bottom w:val="nil"/>
              <w:right w:val="nil"/>
            </w:tcBorders>
            <w:vAlign w:val="center"/>
          </w:tcPr>
          <w:p w14:paraId="299EE575" w14:textId="72EE626B" w:rsidR="00A1006F" w:rsidRPr="00C85550" w:rsidRDefault="00D73C5B" w:rsidP="00A1006F">
            <w:pPr>
              <w:jc w:val="center"/>
              <w:rPr>
                <w:rFonts w:ascii="Times New Roman" w:hAnsi="Times New Roman"/>
              </w:rPr>
            </w:pPr>
            <w:r w:rsidRPr="00C85550">
              <w:rPr>
                <w:rFonts w:ascii="Times New Roman" w:hAnsi="Times New Roman"/>
              </w:rPr>
              <w:t>129.38</w:t>
            </w:r>
          </w:p>
        </w:tc>
      </w:tr>
      <w:tr w:rsidR="00A1006F" w:rsidRPr="00C85550" w14:paraId="48A9C6C5" w14:textId="77777777" w:rsidTr="00A96840">
        <w:trPr>
          <w:trHeight w:hRule="exact" w:val="369"/>
          <w:jc w:val="center"/>
        </w:trPr>
        <w:tc>
          <w:tcPr>
            <w:tcW w:w="1008" w:type="pct"/>
            <w:tcBorders>
              <w:top w:val="nil"/>
              <w:left w:val="nil"/>
              <w:bottom w:val="nil"/>
              <w:right w:val="nil"/>
            </w:tcBorders>
            <w:vAlign w:val="center"/>
          </w:tcPr>
          <w:p w14:paraId="4CD087AE" w14:textId="77777777" w:rsidR="00A1006F" w:rsidRPr="00C85550" w:rsidRDefault="00A1006F" w:rsidP="00A1006F">
            <w:pPr>
              <w:jc w:val="center"/>
              <w:rPr>
                <w:rFonts w:ascii="Times New Roman" w:hAnsi="Times New Roman"/>
                <w:b/>
              </w:rPr>
            </w:pPr>
            <w:r w:rsidRPr="00C85550">
              <w:rPr>
                <w:rFonts w:ascii="Times New Roman" w:hAnsi="Times New Roman"/>
                <w:b/>
              </w:rPr>
              <w:t>11</w:t>
            </w:r>
          </w:p>
        </w:tc>
        <w:tc>
          <w:tcPr>
            <w:tcW w:w="1002" w:type="pct"/>
            <w:tcBorders>
              <w:top w:val="nil"/>
              <w:left w:val="nil"/>
              <w:bottom w:val="nil"/>
              <w:right w:val="nil"/>
            </w:tcBorders>
            <w:vAlign w:val="center"/>
          </w:tcPr>
          <w:p w14:paraId="76F1EF35"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A72ABA8" w14:textId="6952DDAC" w:rsidR="00A1006F" w:rsidRPr="00C85550" w:rsidRDefault="00A1006F" w:rsidP="00A1006F">
            <w:pPr>
              <w:jc w:val="center"/>
              <w:rPr>
                <w:rFonts w:ascii="Times New Roman" w:hAnsi="Times New Roman"/>
              </w:rPr>
            </w:pPr>
            <w:r w:rsidRPr="00C85550">
              <w:rPr>
                <w:rFonts w:ascii="Times New Roman" w:hAnsi="Times New Roman"/>
              </w:rPr>
              <w:t>118.37</w:t>
            </w:r>
          </w:p>
        </w:tc>
        <w:tc>
          <w:tcPr>
            <w:tcW w:w="1001" w:type="pct"/>
            <w:tcBorders>
              <w:top w:val="nil"/>
              <w:left w:val="nil"/>
              <w:bottom w:val="nil"/>
              <w:right w:val="nil"/>
            </w:tcBorders>
            <w:vAlign w:val="center"/>
          </w:tcPr>
          <w:p w14:paraId="5C3018FB"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3C3B43EE" w14:textId="3C482709" w:rsidR="00A1006F" w:rsidRPr="00C85550" w:rsidRDefault="00D73C5B" w:rsidP="00A1006F">
            <w:pPr>
              <w:jc w:val="center"/>
              <w:rPr>
                <w:rFonts w:ascii="Times New Roman" w:hAnsi="Times New Roman"/>
              </w:rPr>
            </w:pPr>
            <w:r w:rsidRPr="00C85550">
              <w:rPr>
                <w:rFonts w:ascii="Times New Roman" w:hAnsi="Times New Roman"/>
              </w:rPr>
              <w:t>119.83</w:t>
            </w:r>
          </w:p>
        </w:tc>
      </w:tr>
      <w:tr w:rsidR="00A1006F" w:rsidRPr="00C85550" w14:paraId="55635871" w14:textId="77777777" w:rsidTr="00A96840">
        <w:trPr>
          <w:trHeight w:hRule="exact" w:val="369"/>
          <w:jc w:val="center"/>
        </w:trPr>
        <w:tc>
          <w:tcPr>
            <w:tcW w:w="1008" w:type="pct"/>
            <w:tcBorders>
              <w:top w:val="nil"/>
              <w:left w:val="nil"/>
              <w:bottom w:val="nil"/>
              <w:right w:val="nil"/>
            </w:tcBorders>
            <w:vAlign w:val="center"/>
          </w:tcPr>
          <w:p w14:paraId="343B4E15" w14:textId="77777777" w:rsidR="00A1006F" w:rsidRPr="00C85550" w:rsidRDefault="00A1006F" w:rsidP="00A1006F">
            <w:pPr>
              <w:jc w:val="center"/>
              <w:rPr>
                <w:rFonts w:ascii="Times New Roman" w:hAnsi="Times New Roman"/>
                <w:b/>
              </w:rPr>
            </w:pPr>
            <w:r w:rsidRPr="00C85550">
              <w:rPr>
                <w:rFonts w:ascii="Times New Roman" w:hAnsi="Times New Roman"/>
                <w:b/>
              </w:rPr>
              <w:t>12</w:t>
            </w:r>
          </w:p>
        </w:tc>
        <w:tc>
          <w:tcPr>
            <w:tcW w:w="1002" w:type="pct"/>
            <w:tcBorders>
              <w:top w:val="nil"/>
              <w:left w:val="nil"/>
              <w:bottom w:val="nil"/>
              <w:right w:val="nil"/>
            </w:tcBorders>
            <w:vAlign w:val="center"/>
          </w:tcPr>
          <w:p w14:paraId="622F3F4A"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99BD48C" w14:textId="3430CF46" w:rsidR="00A1006F" w:rsidRPr="00C85550" w:rsidRDefault="00A1006F" w:rsidP="00A1006F">
            <w:pPr>
              <w:jc w:val="center"/>
              <w:rPr>
                <w:rFonts w:ascii="Times New Roman" w:hAnsi="Times New Roman"/>
              </w:rPr>
            </w:pPr>
            <w:r w:rsidRPr="00C85550">
              <w:rPr>
                <w:rFonts w:ascii="Times New Roman" w:hAnsi="Times New Roman"/>
              </w:rPr>
              <w:t>151.04</w:t>
            </w:r>
          </w:p>
        </w:tc>
        <w:tc>
          <w:tcPr>
            <w:tcW w:w="1001" w:type="pct"/>
            <w:tcBorders>
              <w:top w:val="nil"/>
              <w:left w:val="nil"/>
              <w:bottom w:val="nil"/>
              <w:right w:val="nil"/>
            </w:tcBorders>
            <w:vAlign w:val="center"/>
          </w:tcPr>
          <w:p w14:paraId="7A35D074"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7D8AEAEC" w14:textId="79413D4F" w:rsidR="00A1006F" w:rsidRPr="00C85550" w:rsidRDefault="00D73C5B" w:rsidP="00A1006F">
            <w:pPr>
              <w:jc w:val="center"/>
              <w:rPr>
                <w:rFonts w:ascii="Times New Roman" w:hAnsi="Times New Roman"/>
              </w:rPr>
            </w:pPr>
            <w:r w:rsidRPr="00C85550">
              <w:rPr>
                <w:rFonts w:ascii="Times New Roman" w:hAnsi="Times New Roman"/>
              </w:rPr>
              <w:t>153.06</w:t>
            </w:r>
          </w:p>
        </w:tc>
      </w:tr>
      <w:tr w:rsidR="00A1006F" w:rsidRPr="00C85550" w14:paraId="7ABC0408" w14:textId="77777777" w:rsidTr="00A96840">
        <w:trPr>
          <w:trHeight w:hRule="exact" w:val="369"/>
          <w:jc w:val="center"/>
        </w:trPr>
        <w:tc>
          <w:tcPr>
            <w:tcW w:w="1008" w:type="pct"/>
            <w:tcBorders>
              <w:top w:val="nil"/>
              <w:left w:val="nil"/>
              <w:bottom w:val="nil"/>
              <w:right w:val="nil"/>
            </w:tcBorders>
            <w:vAlign w:val="center"/>
          </w:tcPr>
          <w:p w14:paraId="5F44D8DE" w14:textId="77777777" w:rsidR="00A1006F" w:rsidRPr="00C85550" w:rsidRDefault="00A1006F" w:rsidP="00A1006F">
            <w:pPr>
              <w:jc w:val="center"/>
              <w:rPr>
                <w:rFonts w:ascii="Times New Roman" w:hAnsi="Times New Roman"/>
                <w:b/>
              </w:rPr>
            </w:pPr>
            <w:r w:rsidRPr="00C85550">
              <w:rPr>
                <w:rFonts w:ascii="Times New Roman" w:hAnsi="Times New Roman"/>
                <w:b/>
              </w:rPr>
              <w:t>13</w:t>
            </w:r>
          </w:p>
        </w:tc>
        <w:tc>
          <w:tcPr>
            <w:tcW w:w="1002" w:type="pct"/>
            <w:tcBorders>
              <w:top w:val="nil"/>
              <w:left w:val="nil"/>
              <w:bottom w:val="nil"/>
              <w:right w:val="nil"/>
            </w:tcBorders>
            <w:vAlign w:val="center"/>
          </w:tcPr>
          <w:p w14:paraId="6F40931D" w14:textId="259DB48F" w:rsidR="00A1006F" w:rsidRPr="00C85550" w:rsidRDefault="00A1006F" w:rsidP="00A1006F">
            <w:pPr>
              <w:jc w:val="center"/>
              <w:rPr>
                <w:rFonts w:ascii="Times New Roman" w:hAnsi="Times New Roman"/>
              </w:rPr>
            </w:pPr>
            <w:r w:rsidRPr="00C85550">
              <w:rPr>
                <w:rFonts w:ascii="Times New Roman" w:hAnsi="Times New Roman"/>
              </w:rPr>
              <w:t>6.92</w:t>
            </w:r>
          </w:p>
        </w:tc>
        <w:tc>
          <w:tcPr>
            <w:tcW w:w="1001" w:type="pct"/>
            <w:tcBorders>
              <w:top w:val="nil"/>
              <w:left w:val="nil"/>
              <w:bottom w:val="nil"/>
              <w:right w:val="nil"/>
            </w:tcBorders>
            <w:vAlign w:val="center"/>
          </w:tcPr>
          <w:p w14:paraId="1B58B0E7" w14:textId="5FD32145" w:rsidR="00A1006F" w:rsidRPr="00C85550" w:rsidRDefault="00A1006F" w:rsidP="00A1006F">
            <w:pPr>
              <w:jc w:val="center"/>
              <w:rPr>
                <w:rFonts w:ascii="Times New Roman" w:hAnsi="Times New Roman"/>
              </w:rPr>
            </w:pPr>
            <w:r w:rsidRPr="00C85550">
              <w:rPr>
                <w:rFonts w:ascii="Times New Roman" w:hAnsi="Times New Roman"/>
              </w:rPr>
              <w:t>116.73</w:t>
            </w:r>
          </w:p>
        </w:tc>
        <w:tc>
          <w:tcPr>
            <w:tcW w:w="1001" w:type="pct"/>
            <w:tcBorders>
              <w:top w:val="nil"/>
              <w:left w:val="nil"/>
              <w:bottom w:val="nil"/>
              <w:right w:val="nil"/>
            </w:tcBorders>
            <w:vAlign w:val="center"/>
          </w:tcPr>
          <w:p w14:paraId="34876104" w14:textId="05B19BB2" w:rsidR="00A1006F" w:rsidRPr="00C85550" w:rsidRDefault="00A1006F" w:rsidP="00A1006F">
            <w:pPr>
              <w:jc w:val="center"/>
              <w:rPr>
                <w:rFonts w:ascii="Times New Roman" w:hAnsi="Times New Roman"/>
              </w:rPr>
            </w:pPr>
            <w:r w:rsidRPr="00C85550">
              <w:rPr>
                <w:rFonts w:ascii="Times New Roman" w:hAnsi="Times New Roman"/>
              </w:rPr>
              <w:t>6.90</w:t>
            </w:r>
          </w:p>
        </w:tc>
        <w:tc>
          <w:tcPr>
            <w:tcW w:w="988" w:type="pct"/>
            <w:tcBorders>
              <w:top w:val="nil"/>
              <w:left w:val="nil"/>
              <w:bottom w:val="nil"/>
              <w:right w:val="nil"/>
            </w:tcBorders>
            <w:vAlign w:val="center"/>
          </w:tcPr>
          <w:p w14:paraId="48A19ACA" w14:textId="66736104" w:rsidR="00A1006F" w:rsidRPr="00C85550" w:rsidRDefault="00D73C5B" w:rsidP="00A1006F">
            <w:pPr>
              <w:jc w:val="center"/>
              <w:rPr>
                <w:rFonts w:ascii="Times New Roman" w:hAnsi="Times New Roman"/>
              </w:rPr>
            </w:pPr>
            <w:r w:rsidRPr="00C85550">
              <w:rPr>
                <w:rFonts w:ascii="Times New Roman" w:hAnsi="Times New Roman"/>
              </w:rPr>
              <w:t>118.67</w:t>
            </w:r>
          </w:p>
        </w:tc>
      </w:tr>
      <w:tr w:rsidR="00A1006F" w:rsidRPr="00C85550" w14:paraId="43C99A5E" w14:textId="77777777" w:rsidTr="00A96840">
        <w:trPr>
          <w:trHeight w:hRule="exact" w:val="369"/>
          <w:jc w:val="center"/>
        </w:trPr>
        <w:tc>
          <w:tcPr>
            <w:tcW w:w="1008" w:type="pct"/>
            <w:tcBorders>
              <w:top w:val="nil"/>
              <w:left w:val="nil"/>
              <w:bottom w:val="nil"/>
              <w:right w:val="nil"/>
            </w:tcBorders>
            <w:vAlign w:val="center"/>
          </w:tcPr>
          <w:p w14:paraId="19F3A025" w14:textId="77777777" w:rsidR="00A1006F" w:rsidRPr="00C85550" w:rsidRDefault="00A1006F" w:rsidP="00A1006F">
            <w:pPr>
              <w:jc w:val="center"/>
              <w:rPr>
                <w:rFonts w:ascii="Times New Roman" w:hAnsi="Times New Roman"/>
                <w:b/>
              </w:rPr>
            </w:pPr>
            <w:r w:rsidRPr="00C85550">
              <w:rPr>
                <w:rFonts w:ascii="Times New Roman" w:hAnsi="Times New Roman"/>
                <w:b/>
              </w:rPr>
              <w:t>14</w:t>
            </w:r>
          </w:p>
        </w:tc>
        <w:tc>
          <w:tcPr>
            <w:tcW w:w="1002" w:type="pct"/>
            <w:tcBorders>
              <w:top w:val="nil"/>
              <w:left w:val="nil"/>
              <w:bottom w:val="nil"/>
              <w:right w:val="nil"/>
            </w:tcBorders>
            <w:vAlign w:val="center"/>
          </w:tcPr>
          <w:p w14:paraId="32535B06" w14:textId="0DF243C9" w:rsidR="00A1006F" w:rsidRPr="00C85550" w:rsidRDefault="00A1006F" w:rsidP="00A1006F">
            <w:pPr>
              <w:jc w:val="center"/>
              <w:rPr>
                <w:rFonts w:ascii="Times New Roman" w:hAnsi="Times New Roman"/>
              </w:rPr>
            </w:pPr>
            <w:r w:rsidRPr="00C85550">
              <w:rPr>
                <w:rFonts w:ascii="Times New Roman" w:hAnsi="Times New Roman"/>
              </w:rPr>
              <w:t>6.92</w:t>
            </w:r>
          </w:p>
        </w:tc>
        <w:tc>
          <w:tcPr>
            <w:tcW w:w="1001" w:type="pct"/>
            <w:tcBorders>
              <w:top w:val="nil"/>
              <w:left w:val="nil"/>
              <w:bottom w:val="nil"/>
              <w:right w:val="nil"/>
            </w:tcBorders>
            <w:vAlign w:val="center"/>
          </w:tcPr>
          <w:p w14:paraId="42D7B5C5" w14:textId="7A3CAD4F" w:rsidR="00A1006F" w:rsidRPr="00C85550" w:rsidRDefault="00A1006F" w:rsidP="00A1006F">
            <w:pPr>
              <w:jc w:val="center"/>
              <w:rPr>
                <w:rFonts w:ascii="Times New Roman" w:hAnsi="Times New Roman"/>
              </w:rPr>
            </w:pPr>
            <w:r w:rsidRPr="00C85550">
              <w:rPr>
                <w:rFonts w:ascii="Times New Roman" w:hAnsi="Times New Roman"/>
              </w:rPr>
              <w:t>117.37</w:t>
            </w:r>
          </w:p>
        </w:tc>
        <w:tc>
          <w:tcPr>
            <w:tcW w:w="1001" w:type="pct"/>
            <w:tcBorders>
              <w:top w:val="nil"/>
              <w:left w:val="nil"/>
              <w:bottom w:val="nil"/>
              <w:right w:val="nil"/>
            </w:tcBorders>
            <w:vAlign w:val="center"/>
          </w:tcPr>
          <w:p w14:paraId="68651012" w14:textId="3AD2411A" w:rsidR="00A1006F" w:rsidRPr="00C85550" w:rsidRDefault="00A1006F" w:rsidP="00A1006F">
            <w:pPr>
              <w:jc w:val="center"/>
              <w:rPr>
                <w:rFonts w:ascii="Times New Roman" w:hAnsi="Times New Roman"/>
              </w:rPr>
            </w:pPr>
            <w:r w:rsidRPr="00C85550">
              <w:rPr>
                <w:rFonts w:ascii="Times New Roman" w:hAnsi="Times New Roman"/>
              </w:rPr>
              <w:t>7.1</w:t>
            </w:r>
            <w:r w:rsidR="00484D47" w:rsidRPr="00C85550">
              <w:rPr>
                <w:rFonts w:ascii="Times New Roman" w:hAnsi="Times New Roman"/>
              </w:rPr>
              <w:t>3</w:t>
            </w:r>
          </w:p>
        </w:tc>
        <w:tc>
          <w:tcPr>
            <w:tcW w:w="988" w:type="pct"/>
            <w:tcBorders>
              <w:top w:val="nil"/>
              <w:left w:val="nil"/>
              <w:bottom w:val="nil"/>
              <w:right w:val="nil"/>
            </w:tcBorders>
            <w:vAlign w:val="center"/>
          </w:tcPr>
          <w:p w14:paraId="082663A6" w14:textId="489B1082" w:rsidR="00A1006F" w:rsidRPr="00C85550" w:rsidRDefault="00D73C5B" w:rsidP="00A1006F">
            <w:pPr>
              <w:jc w:val="center"/>
              <w:rPr>
                <w:rFonts w:ascii="Times New Roman" w:hAnsi="Times New Roman"/>
              </w:rPr>
            </w:pPr>
            <w:r w:rsidRPr="00C85550">
              <w:rPr>
                <w:rFonts w:ascii="Times New Roman" w:hAnsi="Times New Roman"/>
              </w:rPr>
              <w:t>120.66</w:t>
            </w:r>
          </w:p>
        </w:tc>
      </w:tr>
      <w:tr w:rsidR="00A1006F" w:rsidRPr="00C85550" w14:paraId="0608360F" w14:textId="77777777" w:rsidTr="00A96840">
        <w:trPr>
          <w:trHeight w:hRule="exact" w:val="369"/>
          <w:jc w:val="center"/>
        </w:trPr>
        <w:tc>
          <w:tcPr>
            <w:tcW w:w="1008" w:type="pct"/>
            <w:tcBorders>
              <w:top w:val="nil"/>
              <w:left w:val="nil"/>
              <w:bottom w:val="nil"/>
              <w:right w:val="nil"/>
            </w:tcBorders>
            <w:vAlign w:val="center"/>
          </w:tcPr>
          <w:p w14:paraId="2833D16E" w14:textId="77777777" w:rsidR="00A1006F" w:rsidRPr="00C85550" w:rsidRDefault="00A1006F" w:rsidP="00A1006F">
            <w:pPr>
              <w:jc w:val="center"/>
              <w:rPr>
                <w:rFonts w:ascii="Times New Roman" w:hAnsi="Times New Roman"/>
                <w:b/>
              </w:rPr>
            </w:pPr>
            <w:r w:rsidRPr="00C85550">
              <w:rPr>
                <w:rFonts w:ascii="Times New Roman" w:hAnsi="Times New Roman"/>
                <w:b/>
              </w:rPr>
              <w:t>15</w:t>
            </w:r>
          </w:p>
        </w:tc>
        <w:tc>
          <w:tcPr>
            <w:tcW w:w="1002" w:type="pct"/>
            <w:tcBorders>
              <w:top w:val="nil"/>
              <w:left w:val="nil"/>
              <w:bottom w:val="nil"/>
              <w:right w:val="nil"/>
            </w:tcBorders>
            <w:vAlign w:val="center"/>
          </w:tcPr>
          <w:p w14:paraId="66F63529" w14:textId="4D659160"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0E625BAF" w14:textId="7B7F972C" w:rsidR="00A1006F" w:rsidRPr="00C85550" w:rsidRDefault="00A1006F" w:rsidP="00A1006F">
            <w:pPr>
              <w:jc w:val="center"/>
              <w:rPr>
                <w:rFonts w:ascii="Times New Roman" w:hAnsi="Times New Roman"/>
              </w:rPr>
            </w:pPr>
            <w:r w:rsidRPr="00C85550">
              <w:rPr>
                <w:rFonts w:ascii="Times New Roman" w:hAnsi="Times New Roman"/>
              </w:rPr>
              <w:t>151.59</w:t>
            </w:r>
          </w:p>
        </w:tc>
        <w:tc>
          <w:tcPr>
            <w:tcW w:w="1001" w:type="pct"/>
            <w:tcBorders>
              <w:top w:val="nil"/>
              <w:left w:val="nil"/>
              <w:bottom w:val="nil"/>
              <w:right w:val="nil"/>
            </w:tcBorders>
            <w:vAlign w:val="center"/>
          </w:tcPr>
          <w:p w14:paraId="6E6410BA" w14:textId="70224974" w:rsidR="00A1006F" w:rsidRPr="00C85550" w:rsidRDefault="00D73C5B"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0FE2ACB4" w14:textId="795E9DEA" w:rsidR="00A1006F" w:rsidRPr="00C85550" w:rsidRDefault="00D73C5B" w:rsidP="00A1006F">
            <w:pPr>
              <w:jc w:val="center"/>
              <w:rPr>
                <w:rFonts w:ascii="Times New Roman" w:hAnsi="Times New Roman"/>
              </w:rPr>
            </w:pPr>
            <w:r w:rsidRPr="00C85550">
              <w:rPr>
                <w:rFonts w:ascii="Times New Roman" w:hAnsi="Times New Roman"/>
              </w:rPr>
              <w:t>152.83</w:t>
            </w:r>
          </w:p>
        </w:tc>
      </w:tr>
      <w:tr w:rsidR="00A1006F" w:rsidRPr="00C85550" w14:paraId="256D811D" w14:textId="77777777" w:rsidTr="00A96840">
        <w:trPr>
          <w:trHeight w:hRule="exact" w:val="369"/>
          <w:jc w:val="center"/>
        </w:trPr>
        <w:tc>
          <w:tcPr>
            <w:tcW w:w="1008" w:type="pct"/>
            <w:tcBorders>
              <w:top w:val="nil"/>
              <w:left w:val="nil"/>
              <w:bottom w:val="nil"/>
              <w:right w:val="nil"/>
            </w:tcBorders>
            <w:vAlign w:val="center"/>
          </w:tcPr>
          <w:p w14:paraId="040E8790" w14:textId="77777777" w:rsidR="00A1006F" w:rsidRPr="00C85550" w:rsidRDefault="00A1006F" w:rsidP="00A1006F">
            <w:pPr>
              <w:jc w:val="center"/>
              <w:rPr>
                <w:rFonts w:ascii="Times New Roman" w:hAnsi="Times New Roman"/>
                <w:b/>
              </w:rPr>
            </w:pPr>
            <w:r w:rsidRPr="00C85550">
              <w:rPr>
                <w:rFonts w:ascii="Times New Roman" w:hAnsi="Times New Roman"/>
                <w:b/>
              </w:rPr>
              <w:t>16</w:t>
            </w:r>
          </w:p>
        </w:tc>
        <w:tc>
          <w:tcPr>
            <w:tcW w:w="1002" w:type="pct"/>
            <w:tcBorders>
              <w:top w:val="nil"/>
              <w:left w:val="nil"/>
              <w:bottom w:val="nil"/>
              <w:right w:val="nil"/>
            </w:tcBorders>
            <w:vAlign w:val="center"/>
          </w:tcPr>
          <w:p w14:paraId="3C7355F0" w14:textId="24FC4817" w:rsidR="00A1006F" w:rsidRPr="00C85550" w:rsidRDefault="00A1006F" w:rsidP="00A1006F">
            <w:pPr>
              <w:jc w:val="center"/>
              <w:rPr>
                <w:rFonts w:ascii="Times New Roman" w:hAnsi="Times New Roman"/>
              </w:rPr>
            </w:pPr>
            <w:r w:rsidRPr="00C85550">
              <w:rPr>
                <w:rFonts w:ascii="Times New Roman" w:hAnsi="Times New Roman"/>
              </w:rPr>
              <w:t>7.12</w:t>
            </w:r>
          </w:p>
        </w:tc>
        <w:tc>
          <w:tcPr>
            <w:tcW w:w="1001" w:type="pct"/>
            <w:tcBorders>
              <w:top w:val="nil"/>
              <w:left w:val="nil"/>
              <w:bottom w:val="nil"/>
              <w:right w:val="nil"/>
            </w:tcBorders>
            <w:vAlign w:val="center"/>
          </w:tcPr>
          <w:p w14:paraId="2FB49BA0" w14:textId="5AA7E363" w:rsidR="00A1006F" w:rsidRPr="00C85550" w:rsidRDefault="00A1006F" w:rsidP="00A1006F">
            <w:pPr>
              <w:jc w:val="center"/>
              <w:rPr>
                <w:rFonts w:ascii="Times New Roman" w:hAnsi="Times New Roman"/>
              </w:rPr>
            </w:pPr>
            <w:r w:rsidRPr="00C85550">
              <w:rPr>
                <w:rFonts w:ascii="Times New Roman" w:hAnsi="Times New Roman"/>
              </w:rPr>
              <w:t>112.23</w:t>
            </w:r>
          </w:p>
        </w:tc>
        <w:tc>
          <w:tcPr>
            <w:tcW w:w="1001" w:type="pct"/>
            <w:tcBorders>
              <w:top w:val="nil"/>
              <w:left w:val="nil"/>
              <w:bottom w:val="nil"/>
              <w:right w:val="nil"/>
            </w:tcBorders>
            <w:vAlign w:val="center"/>
          </w:tcPr>
          <w:p w14:paraId="3EC30EE2" w14:textId="51EA17E2" w:rsidR="00A1006F" w:rsidRPr="00C85550" w:rsidRDefault="00A1006F" w:rsidP="00A1006F">
            <w:pPr>
              <w:jc w:val="center"/>
              <w:rPr>
                <w:rFonts w:ascii="Times New Roman" w:hAnsi="Times New Roman"/>
              </w:rPr>
            </w:pPr>
            <w:r w:rsidRPr="00C85550">
              <w:rPr>
                <w:rFonts w:ascii="Times New Roman" w:hAnsi="Times New Roman"/>
              </w:rPr>
              <w:t>7.27</w:t>
            </w:r>
          </w:p>
        </w:tc>
        <w:tc>
          <w:tcPr>
            <w:tcW w:w="988" w:type="pct"/>
            <w:tcBorders>
              <w:top w:val="nil"/>
              <w:left w:val="nil"/>
              <w:bottom w:val="nil"/>
              <w:right w:val="nil"/>
            </w:tcBorders>
            <w:vAlign w:val="center"/>
          </w:tcPr>
          <w:p w14:paraId="5C1ED20F" w14:textId="033C2DEB" w:rsidR="00A1006F" w:rsidRPr="00C85550" w:rsidRDefault="00D73C5B" w:rsidP="00A1006F">
            <w:pPr>
              <w:jc w:val="center"/>
              <w:rPr>
                <w:rFonts w:ascii="Times New Roman" w:hAnsi="Times New Roman"/>
              </w:rPr>
            </w:pPr>
            <w:r w:rsidRPr="00C85550">
              <w:rPr>
                <w:rFonts w:ascii="Times New Roman" w:hAnsi="Times New Roman"/>
              </w:rPr>
              <w:t>115.91</w:t>
            </w:r>
          </w:p>
        </w:tc>
      </w:tr>
      <w:tr w:rsidR="00A1006F" w:rsidRPr="00C85550" w14:paraId="0D7831FD" w14:textId="77777777" w:rsidTr="00A96840">
        <w:trPr>
          <w:trHeight w:hRule="exact" w:val="369"/>
          <w:jc w:val="center"/>
        </w:trPr>
        <w:tc>
          <w:tcPr>
            <w:tcW w:w="1008" w:type="pct"/>
            <w:tcBorders>
              <w:top w:val="nil"/>
              <w:left w:val="nil"/>
              <w:bottom w:val="nil"/>
              <w:right w:val="nil"/>
            </w:tcBorders>
            <w:vAlign w:val="center"/>
          </w:tcPr>
          <w:p w14:paraId="74FEEC14" w14:textId="77777777" w:rsidR="00A1006F" w:rsidRPr="00C85550" w:rsidRDefault="00A1006F" w:rsidP="00A1006F">
            <w:pPr>
              <w:jc w:val="center"/>
              <w:rPr>
                <w:rFonts w:ascii="Times New Roman" w:hAnsi="Times New Roman"/>
                <w:b/>
              </w:rPr>
            </w:pPr>
            <w:r w:rsidRPr="00C85550">
              <w:rPr>
                <w:rFonts w:ascii="Times New Roman" w:hAnsi="Times New Roman"/>
                <w:b/>
              </w:rPr>
              <w:t>OH</w:t>
            </w:r>
          </w:p>
        </w:tc>
        <w:tc>
          <w:tcPr>
            <w:tcW w:w="1002" w:type="pct"/>
            <w:tcBorders>
              <w:top w:val="nil"/>
              <w:left w:val="nil"/>
              <w:bottom w:val="nil"/>
              <w:right w:val="nil"/>
            </w:tcBorders>
            <w:vAlign w:val="center"/>
          </w:tcPr>
          <w:p w14:paraId="72B3C475" w14:textId="3479CC19" w:rsidR="00A1006F" w:rsidRPr="00C85550" w:rsidRDefault="00A1006F" w:rsidP="00A1006F">
            <w:pPr>
              <w:jc w:val="center"/>
              <w:rPr>
                <w:rFonts w:ascii="Times New Roman" w:hAnsi="Times New Roman"/>
              </w:rPr>
            </w:pPr>
            <w:r w:rsidRPr="00C85550">
              <w:rPr>
                <w:rFonts w:ascii="Times New Roman" w:hAnsi="Times New Roman"/>
              </w:rPr>
              <w:t>11.02</w:t>
            </w:r>
          </w:p>
        </w:tc>
        <w:tc>
          <w:tcPr>
            <w:tcW w:w="1001" w:type="pct"/>
            <w:tcBorders>
              <w:top w:val="nil"/>
              <w:left w:val="nil"/>
              <w:bottom w:val="nil"/>
              <w:right w:val="nil"/>
            </w:tcBorders>
            <w:vAlign w:val="center"/>
          </w:tcPr>
          <w:p w14:paraId="7584ACD2"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7DE6D8EA"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1C1C871D" w14:textId="77777777" w:rsidR="00A1006F" w:rsidRPr="00C85550" w:rsidRDefault="00A1006F" w:rsidP="00A1006F">
            <w:pPr>
              <w:jc w:val="center"/>
              <w:rPr>
                <w:rFonts w:ascii="Times New Roman" w:hAnsi="Times New Roman"/>
              </w:rPr>
            </w:pPr>
            <w:r w:rsidRPr="00C85550">
              <w:rPr>
                <w:rFonts w:ascii="Times New Roman" w:hAnsi="Times New Roman"/>
              </w:rPr>
              <w:t>−</w:t>
            </w:r>
          </w:p>
        </w:tc>
      </w:tr>
      <w:tr w:rsidR="00A1006F" w:rsidRPr="00C85550" w14:paraId="7CFCEF4A" w14:textId="77777777" w:rsidTr="00A96840">
        <w:trPr>
          <w:trHeight w:hRule="exact" w:val="369"/>
          <w:jc w:val="center"/>
        </w:trPr>
        <w:tc>
          <w:tcPr>
            <w:tcW w:w="1008" w:type="pct"/>
            <w:tcBorders>
              <w:top w:val="nil"/>
              <w:left w:val="nil"/>
              <w:bottom w:val="nil"/>
              <w:right w:val="nil"/>
            </w:tcBorders>
            <w:vAlign w:val="center"/>
          </w:tcPr>
          <w:p w14:paraId="57227134" w14:textId="77777777" w:rsidR="00A1006F" w:rsidRPr="00C85550" w:rsidRDefault="00A1006F" w:rsidP="00A1006F">
            <w:pPr>
              <w:jc w:val="center"/>
              <w:rPr>
                <w:rFonts w:ascii="Times New Roman" w:hAnsi="Times New Roman"/>
                <w:b/>
              </w:rPr>
            </w:pPr>
            <w:r w:rsidRPr="00C85550">
              <w:rPr>
                <w:rFonts w:ascii="Times New Roman" w:hAnsi="Times New Roman"/>
                <w:b/>
              </w:rPr>
              <w:t>NH</w:t>
            </w:r>
          </w:p>
        </w:tc>
        <w:tc>
          <w:tcPr>
            <w:tcW w:w="1002" w:type="pct"/>
            <w:tcBorders>
              <w:top w:val="nil"/>
              <w:left w:val="nil"/>
              <w:bottom w:val="nil"/>
              <w:right w:val="nil"/>
            </w:tcBorders>
            <w:vAlign w:val="center"/>
          </w:tcPr>
          <w:p w14:paraId="5F5DBDDE" w14:textId="247E726A" w:rsidR="00A1006F" w:rsidRPr="00C85550" w:rsidRDefault="00A1006F" w:rsidP="00A1006F">
            <w:pPr>
              <w:jc w:val="center"/>
              <w:rPr>
                <w:rFonts w:ascii="Times New Roman" w:hAnsi="Times New Roman"/>
              </w:rPr>
            </w:pPr>
            <w:r w:rsidRPr="00C85550">
              <w:rPr>
                <w:rFonts w:ascii="Times New Roman" w:hAnsi="Times New Roman"/>
              </w:rPr>
              <w:t>11.96</w:t>
            </w:r>
          </w:p>
        </w:tc>
        <w:tc>
          <w:tcPr>
            <w:tcW w:w="1001" w:type="pct"/>
            <w:tcBorders>
              <w:top w:val="nil"/>
              <w:left w:val="nil"/>
              <w:bottom w:val="nil"/>
              <w:right w:val="nil"/>
            </w:tcBorders>
            <w:vAlign w:val="center"/>
          </w:tcPr>
          <w:p w14:paraId="2A49CFA8"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6CB029FC" w14:textId="77777777" w:rsidR="00A1006F" w:rsidRPr="00C85550" w:rsidRDefault="00A1006F" w:rsidP="00A1006F">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3D478D1A" w14:textId="77777777" w:rsidR="00A1006F" w:rsidRPr="00C85550" w:rsidRDefault="00A1006F" w:rsidP="00A1006F">
            <w:pPr>
              <w:jc w:val="center"/>
              <w:rPr>
                <w:rFonts w:ascii="Times New Roman" w:hAnsi="Times New Roman"/>
              </w:rPr>
            </w:pPr>
            <w:r w:rsidRPr="00C85550">
              <w:rPr>
                <w:rFonts w:ascii="Times New Roman" w:hAnsi="Times New Roman"/>
              </w:rPr>
              <w:t>−</w:t>
            </w:r>
          </w:p>
        </w:tc>
      </w:tr>
      <w:tr w:rsidR="00A1006F" w:rsidRPr="00C85550" w14:paraId="6FBA1372" w14:textId="77777777" w:rsidTr="00A1006F">
        <w:trPr>
          <w:trHeight w:hRule="exact" w:val="369"/>
          <w:jc w:val="center"/>
        </w:trPr>
        <w:tc>
          <w:tcPr>
            <w:tcW w:w="1008" w:type="pct"/>
            <w:tcBorders>
              <w:top w:val="nil"/>
              <w:left w:val="nil"/>
              <w:bottom w:val="nil"/>
              <w:right w:val="nil"/>
            </w:tcBorders>
            <w:vAlign w:val="center"/>
          </w:tcPr>
          <w:p w14:paraId="0E74E9B7" w14:textId="77777777" w:rsidR="00A1006F" w:rsidRPr="00C85550" w:rsidRDefault="00A1006F" w:rsidP="00A1006F">
            <w:pPr>
              <w:jc w:val="center"/>
              <w:rPr>
                <w:rFonts w:ascii="Times New Roman" w:hAnsi="Times New Roman"/>
                <w:b/>
              </w:rPr>
            </w:pPr>
            <w:proofErr w:type="spellStart"/>
            <w:r w:rsidRPr="00C85550">
              <w:rPr>
                <w:rFonts w:ascii="Times New Roman" w:hAnsi="Times New Roman"/>
                <w:b/>
              </w:rPr>
              <w:t>OMe</w:t>
            </w:r>
            <w:proofErr w:type="spellEnd"/>
          </w:p>
        </w:tc>
        <w:tc>
          <w:tcPr>
            <w:tcW w:w="1002" w:type="pct"/>
            <w:tcBorders>
              <w:top w:val="nil"/>
              <w:left w:val="nil"/>
              <w:bottom w:val="nil"/>
              <w:right w:val="nil"/>
            </w:tcBorders>
            <w:vAlign w:val="center"/>
          </w:tcPr>
          <w:p w14:paraId="3636C076" w14:textId="1F2ACB7E" w:rsidR="00A1006F" w:rsidRPr="00C85550" w:rsidRDefault="00A1006F" w:rsidP="00A1006F">
            <w:pPr>
              <w:jc w:val="center"/>
              <w:rPr>
                <w:rFonts w:ascii="Times New Roman" w:hAnsi="Times New Roman"/>
              </w:rPr>
            </w:pPr>
            <w:r w:rsidRPr="00C85550">
              <w:rPr>
                <w:rFonts w:ascii="Times New Roman" w:hAnsi="Times New Roman"/>
              </w:rPr>
              <w:t>3.74</w:t>
            </w:r>
          </w:p>
        </w:tc>
        <w:tc>
          <w:tcPr>
            <w:tcW w:w="1001" w:type="pct"/>
            <w:tcBorders>
              <w:top w:val="nil"/>
              <w:left w:val="nil"/>
              <w:bottom w:val="nil"/>
              <w:right w:val="nil"/>
            </w:tcBorders>
            <w:vAlign w:val="center"/>
          </w:tcPr>
          <w:p w14:paraId="6D82446F" w14:textId="5A36D9C5" w:rsidR="00A1006F" w:rsidRPr="00C85550" w:rsidRDefault="00A1006F" w:rsidP="00A1006F">
            <w:pPr>
              <w:jc w:val="center"/>
              <w:rPr>
                <w:rFonts w:ascii="Times New Roman" w:hAnsi="Times New Roman"/>
              </w:rPr>
            </w:pPr>
            <w:r w:rsidRPr="00C85550">
              <w:rPr>
                <w:rFonts w:ascii="Times New Roman" w:hAnsi="Times New Roman"/>
              </w:rPr>
              <w:t>54.90</w:t>
            </w:r>
          </w:p>
        </w:tc>
        <w:tc>
          <w:tcPr>
            <w:tcW w:w="1001" w:type="pct"/>
            <w:tcBorders>
              <w:top w:val="nil"/>
              <w:left w:val="nil"/>
              <w:bottom w:val="nil"/>
              <w:right w:val="nil"/>
            </w:tcBorders>
            <w:vAlign w:val="center"/>
          </w:tcPr>
          <w:p w14:paraId="398840CC" w14:textId="36219709" w:rsidR="00A1006F" w:rsidRPr="00C85550" w:rsidRDefault="00D73C5B" w:rsidP="00A1006F">
            <w:pPr>
              <w:jc w:val="center"/>
              <w:rPr>
                <w:rFonts w:ascii="Times New Roman" w:hAnsi="Times New Roman"/>
              </w:rPr>
            </w:pPr>
            <w:r w:rsidRPr="00C85550">
              <w:rPr>
                <w:rFonts w:ascii="Times New Roman" w:hAnsi="Times New Roman"/>
              </w:rPr>
              <w:t>3.77</w:t>
            </w:r>
          </w:p>
        </w:tc>
        <w:tc>
          <w:tcPr>
            <w:tcW w:w="988" w:type="pct"/>
            <w:tcBorders>
              <w:top w:val="nil"/>
              <w:left w:val="nil"/>
              <w:bottom w:val="nil"/>
              <w:right w:val="nil"/>
            </w:tcBorders>
            <w:vAlign w:val="center"/>
          </w:tcPr>
          <w:p w14:paraId="3B2AB04B" w14:textId="1E3783CF" w:rsidR="00A1006F" w:rsidRPr="00C85550" w:rsidRDefault="00D73C5B" w:rsidP="00A1006F">
            <w:pPr>
              <w:jc w:val="center"/>
              <w:rPr>
                <w:rFonts w:ascii="Times New Roman" w:hAnsi="Times New Roman"/>
              </w:rPr>
            </w:pPr>
            <w:r w:rsidRPr="00C85550">
              <w:rPr>
                <w:rFonts w:ascii="Times New Roman" w:hAnsi="Times New Roman"/>
              </w:rPr>
              <w:t>55.05</w:t>
            </w:r>
          </w:p>
        </w:tc>
      </w:tr>
      <w:tr w:rsidR="00A1006F" w:rsidRPr="00C85550" w14:paraId="2B390590" w14:textId="77777777" w:rsidTr="00A96840">
        <w:trPr>
          <w:trHeight w:hRule="exact" w:val="369"/>
          <w:jc w:val="center"/>
        </w:trPr>
        <w:tc>
          <w:tcPr>
            <w:tcW w:w="1008" w:type="pct"/>
            <w:tcBorders>
              <w:top w:val="nil"/>
              <w:left w:val="nil"/>
              <w:bottom w:val="single" w:sz="4" w:space="0" w:color="auto"/>
              <w:right w:val="nil"/>
            </w:tcBorders>
            <w:vAlign w:val="center"/>
          </w:tcPr>
          <w:p w14:paraId="7F97F309" w14:textId="53E7DC26" w:rsidR="00A1006F" w:rsidRPr="00C85550" w:rsidRDefault="00A1006F" w:rsidP="00A1006F">
            <w:pPr>
              <w:jc w:val="center"/>
              <w:rPr>
                <w:rFonts w:ascii="Times New Roman" w:hAnsi="Times New Roman"/>
                <w:b/>
              </w:rPr>
            </w:pPr>
            <w:r w:rsidRPr="00C85550">
              <w:rPr>
                <w:rFonts w:ascii="Times New Roman" w:hAnsi="Times New Roman"/>
                <w:b/>
              </w:rPr>
              <w:t>NH2</w:t>
            </w:r>
          </w:p>
        </w:tc>
        <w:tc>
          <w:tcPr>
            <w:tcW w:w="1002" w:type="pct"/>
            <w:tcBorders>
              <w:top w:val="nil"/>
              <w:left w:val="nil"/>
              <w:bottom w:val="single" w:sz="4" w:space="0" w:color="auto"/>
              <w:right w:val="nil"/>
            </w:tcBorders>
            <w:vAlign w:val="center"/>
          </w:tcPr>
          <w:p w14:paraId="03539948" w14:textId="4B18E9C9" w:rsidR="00A1006F" w:rsidRPr="00C85550" w:rsidRDefault="00A1006F" w:rsidP="00A1006F">
            <w:pPr>
              <w:jc w:val="center"/>
              <w:rPr>
                <w:rFonts w:ascii="Times New Roman" w:hAnsi="Times New Roman"/>
              </w:rPr>
            </w:pPr>
            <w:r w:rsidRPr="00C85550">
              <w:rPr>
                <w:rFonts w:ascii="Times New Roman" w:hAnsi="Times New Roman"/>
              </w:rPr>
              <w:t>6.54</w:t>
            </w:r>
          </w:p>
        </w:tc>
        <w:tc>
          <w:tcPr>
            <w:tcW w:w="1001" w:type="pct"/>
            <w:tcBorders>
              <w:top w:val="nil"/>
              <w:left w:val="nil"/>
              <w:bottom w:val="single" w:sz="4" w:space="0" w:color="auto"/>
              <w:right w:val="nil"/>
            </w:tcBorders>
            <w:vAlign w:val="center"/>
          </w:tcPr>
          <w:p w14:paraId="392C201F" w14:textId="4C86E418" w:rsidR="00A1006F" w:rsidRPr="00C85550" w:rsidRDefault="00A1006F" w:rsidP="00A1006F">
            <w:pPr>
              <w:jc w:val="center"/>
              <w:rPr>
                <w:rFonts w:ascii="Times New Roman" w:hAnsi="Times New Roman"/>
              </w:rPr>
            </w:pPr>
            <w:r w:rsidRPr="00C85550">
              <w:rPr>
                <w:rFonts w:ascii="Times New Roman" w:hAnsi="Times New Roman"/>
              </w:rPr>
              <w:t>−</w:t>
            </w:r>
          </w:p>
        </w:tc>
        <w:tc>
          <w:tcPr>
            <w:tcW w:w="1001" w:type="pct"/>
            <w:tcBorders>
              <w:top w:val="nil"/>
              <w:left w:val="nil"/>
              <w:bottom w:val="single" w:sz="4" w:space="0" w:color="auto"/>
              <w:right w:val="nil"/>
            </w:tcBorders>
            <w:vAlign w:val="center"/>
          </w:tcPr>
          <w:p w14:paraId="6CD90B3F" w14:textId="29373206" w:rsidR="00A1006F" w:rsidRPr="00C85550" w:rsidRDefault="00A1006F" w:rsidP="00A1006F">
            <w:pPr>
              <w:jc w:val="center"/>
              <w:rPr>
                <w:rFonts w:ascii="Times New Roman" w:hAnsi="Times New Roman"/>
              </w:rPr>
            </w:pPr>
            <w:r w:rsidRPr="00C85550">
              <w:rPr>
                <w:rFonts w:ascii="Times New Roman" w:hAnsi="Times New Roman"/>
              </w:rPr>
              <w:t>7.00</w:t>
            </w:r>
          </w:p>
        </w:tc>
        <w:tc>
          <w:tcPr>
            <w:tcW w:w="988" w:type="pct"/>
            <w:tcBorders>
              <w:top w:val="nil"/>
              <w:left w:val="nil"/>
              <w:bottom w:val="single" w:sz="4" w:space="0" w:color="auto"/>
              <w:right w:val="nil"/>
            </w:tcBorders>
            <w:vAlign w:val="center"/>
          </w:tcPr>
          <w:p w14:paraId="5D915364" w14:textId="6DE94CD9" w:rsidR="00A1006F" w:rsidRPr="00C85550" w:rsidRDefault="00A1006F" w:rsidP="00A1006F">
            <w:pPr>
              <w:jc w:val="center"/>
              <w:rPr>
                <w:rFonts w:ascii="Times New Roman" w:hAnsi="Times New Roman"/>
              </w:rPr>
            </w:pPr>
            <w:r w:rsidRPr="00C85550">
              <w:rPr>
                <w:rFonts w:ascii="Times New Roman" w:hAnsi="Times New Roman"/>
              </w:rPr>
              <w:t>−</w:t>
            </w:r>
          </w:p>
        </w:tc>
      </w:tr>
    </w:tbl>
    <w:p w14:paraId="271331DF" w14:textId="77777777" w:rsidR="00432512" w:rsidRPr="00C85550" w:rsidRDefault="00432512" w:rsidP="00432512">
      <w:pPr>
        <w:pStyle w:val="EndnoteText"/>
        <w:jc w:val="center"/>
        <w:rPr>
          <w:sz w:val="24"/>
          <w:szCs w:val="24"/>
        </w:rPr>
      </w:pPr>
    </w:p>
    <w:p w14:paraId="266D02A4" w14:textId="22106975" w:rsidR="00432512" w:rsidRPr="00C85550" w:rsidRDefault="00A96840" w:rsidP="00432512">
      <w:pPr>
        <w:pStyle w:val="EndnoteText"/>
        <w:rPr>
          <w:sz w:val="24"/>
          <w:szCs w:val="24"/>
        </w:rPr>
      </w:pPr>
      <w:r w:rsidRPr="00C85550">
        <w:rPr>
          <w:noProof/>
          <w:sz w:val="24"/>
          <w:szCs w:val="24"/>
        </w:rPr>
        <mc:AlternateContent>
          <mc:Choice Requires="wpg">
            <w:drawing>
              <wp:anchor distT="0" distB="0" distL="114300" distR="114300" simplePos="0" relativeHeight="251658246" behindDoc="0" locked="0" layoutInCell="1" allowOverlap="1" wp14:anchorId="6AAA7D9A" wp14:editId="661A517B">
                <wp:simplePos x="0" y="0"/>
                <wp:positionH relativeFrom="margin">
                  <wp:align>center</wp:align>
                </wp:positionH>
                <wp:positionV relativeFrom="paragraph">
                  <wp:posOffset>637110</wp:posOffset>
                </wp:positionV>
                <wp:extent cx="3531560" cy="1419585"/>
                <wp:effectExtent l="0" t="0" r="12065" b="9525"/>
                <wp:wrapNone/>
                <wp:docPr id="288" name="Group 439">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3531560" cy="1419585"/>
                          <a:chOff x="0" y="0"/>
                          <a:chExt cx="3531719" cy="1419570"/>
                        </a:xfrm>
                      </wpg:grpSpPr>
                      <wps:wsp>
                        <wps:cNvPr id="289" name="Rectangle 289">
                          <a:extLst/>
                        </wps:cNvPr>
                        <wps:cNvSpPr>
                          <a:spLocks noChangeArrowheads="1"/>
                        </wps:cNvSpPr>
                        <wps:spPr bwMode="auto">
                          <a:xfrm>
                            <a:off x="282708" y="1049902"/>
                            <a:ext cx="38737"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63F7"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wps:txbx>
                        <wps:bodyPr wrap="none" lIns="0" tIns="0" rIns="0" bIns="0">
                          <a:spAutoFit/>
                        </wps:bodyPr>
                      </wps:wsp>
                      <wps:wsp>
                        <wps:cNvPr id="290" name="Line 176">
                          <a:extLst/>
                        </wps:cNvPr>
                        <wps:cNvCnPr/>
                        <wps:spPr bwMode="auto">
                          <a:xfrm flipV="1">
                            <a:off x="2678275" y="623888"/>
                            <a:ext cx="269875" cy="1603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7">
                          <a:extLst/>
                        </wps:cNvPr>
                        <wps:cNvCnPr/>
                        <wps:spPr bwMode="auto">
                          <a:xfrm flipH="1" flipV="1">
                            <a:off x="2895762" y="358775"/>
                            <a:ext cx="52387" cy="2651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8">
                          <a:extLst/>
                        </wps:cNvPr>
                        <wps:cNvCnPr/>
                        <wps:spPr bwMode="auto">
                          <a:xfrm flipH="1" flipV="1">
                            <a:off x="2940212" y="374650"/>
                            <a:ext cx="42862" cy="219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9">
                          <a:extLst/>
                        </wps:cNvPr>
                        <wps:cNvCnPr/>
                        <wps:spPr bwMode="auto">
                          <a:xfrm flipV="1">
                            <a:off x="2895762" y="182563"/>
                            <a:ext cx="203200" cy="1762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80">
                          <a:extLst/>
                        </wps:cNvPr>
                        <wps:cNvCnPr/>
                        <wps:spPr bwMode="auto">
                          <a:xfrm>
                            <a:off x="3098962" y="182563"/>
                            <a:ext cx="254000" cy="857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81">
                          <a:extLst/>
                        </wps:cNvPr>
                        <wps:cNvCnPr/>
                        <wps:spPr bwMode="auto">
                          <a:xfrm>
                            <a:off x="3108487" y="227013"/>
                            <a:ext cx="209550" cy="730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82">
                          <a:extLst/>
                        </wps:cNvPr>
                        <wps:cNvCnPr/>
                        <wps:spPr bwMode="auto">
                          <a:xfrm>
                            <a:off x="3352962" y="268288"/>
                            <a:ext cx="53975"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83">
                          <a:extLst/>
                        </wps:cNvPr>
                        <wps:cNvCnPr/>
                        <wps:spPr bwMode="auto">
                          <a:xfrm flipH="1">
                            <a:off x="3203737" y="531813"/>
                            <a:ext cx="203200" cy="17938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4">
                          <a:extLst/>
                        </wps:cNvPr>
                        <wps:cNvCnPr/>
                        <wps:spPr bwMode="auto">
                          <a:xfrm flipH="1">
                            <a:off x="3195800" y="517525"/>
                            <a:ext cx="166687" cy="1476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5">
                          <a:extLst/>
                        </wps:cNvPr>
                        <wps:cNvCnPr/>
                        <wps:spPr bwMode="auto">
                          <a:xfrm flipH="1" flipV="1">
                            <a:off x="2948150" y="623888"/>
                            <a:ext cx="255587" cy="873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00">
                          <a:extLst/>
                        </wps:cNvPr>
                        <wps:cNvSpPr>
                          <a:spLocks noChangeArrowheads="1"/>
                        </wps:cNvSpPr>
                        <wps:spPr bwMode="auto">
                          <a:xfrm>
                            <a:off x="3187862" y="893567"/>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75B8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301" name="Rectangle 301">
                          <a:extLst/>
                        </wps:cNvPr>
                        <wps:cNvSpPr>
                          <a:spLocks noChangeArrowheads="1"/>
                        </wps:cNvSpPr>
                        <wps:spPr bwMode="auto">
                          <a:xfrm>
                            <a:off x="3314862" y="893567"/>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73D0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302" name="Rectangle 302">
                          <a:extLst/>
                        </wps:cNvPr>
                        <wps:cNvSpPr>
                          <a:spLocks noChangeArrowheads="1"/>
                        </wps:cNvSpPr>
                        <wps:spPr bwMode="auto">
                          <a:xfrm>
                            <a:off x="3443450" y="974511"/>
                            <a:ext cx="71123" cy="14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DA86"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0"/>
                                  <w:szCs w:val="20"/>
                                  <w:lang w:val="hr-HR"/>
                                </w:rPr>
                                <w:t>2</w:t>
                              </w:r>
                            </w:p>
                          </w:txbxContent>
                        </wps:txbx>
                        <wps:bodyPr wrap="none" lIns="0" tIns="0" rIns="0" bIns="0">
                          <a:spAutoFit/>
                        </wps:bodyPr>
                      </wps:wsp>
                      <wps:wsp>
                        <wps:cNvPr id="303" name="Line 189">
                          <a:extLst/>
                        </wps:cNvPr>
                        <wps:cNvCnPr/>
                        <wps:spPr bwMode="auto">
                          <a:xfrm>
                            <a:off x="3203737" y="711200"/>
                            <a:ext cx="33337" cy="18256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304">
                          <a:extLst/>
                        </wps:cNvPr>
                        <wps:cNvSpPr>
                          <a:spLocks noChangeArrowheads="1"/>
                        </wps:cNvSpPr>
                        <wps:spPr bwMode="auto">
                          <a:xfrm>
                            <a:off x="2913225" y="677714"/>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853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305" name="Rectangle 305">
                          <a:extLst/>
                        </wps:cNvPr>
                        <wps:cNvSpPr>
                          <a:spLocks noChangeArrowheads="1"/>
                        </wps:cNvSpPr>
                        <wps:spPr bwMode="auto">
                          <a:xfrm>
                            <a:off x="3240250" y="693586"/>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8BC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306" name="Rectangle 306">
                          <a:extLst/>
                        </wps:cNvPr>
                        <wps:cNvSpPr>
                          <a:spLocks noChangeArrowheads="1"/>
                        </wps:cNvSpPr>
                        <wps:spPr bwMode="auto">
                          <a:xfrm>
                            <a:off x="3446625" y="457100"/>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771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wps:txbx>
                        <wps:bodyPr wrap="none" lIns="0" tIns="0" rIns="0" bIns="0">
                          <a:spAutoFit/>
                        </wps:bodyPr>
                      </wps:wsp>
                      <wps:wsp>
                        <wps:cNvPr id="308" name="Rectangle 308">
                          <a:extLst/>
                        </wps:cNvPr>
                        <wps:cNvSpPr>
                          <a:spLocks noChangeArrowheads="1"/>
                        </wps:cNvSpPr>
                        <wps:spPr bwMode="auto">
                          <a:xfrm>
                            <a:off x="3386297" y="122211"/>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597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wps:txbx>
                        <wps:bodyPr wrap="none" lIns="0" tIns="0" rIns="0" bIns="0">
                          <a:spAutoFit/>
                        </wps:bodyPr>
                      </wps:wsp>
                      <wps:wsp>
                        <wps:cNvPr id="309" name="Rectangle 309">
                          <a:extLst/>
                        </wps:cNvPr>
                        <wps:cNvSpPr>
                          <a:spLocks noChangeArrowheads="1"/>
                        </wps:cNvSpPr>
                        <wps:spPr bwMode="auto">
                          <a:xfrm>
                            <a:off x="2997086" y="0"/>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24B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wps:txbx>
                        <wps:bodyPr wrap="none" lIns="0" tIns="0" rIns="0" bIns="0">
                          <a:spAutoFit/>
                        </wps:bodyPr>
                      </wps:wsp>
                      <wps:wsp>
                        <wps:cNvPr id="310" name="Rectangle 310">
                          <a:extLst/>
                        </wps:cNvPr>
                        <wps:cNvSpPr>
                          <a:spLocks noChangeArrowheads="1"/>
                        </wps:cNvSpPr>
                        <wps:spPr bwMode="auto">
                          <a:xfrm>
                            <a:off x="2700251" y="258706"/>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5A0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311" name="Rectangle 311">
                          <a:extLst/>
                        </wps:cNvPr>
                        <wps:cNvSpPr>
                          <a:spLocks noChangeArrowheads="1"/>
                        </wps:cNvSpPr>
                        <wps:spPr bwMode="auto">
                          <a:xfrm>
                            <a:off x="2782794" y="258706"/>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A142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wps:txbx>
                        <wps:bodyPr wrap="none" lIns="0" tIns="0" rIns="0" bIns="0">
                          <a:spAutoFit/>
                        </wps:bodyPr>
                      </wps:wsp>
                      <wps:wsp>
                        <wps:cNvPr id="312" name="Line 12">
                          <a:extLst/>
                        </wps:cNvPr>
                        <wps:cNvCnPr/>
                        <wps:spPr bwMode="auto">
                          <a:xfrm>
                            <a:off x="747845" y="792147"/>
                            <a:ext cx="3175" cy="282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4">
                          <a:extLst/>
                        </wps:cNvPr>
                        <wps:cNvCnPr/>
                        <wps:spPr bwMode="auto">
                          <a:xfrm>
                            <a:off x="781183" y="844535"/>
                            <a:ext cx="9525" cy="206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6">
                          <a:extLst/>
                        </wps:cNvPr>
                        <wps:cNvCnPr/>
                        <wps:spPr bwMode="auto">
                          <a:xfrm>
                            <a:off x="749433" y="1074722"/>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7">
                          <a:extLst/>
                        </wps:cNvPr>
                        <wps:cNvCnPr/>
                        <wps:spPr bwMode="auto">
                          <a:xfrm flipV="1">
                            <a:off x="982795" y="1074722"/>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8">
                          <a:extLst/>
                        </wps:cNvPr>
                        <wps:cNvCnPr/>
                        <wps:spPr bwMode="auto">
                          <a:xfrm flipV="1">
                            <a:off x="982795" y="1050910"/>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9">
                          <a:extLst/>
                        </wps:cNvPr>
                        <wps:cNvCnPr/>
                        <wps:spPr bwMode="auto">
                          <a:xfrm flipV="1">
                            <a:off x="1214570" y="804847"/>
                            <a:ext cx="1588" cy="2698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
                          <a:extLst/>
                        </wps:cNvPr>
                        <wps:cNvCnPr/>
                        <wps:spPr bwMode="auto">
                          <a:xfrm flipH="1" flipV="1">
                            <a:off x="982795" y="671497"/>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39" name="Line 21">
                          <a:extLst/>
                        </wps:cNvPr>
                        <wps:cNvCnPr/>
                        <wps:spPr bwMode="auto">
                          <a:xfrm flipH="1" flipV="1">
                            <a:off x="982795" y="717535"/>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0" name="Line 22">
                          <a:extLst/>
                        </wps:cNvPr>
                        <wps:cNvCnPr/>
                        <wps:spPr bwMode="auto">
                          <a:xfrm flipH="1">
                            <a:off x="749433" y="671497"/>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1" name="Rectangle 8341">
                          <a:extLst/>
                        </wps:cNvPr>
                        <wps:cNvSpPr>
                          <a:spLocks noChangeArrowheads="1"/>
                        </wps:cNvSpPr>
                        <wps:spPr bwMode="auto">
                          <a:xfrm>
                            <a:off x="1458911" y="366617"/>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F077"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342" name="Rectangle 8342">
                          <a:extLst/>
                        </wps:cNvPr>
                        <wps:cNvSpPr>
                          <a:spLocks noChangeArrowheads="1"/>
                        </wps:cNvSpPr>
                        <wps:spPr bwMode="auto">
                          <a:xfrm>
                            <a:off x="1458911" y="517396"/>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120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8343" name="Line 25">
                          <a:extLst/>
                        </wps:cNvPr>
                        <wps:cNvCnPr/>
                        <wps:spPr bwMode="auto">
                          <a:xfrm flipV="1">
                            <a:off x="1214570" y="652447"/>
                            <a:ext cx="231775"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4" name="Rectangle 8344">
                          <a:extLst/>
                        </wps:cNvPr>
                        <wps:cNvSpPr>
                          <a:spLocks noChangeArrowheads="1"/>
                        </wps:cNvSpPr>
                        <wps:spPr bwMode="auto">
                          <a:xfrm>
                            <a:off x="1809716" y="695157"/>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F3F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8345" name="Line 27">
                          <a:extLst/>
                        </wps:cNvPr>
                        <wps:cNvCnPr/>
                        <wps:spPr bwMode="auto">
                          <a:xfrm>
                            <a:off x="1601920" y="642922"/>
                            <a:ext cx="18732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6" name="Line 28">
                          <a:extLst/>
                        </wps:cNvPr>
                        <wps:cNvCnPr/>
                        <wps:spPr bwMode="auto">
                          <a:xfrm>
                            <a:off x="1624145" y="600060"/>
                            <a:ext cx="185738" cy="968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7" name="Rectangle 8347">
                          <a:extLst/>
                        </wps:cNvPr>
                        <wps:cNvSpPr>
                          <a:spLocks noChangeArrowheads="1"/>
                        </wps:cNvSpPr>
                        <wps:spPr bwMode="auto">
                          <a:xfrm>
                            <a:off x="2184332" y="550726"/>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026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8348" name="Line 30">
                          <a:extLst/>
                        </wps:cNvPr>
                        <wps:cNvCnPr/>
                        <wps:spPr bwMode="auto">
                          <a:xfrm flipV="1">
                            <a:off x="1959108" y="669910"/>
                            <a:ext cx="204788" cy="79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9" name="Rectangle 8349">
                          <a:extLst/>
                        </wps:cNvPr>
                        <wps:cNvSpPr>
                          <a:spLocks noChangeArrowheads="1"/>
                        </wps:cNvSpPr>
                        <wps:spPr bwMode="auto">
                          <a:xfrm>
                            <a:off x="2538311" y="725313"/>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2113"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8350" name="Line 32">
                          <a:extLst/>
                        </wps:cNvPr>
                        <wps:cNvCnPr/>
                        <wps:spPr bwMode="auto">
                          <a:xfrm>
                            <a:off x="2333758" y="681022"/>
                            <a:ext cx="19367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51" name="Rectangle 8351">
                          <a:extLst/>
                        </wps:cNvPr>
                        <wps:cNvSpPr>
                          <a:spLocks noChangeArrowheads="1"/>
                        </wps:cNvSpPr>
                        <wps:spPr bwMode="auto">
                          <a:xfrm>
                            <a:off x="2528787" y="1141147"/>
                            <a:ext cx="138436"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0F6B"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8352" name="Line 45">
                          <a:extLst/>
                        </wps:cNvPr>
                        <wps:cNvCnPr/>
                        <wps:spPr bwMode="auto">
                          <a:xfrm flipH="1">
                            <a:off x="2624270" y="908035"/>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53" name="Line 46">
                          <a:extLst/>
                        </wps:cNvPr>
                        <wps:cNvCnPr/>
                        <wps:spPr bwMode="auto">
                          <a:xfrm flipH="1">
                            <a:off x="2573470" y="908035"/>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54" name="Rectangle 8354">
                          <a:extLst/>
                        </wps:cNvPr>
                        <wps:cNvSpPr>
                          <a:spLocks noChangeArrowheads="1"/>
                        </wps:cNvSpPr>
                        <wps:spPr bwMode="auto">
                          <a:xfrm>
                            <a:off x="2190681" y="244406"/>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2E8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355" name="Line 48">
                          <a:extLst/>
                        </wps:cNvPr>
                        <wps:cNvCnPr/>
                        <wps:spPr bwMode="auto">
                          <a:xfrm flipV="1">
                            <a:off x="2248033" y="442897"/>
                            <a:ext cx="3175" cy="115888"/>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8356" name="Rectangle 8356">
                          <a:extLst/>
                        </wps:cNvPr>
                        <wps:cNvSpPr>
                          <a:spLocks noChangeArrowheads="1"/>
                        </wps:cNvSpPr>
                        <wps:spPr bwMode="auto">
                          <a:xfrm>
                            <a:off x="1379543" y="1120514"/>
                            <a:ext cx="138436"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61B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8357" name="Rectangle 8357">
                          <a:extLst/>
                        </wps:cNvPr>
                        <wps:cNvSpPr>
                          <a:spLocks noChangeArrowheads="1"/>
                        </wps:cNvSpPr>
                        <wps:spPr bwMode="auto">
                          <a:xfrm>
                            <a:off x="1519230" y="1120514"/>
                            <a:ext cx="128911" cy="20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7AF86"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358" name="Line 51">
                          <a:extLst/>
                        </wps:cNvPr>
                        <wps:cNvCnPr/>
                        <wps:spPr bwMode="auto">
                          <a:xfrm>
                            <a:off x="1214570" y="1074722"/>
                            <a:ext cx="147638" cy="8255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8359" name="Rectangle 8359">
                          <a:extLst/>
                        </wps:cNvPr>
                        <wps:cNvSpPr>
                          <a:spLocks noChangeArrowheads="1"/>
                        </wps:cNvSpPr>
                        <wps:spPr bwMode="auto">
                          <a:xfrm>
                            <a:off x="1125566" y="574534"/>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877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0" name="Rectangle 8360">
                          <a:extLst/>
                        </wps:cNvPr>
                        <wps:cNvSpPr>
                          <a:spLocks noChangeArrowheads="1"/>
                        </wps:cNvSpPr>
                        <wps:spPr bwMode="auto">
                          <a:xfrm>
                            <a:off x="1209697" y="574534"/>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832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1" name="Rectangle 8361">
                          <a:extLst/>
                        </wps:cNvPr>
                        <wps:cNvSpPr>
                          <a:spLocks noChangeArrowheads="1"/>
                        </wps:cNvSpPr>
                        <wps:spPr bwMode="auto">
                          <a:xfrm>
                            <a:off x="1235094" y="933230"/>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0AE0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2" name="Rectangle 8362">
                          <a:extLst/>
                        </wps:cNvPr>
                        <wps:cNvSpPr>
                          <a:spLocks noChangeArrowheads="1"/>
                        </wps:cNvSpPr>
                        <wps:spPr bwMode="auto">
                          <a:xfrm>
                            <a:off x="1317637" y="933230"/>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EABB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8363" name="Rectangle 8363">
                          <a:extLst/>
                        </wps:cNvPr>
                        <wps:cNvSpPr>
                          <a:spLocks noChangeArrowheads="1"/>
                        </wps:cNvSpPr>
                        <wps:spPr bwMode="auto">
                          <a:xfrm>
                            <a:off x="908099" y="1244312"/>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CF8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4" name="Rectangle 8364">
                          <a:extLst/>
                        </wps:cNvPr>
                        <wps:cNvSpPr>
                          <a:spLocks noChangeArrowheads="1"/>
                        </wps:cNvSpPr>
                        <wps:spPr bwMode="auto">
                          <a:xfrm>
                            <a:off x="990642" y="1244312"/>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A5F4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8365" name="Rectangle 8365">
                          <a:extLst/>
                        </wps:cNvPr>
                        <wps:cNvSpPr>
                          <a:spLocks noChangeArrowheads="1"/>
                        </wps:cNvSpPr>
                        <wps:spPr bwMode="auto">
                          <a:xfrm>
                            <a:off x="550944" y="1074449"/>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062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6" name="Rectangle 8366">
                          <a:extLst/>
                        </wps:cNvPr>
                        <wps:cNvSpPr>
                          <a:spLocks noChangeArrowheads="1"/>
                        </wps:cNvSpPr>
                        <wps:spPr bwMode="auto">
                          <a:xfrm>
                            <a:off x="633487" y="1074449"/>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70D2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8367" name="Rectangle 8367">
                          <a:extLst/>
                        </wps:cNvPr>
                        <wps:cNvSpPr>
                          <a:spLocks noChangeArrowheads="1"/>
                        </wps:cNvSpPr>
                        <wps:spPr bwMode="auto">
                          <a:xfrm>
                            <a:off x="630312" y="545947"/>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4BC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68" name="Rectangle 8368">
                          <a:extLst/>
                        </wps:cNvPr>
                        <wps:cNvSpPr>
                          <a:spLocks noChangeArrowheads="1"/>
                        </wps:cNvSpPr>
                        <wps:spPr bwMode="auto">
                          <a:xfrm>
                            <a:off x="696981" y="545947"/>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463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8369" name="Rectangle 8369">
                          <a:extLst/>
                        </wps:cNvPr>
                        <wps:cNvSpPr>
                          <a:spLocks noChangeArrowheads="1"/>
                        </wps:cNvSpPr>
                        <wps:spPr bwMode="auto">
                          <a:xfrm>
                            <a:off x="1477959" y="201546"/>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DA5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70" name="Rectangle 8370">
                          <a:extLst/>
                        </wps:cNvPr>
                        <wps:cNvSpPr>
                          <a:spLocks noChangeArrowheads="1"/>
                        </wps:cNvSpPr>
                        <wps:spPr bwMode="auto">
                          <a:xfrm>
                            <a:off x="1843050" y="861778"/>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F02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8371" name="Rectangle 8371">
                          <a:extLst/>
                        </wps:cNvPr>
                        <wps:cNvSpPr>
                          <a:spLocks noChangeArrowheads="1"/>
                        </wps:cNvSpPr>
                        <wps:spPr bwMode="auto">
                          <a:xfrm>
                            <a:off x="2214491" y="717353"/>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4B8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8372" name="Rectangle 8372">
                          <a:extLst/>
                        </wps:cNvPr>
                        <wps:cNvSpPr>
                          <a:spLocks noChangeArrowheads="1"/>
                        </wps:cNvSpPr>
                        <wps:spPr bwMode="auto">
                          <a:xfrm>
                            <a:off x="2549423" y="558643"/>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48B3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8373" name="Rectangle 8373">
                          <a:extLst/>
                        </wps:cNvPr>
                        <wps:cNvSpPr>
                          <a:spLocks noChangeArrowheads="1"/>
                        </wps:cNvSpPr>
                        <wps:spPr bwMode="auto">
                          <a:xfrm>
                            <a:off x="862066" y="482463"/>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037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374" name="Rectangle 8374">
                          <a:extLst/>
                        </wps:cNvPr>
                        <wps:cNvSpPr>
                          <a:spLocks noChangeArrowheads="1"/>
                        </wps:cNvSpPr>
                        <wps:spPr bwMode="auto">
                          <a:xfrm>
                            <a:off x="946196" y="482463"/>
                            <a:ext cx="85094" cy="17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5C5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8375" name="TextBox 317">
                          <a:extLst/>
                        </wps:cNvPr>
                        <wps:cNvSpPr txBox="1">
                          <a:spLocks noChangeArrowheads="1"/>
                        </wps:cNvSpPr>
                        <wps:spPr bwMode="auto">
                          <a:xfrm>
                            <a:off x="0" y="490495"/>
                            <a:ext cx="642014" cy="340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6EF8"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wps:txbx>
                        <wps:bodyPr wrap="none">
                          <a:spAutoFit/>
                        </wps:bodyPr>
                      </wps:wsp>
                      <wps:wsp>
                        <wps:cNvPr id="8376" name="Line 25">
                          <a:extLst/>
                        </wps:cNvPr>
                        <wps:cNvCnPr/>
                        <wps:spPr bwMode="auto">
                          <a:xfrm>
                            <a:off x="550995" y="677846"/>
                            <a:ext cx="196850" cy="1260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AAA7D9A" id="Group 439" o:spid="_x0000_s1159" style="position:absolute;margin-left:0;margin-top:50.15pt;width:278.1pt;height:111.8pt;z-index:251658246;mso-position-horizontal:center;mso-position-horizontal-relative:margin" coordsize="35317,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">
                <v:rect id="Rectangle 289" o:spid="_x0000_s1160" style="position:absolute;left:2827;top:1049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597163F7" w14:textId="77777777" w:rsidR="00B520E7" w:rsidRDefault="00B520E7" w:rsidP="00A96840">
                        <w:pPr>
                          <w:pStyle w:val="NormalWeb"/>
                          <w:spacing w:before="0" w:beforeAutospacing="0" w:after="0" w:afterAutospacing="0"/>
                          <w:textAlignment w:val="baseline"/>
                        </w:pPr>
                        <w:r>
                          <w:rPr>
                            <w:rFonts w:cs="Arial"/>
                            <w:color w:val="000000"/>
                            <w:kern w:val="24"/>
                            <w:lang w:val="hr-HR"/>
                          </w:rPr>
                          <w:t xml:space="preserve"> </w:t>
                        </w:r>
                      </w:p>
                    </w:txbxContent>
                  </v:textbox>
                </v:rect>
                <v:line id="Line 176" o:spid="_x0000_s1161" style="position:absolute;flip:y;visibility:visible;mso-wrap-style:square" from="26782,6238" to="2948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" strokeweight="1.25pt"/>
                <v:line id="Line 177" o:spid="_x0000_s1162" style="position:absolute;flip:x y;visibility:visible;mso-wrap-style:square" from="28957,3587" to="29481,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" strokeweight="1.25pt"/>
                <v:line id="Line 178" o:spid="_x0000_s1163" style="position:absolute;flip:x y;visibility:visible;mso-wrap-style:square" from="29402,3746" to="29830,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" strokeweight="1.25pt"/>
                <v:line id="Line 179" o:spid="_x0000_s1164" style="position:absolute;flip:y;visibility:visible;mso-wrap-style:square" from="28957,1825" to="3098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" strokeweight="1.25pt"/>
                <v:line id="Line 180" o:spid="_x0000_s1165" style="position:absolute;visibility:visible;mso-wrap-style:square" from="30989,1825" to="33529,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" strokeweight="1.25pt"/>
                <v:line id="Line 181" o:spid="_x0000_s1166" style="position:absolute;visibility:visible;mso-wrap-style:square" from="31084,2270" to="3318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" strokeweight="1.25pt"/>
                <v:line id="Line 182" o:spid="_x0000_s1167" style="position:absolute;visibility:visible;mso-wrap-style:square" from="33529,2682" to="3406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" strokeweight="1.25pt"/>
                <v:line id="Line 183" o:spid="_x0000_s1168" style="position:absolute;flip:x;visibility:visible;mso-wrap-style:square" from="32037,5318" to="34069,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" strokeweight="1.25pt"/>
                <v:line id="Line 184" o:spid="_x0000_s1169" style="position:absolute;flip:x;visibility:visible;mso-wrap-style:square" from="31958,5175" to="33624,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" strokeweight="1.25pt"/>
                <v:line id="Line 185" o:spid="_x0000_s1170" style="position:absolute;flip:x y;visibility:visible;mso-wrap-style:square" from="29481,6238" to="32037,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" strokeweight="1.25pt"/>
                <v:rect id="Rectangle 300" o:spid="_x0000_s1171" style="position:absolute;left:31878;top:8935;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32875B8E"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rect id="Rectangle 301" o:spid="_x0000_s1172" style="position:absolute;left:33148;top:8935;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03973D0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rect id="Rectangle 302" o:spid="_x0000_s1173" style="position:absolute;left:34434;top:9745;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03DEDA86"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0"/>
                            <w:szCs w:val="20"/>
                            <w:lang w:val="hr-HR"/>
                          </w:rPr>
                          <w:t>2</w:t>
                        </w:r>
                      </w:p>
                    </w:txbxContent>
                  </v:textbox>
                </v:rect>
                <v:line id="Line 189" o:spid="_x0000_s1174" style="position:absolute;visibility:visible;mso-wrap-style:square" from="32037,7112" to="32370,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" strokeweight="1.25pt"/>
                <v:rect id="Rectangle 304" o:spid="_x0000_s1175" style="position:absolute;left:29132;top:677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0D1A853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305" o:spid="_x0000_s1176" style="position:absolute;left:32402;top:693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48948BCD"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rect id="Rectangle 306" o:spid="_x0000_s1177" style="position:absolute;left:34466;top:457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4E40771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7</w:t>
                        </w:r>
                      </w:p>
                    </w:txbxContent>
                  </v:textbox>
                </v:rect>
                <v:rect id="Rectangle 308" o:spid="_x0000_s1178" style="position:absolute;left:33862;top:122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1C33597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8</w:t>
                        </w:r>
                      </w:p>
                    </w:txbxContent>
                  </v:textbox>
                </v:rect>
                <v:rect id="Rectangle 309" o:spid="_x0000_s1179" style="position:absolute;left:2997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735824B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9</w:t>
                        </w:r>
                      </w:p>
                    </w:txbxContent>
                  </v:textbox>
                </v:rect>
                <v:rect id="Rectangle 310" o:spid="_x0000_s1180" style="position:absolute;left:27002;top:258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5A975A0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311" o:spid="_x0000_s1181" style="position:absolute;left:27827;top:258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735A1425"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0</w:t>
                        </w:r>
                      </w:p>
                    </w:txbxContent>
                  </v:textbox>
                </v:rect>
                <v:line id="Line 12" o:spid="_x0000_s1182" style="position:absolute;visibility:visible;mso-wrap-style:square" from="7478,7921" to="7510,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" strokeweight="1.25pt"/>
                <v:line id="Line 14" o:spid="_x0000_s1183" style="position:absolute;visibility:visible;mso-wrap-style:square" from="7811,8445" to="7907,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" strokeweight="1.25pt"/>
                <v:line id="Line 16" o:spid="_x0000_s1184" style="position:absolute;visibility:visible;mso-wrap-style:square" from="7494,10747" to="9827,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" strokeweight="1.25pt"/>
                <v:line id="Line 17" o:spid="_x0000_s1185" style="position:absolute;flip:y;visibility:visible;mso-wrap-style:square" from="9827,10747" to="12145,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" strokeweight="1.25pt"/>
                <v:line id="Line 18" o:spid="_x0000_s1186" style="position:absolute;flip:y;visibility:visible;mso-wrap-style:square" from="9827,10509" to="1174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" strokeweight="1.25pt"/>
                <v:line id="Line 19" o:spid="_x0000_s1187" style="position:absolute;flip:y;visibility:visible;mso-wrap-style:square" from="12145,8048" to="12161,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" strokeweight="1.25pt"/>
                <v:line id="Line 20" o:spid="_x0000_s1188" style="position:absolute;flip:x y;visibility:visible;mso-wrap-style:square" from="9827,6714" to="1214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" strokeweight="1.25pt"/>
                <v:line id="Line 21" o:spid="_x0000_s1189" style="position:absolute;flip:x y;visibility:visible;mso-wrap-style:square" from="9827,7175" to="1174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" strokeweight="1.25pt"/>
                <v:line id="Line 22" o:spid="_x0000_s1190" style="position:absolute;flip:x;visibility:visible;mso-wrap-style:square" from="7494,6714" to="9827,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" strokeweight="1.25pt"/>
                <v:rect id="Rectangle 8341" o:spid="_x0000_s1191" style="position:absolute;left:14589;top:3666;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" filled="f" stroked="f">
                  <v:textbox style="mso-fit-shape-to-text:t" inset="0,0,0,0">
                    <w:txbxContent>
                      <w:p w14:paraId="313DF077"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rect id="Rectangle 8342" o:spid="_x0000_s1192" style="position:absolute;left:14589;top:5173;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" filled="f" stroked="f">
                  <v:textbox style="mso-fit-shape-to-text:t" inset="0,0,0,0">
                    <w:txbxContent>
                      <w:p w14:paraId="73491204"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25" o:spid="_x0000_s1193" style="position:absolute;flip:y;visibility:visible;mso-wrap-style:square" from="12145,6524" to="14463,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" strokeweight="1.25pt"/>
                <v:rect id="Rectangle 8344" o:spid="_x0000_s1194" style="position:absolute;left:18097;top:6951;width:128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" filled="f" stroked="f">
                  <v:textbox style="mso-fit-shape-to-text:t" inset="0,0,0,0">
                    <w:txbxContent>
                      <w:p w14:paraId="55D7F3F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27" o:spid="_x0000_s1195" style="position:absolute;visibility:visible;mso-wrap-style:square" from="16019,6429" to="17892,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" strokeweight="1.25pt"/>
                <v:line id="Line 28" o:spid="_x0000_s1196" style="position:absolute;visibility:visible;mso-wrap-style:square" from="16241,6000" to="18098,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" strokeweight="1.25pt"/>
                <v:rect id="Rectangle 8347" o:spid="_x0000_s1197" style="position:absolute;left:21843;top:5507;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5/wwAAAN0AAAAPAAAAZHJzL2Rvd25yZXYueG1sRI/dagIx&#10;FITvC75DOAXvarYqumy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b3+Of8MAAADdAAAADwAA&#10;AAAAAAAAAAAAAAAHAgAAZHJzL2Rvd25yZXYueG1sUEsFBgAAAAADAAMAtwAAAPcCAAAAAA==&#10;" filled="f" stroked="f">
                  <v:textbox style="mso-fit-shape-to-text:t" inset="0,0,0,0">
                    <w:txbxContent>
                      <w:p w14:paraId="23F2026C"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30" o:spid="_x0000_s1198" style="position:absolute;flip:y;visibility:visible;mso-wrap-style:square" from="19591,6699" to="21638,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" strokeweight="1.25pt"/>
                <v:rect id="Rectangle 8349" o:spid="_x0000_s1199" style="position:absolute;left:25383;top:7253;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WwwAAAN0AAAAPAAAAZHJzL2Rvd25yZXYueG1sRI/dagIx&#10;FITvC75DOAXvarYqsm6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cay/lsMAAADdAAAADwAA&#10;AAAAAAAAAAAAAAAHAgAAZHJzL2Rvd25yZXYueG1sUEsFBgAAAAADAAMAtwAAAPcCAAAAAA==&#10;" filled="f" stroked="f">
                  <v:textbox style="mso-fit-shape-to-text:t" inset="0,0,0,0">
                    <w:txbxContent>
                      <w:p w14:paraId="20EC2113"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32" o:spid="_x0000_s1200" style="position:absolute;visibility:visible;mso-wrap-style:square" from="23337,6810" to="2527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" strokeweight="1.25pt"/>
                <v:rect id="Rectangle 8351" o:spid="_x0000_s1201" style="position:absolute;left:25287;top:11411;width:13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" filled="f" stroked="f">
                  <v:textbox style="mso-fit-shape-to-text:t" inset="0,0,0,0">
                    <w:txbxContent>
                      <w:p w14:paraId="0F820F6B"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line id="Line 45" o:spid="_x0000_s1202" style="position:absolute;flip:x;visibility:visible;mso-wrap-style:square" from="26242,9080" to="26274,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" strokeweight="1.25pt"/>
                <v:line id="Line 46" o:spid="_x0000_s1203" style="position:absolute;flip:x;visibility:visible;mso-wrap-style:square" from="25734,9080" to="2576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" strokeweight="1.25pt"/>
                <v:rect id="Rectangle 8354" o:spid="_x0000_s1204" style="position:absolute;left:21906;top:2444;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" filled="f" stroked="f">
                  <v:textbox style="mso-fit-shape-to-text:t" inset="0,0,0,0">
                    <w:txbxContent>
                      <w:p w14:paraId="19F12E8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48" o:spid="_x0000_s1205" style="position:absolute;flip:y;visibility:visible;mso-wrap-style:square" from="22480,4428" to="22512,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" strokeweight=".39689mm"/>
                <v:rect id="Rectangle 8356" o:spid="_x0000_s1206" style="position:absolute;left:13795;top:11205;width:138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" filled="f" stroked="f">
                  <v:textbox style="mso-fit-shape-to-text:t" inset="0,0,0,0">
                    <w:txbxContent>
                      <w:p w14:paraId="257161B9"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rect id="Rectangle 8357" o:spid="_x0000_s1207" style="position:absolute;left:15192;top:11205;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iiwwAAAN0AAAAPAAAAZHJzL2Rvd25yZXYueG1sRI/dagIx&#10;FITvC75DOAXvaraKumy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6qYYosMAAADdAAAADwAA&#10;AAAAAAAAAAAAAAAHAgAAZHJzL2Rvd25yZXYueG1sUEsFBgAAAAADAAMAtwAAAPcCAAAAAA==&#10;" filled="f" stroked="f">
                  <v:textbox style="mso-fit-shape-to-text:t" inset="0,0,0,0">
                    <w:txbxContent>
                      <w:p w14:paraId="7557AF86" w14:textId="77777777" w:rsidR="00B520E7" w:rsidRDefault="00B520E7" w:rsidP="00A9684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51" o:spid="_x0000_s1208" style="position:absolute;visibility:visible;mso-wrap-style:square" from="12145,10747" to="13622,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" strokeweight=".39689mm"/>
                <v:rect id="Rectangle 8359" o:spid="_x0000_s1209" style="position:absolute;left:11255;top:574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" filled="f" stroked="f">
                  <v:textbox style="mso-fit-shape-to-text:t" inset="0,0,0,0">
                    <w:txbxContent>
                      <w:p w14:paraId="4D1F877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0" o:spid="_x0000_s1210" style="position:absolute;left:12096;top:5745;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" filled="f" stroked="f">
                  <v:textbox style="mso-fit-shape-to-text:t" inset="0,0,0,0">
                    <w:txbxContent>
                      <w:p w14:paraId="150A8321"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1" o:spid="_x0000_s1211" style="position:absolute;left:12350;top:933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" filled="f" stroked="f">
                  <v:textbox style="mso-fit-shape-to-text:t" inset="0,0,0,0">
                    <w:txbxContent>
                      <w:p w14:paraId="1730AE0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2" o:spid="_x0000_s1212" style="position:absolute;left:13176;top:9332;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" filled="f" stroked="f">
                  <v:textbox style="mso-fit-shape-to-text:t" inset="0,0,0,0">
                    <w:txbxContent>
                      <w:p w14:paraId="101EABB7"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8363" o:spid="_x0000_s1213" style="position:absolute;left:9080;top:12443;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" filled="f" stroked="f">
                  <v:textbox style="mso-fit-shape-to-text:t" inset="0,0,0,0">
                    <w:txbxContent>
                      <w:p w14:paraId="5166CF8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4" o:spid="_x0000_s1214" style="position:absolute;left:9906;top:12443;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" filled="f" stroked="f">
                  <v:textbox style="mso-fit-shape-to-text:t" inset="0,0,0,0">
                    <w:txbxContent>
                      <w:p w14:paraId="048A5F42"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8365" o:spid="_x0000_s1215" style="position:absolute;left:5509;top:1074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" filled="f" stroked="f">
                  <v:textbox style="mso-fit-shape-to-text:t" inset="0,0,0,0">
                    <w:txbxContent>
                      <w:p w14:paraId="63B60624"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6" o:spid="_x0000_s1216" style="position:absolute;left:6334;top:1074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" filled="f" stroked="f">
                  <v:textbox style="mso-fit-shape-to-text:t" inset="0,0,0,0">
                    <w:txbxContent>
                      <w:p w14:paraId="51370D2C"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8367" o:spid="_x0000_s1217" style="position:absolute;left:6303;top:545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" filled="f" stroked="f">
                  <v:textbox style="mso-fit-shape-to-text:t" inset="0,0,0,0">
                    <w:txbxContent>
                      <w:p w14:paraId="732D4BC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68" o:spid="_x0000_s1218" style="position:absolute;left:6969;top:545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" filled="f" stroked="f">
                  <v:textbox style="mso-fit-shape-to-text:t" inset="0,0,0,0">
                    <w:txbxContent>
                      <w:p w14:paraId="2E664639"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8369" o:spid="_x0000_s1219" style="position:absolute;left:14779;top:2015;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" filled="f" stroked="f">
                  <v:textbox style="mso-fit-shape-to-text:t" inset="0,0,0,0">
                    <w:txbxContent>
                      <w:p w14:paraId="459DDA5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70" o:spid="_x0000_s1220" style="position:absolute;left:18430;top:861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" filled="f" stroked="f">
                  <v:textbox style="mso-fit-shape-to-text:t" inset="0,0,0,0">
                    <w:txbxContent>
                      <w:p w14:paraId="399FF02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8371" o:spid="_x0000_s1221" style="position:absolute;left:22144;top:7173;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" filled="f" stroked="f">
                  <v:textbox style="mso-fit-shape-to-text:t" inset="0,0,0,0">
                    <w:txbxContent>
                      <w:p w14:paraId="315F4B88"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8372" o:spid="_x0000_s1222" style="position:absolute;left:25494;top:5586;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" filled="f" stroked="f">
                  <v:textbox style="mso-fit-shape-to-text:t" inset="0,0,0,0">
                    <w:txbxContent>
                      <w:p w14:paraId="76248B30"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8373" o:spid="_x0000_s1223" style="position:absolute;left:8620;top:482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" filled="f" stroked="f">
                  <v:textbox style="mso-fit-shape-to-text:t" inset="0,0,0,0">
                    <w:txbxContent>
                      <w:p w14:paraId="61D8037F"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374" o:spid="_x0000_s1224" style="position:absolute;left:9461;top:4824;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" filled="f" stroked="f">
                  <v:textbox style="mso-fit-shape-to-text:t" inset="0,0,0,0">
                    <w:txbxContent>
                      <w:p w14:paraId="3B5A5C5B" w14:textId="77777777" w:rsidR="00B520E7" w:rsidRDefault="00B520E7" w:rsidP="00A96840">
                        <w:pPr>
                          <w:pStyle w:val="NormalWeb"/>
                          <w:spacing w:before="0" w:beforeAutospacing="0" w:after="0" w:afterAutospacing="0"/>
                          <w:textAlignment w:val="baseline"/>
                        </w:pPr>
                        <w:r>
                          <w:rPr>
                            <w:rFonts w:ascii="Arial" w:hAnsi="Arial" w:cs="Arial"/>
                            <w:color w:val="0000FF"/>
                            <w:kern w:val="24"/>
                            <w:lang w:val="hr-HR"/>
                          </w:rPr>
                          <w:t>6</w:t>
                        </w:r>
                      </w:p>
                    </w:txbxContent>
                  </v:textbox>
                </v:rect>
                <v:shape id="TextBox 317" o:spid="_x0000_s1225" type="#_x0000_t202" style="position:absolute;top:4904;width:6420;height:3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" filled="f" stroked="f">
                  <v:textbox style="mso-fit-shape-to-text:t">
                    <w:txbxContent>
                      <w:p w14:paraId="537F6EF8" w14:textId="77777777" w:rsidR="00B520E7" w:rsidRDefault="00B520E7" w:rsidP="00A9684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v:textbox>
                </v:shape>
                <v:line id="Line 25" o:spid="_x0000_s1226" style="position:absolute;visibility:visible;mso-wrap-style:square" from="5509,6778" to="7478,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" strokeweight="1.25pt"/>
                <w10:wrap anchorx="margin"/>
              </v:group>
            </w:pict>
          </mc:Fallback>
        </mc:AlternateContent>
      </w:r>
      <w:r w:rsidRPr="00C85550">
        <w:rPr>
          <w:noProof/>
        </w:rPr>
        <mc:AlternateContent>
          <mc:Choice Requires="wps">
            <w:drawing>
              <wp:anchor distT="91440" distB="91440" distL="114300" distR="114300" simplePos="0" relativeHeight="251658245" behindDoc="0" locked="0" layoutInCell="1" allowOverlap="1" wp14:anchorId="332D7243" wp14:editId="5FE83763">
                <wp:simplePos x="0" y="0"/>
                <wp:positionH relativeFrom="page">
                  <wp:posOffset>1810390</wp:posOffset>
                </wp:positionH>
                <wp:positionV relativeFrom="paragraph">
                  <wp:posOffset>376368</wp:posOffset>
                </wp:positionV>
                <wp:extent cx="4117340" cy="2006600"/>
                <wp:effectExtent l="0" t="0" r="0" b="0"/>
                <wp:wrapTopAndBottom/>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006600"/>
                        </a:xfrm>
                        <a:prstGeom prst="rect">
                          <a:avLst/>
                        </a:prstGeom>
                        <a:noFill/>
                        <a:ln w="9525">
                          <a:noFill/>
                          <a:miter lim="800000"/>
                          <a:headEnd/>
                          <a:tailEnd/>
                        </a:ln>
                      </wps:spPr>
                      <wps:txbx>
                        <w:txbxContent>
                          <w:p w14:paraId="61259977" w14:textId="77777777" w:rsidR="00B520E7" w:rsidRDefault="00B520E7" w:rsidP="00A96840">
                            <w:pPr>
                              <w:pBdr>
                                <w:top w:val="single" w:sz="24" w:space="8" w:color="4472C4" w:themeColor="accent1"/>
                                <w:bottom w:val="single" w:sz="24" w:space="8" w:color="4472C4" w:themeColor="accent1"/>
                              </w:pBdr>
                              <w:jc w:val="cente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D7243" id="_x0000_s1227" type="#_x0000_t202" style="position:absolute;margin-left:142.55pt;margin-top:29.65pt;width:324.2pt;height:158pt;z-index:25165824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AJEAIAAP4DAAAOAAAAZHJzL2Uyb0RvYy54bWysU9uO2yAQfa/Uf0C8N7402SR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" filled="f" stroked="f">
                <v:textbox>
                  <w:txbxContent>
                    <w:p w14:paraId="61259977" w14:textId="77777777" w:rsidR="00B520E7" w:rsidRDefault="00B520E7" w:rsidP="00A96840">
                      <w:pPr>
                        <w:pBdr>
                          <w:top w:val="single" w:sz="24" w:space="8" w:color="4472C4" w:themeColor="accent1"/>
                          <w:bottom w:val="single" w:sz="24" w:space="8" w:color="4472C4" w:themeColor="accent1"/>
                        </w:pBdr>
                        <w:jc w:val="center"/>
                        <w:rPr>
                          <w:i/>
                          <w:iCs/>
                          <w:color w:val="4472C4" w:themeColor="accent1"/>
                        </w:rPr>
                      </w:pPr>
                    </w:p>
                  </w:txbxContent>
                </v:textbox>
                <w10:wrap type="topAndBottom" anchorx="page"/>
              </v:shape>
            </w:pict>
          </mc:Fallback>
        </mc:AlternateContent>
      </w:r>
    </w:p>
    <w:p w14:paraId="3843CFC5" w14:textId="5191A765" w:rsidR="00432512" w:rsidRPr="00C85550" w:rsidRDefault="00432512" w:rsidP="00A96840">
      <w:pPr>
        <w:pStyle w:val="EndnoteText"/>
        <w:spacing w:line="360" w:lineRule="auto"/>
        <w:jc w:val="center"/>
        <w:rPr>
          <w:lang w:val="en-US"/>
        </w:rPr>
      </w:pPr>
      <w:r w:rsidRPr="00C85550">
        <w:rPr>
          <w:b/>
          <w:sz w:val="22"/>
          <w:szCs w:val="22"/>
          <w:lang w:val="en-US"/>
        </w:rPr>
        <w:t>Scheme S4.</w:t>
      </w:r>
      <w:r w:rsidRPr="00C85550">
        <w:rPr>
          <w:sz w:val="22"/>
          <w:szCs w:val="22"/>
          <w:lang w:val="en-US"/>
        </w:rPr>
        <w:t xml:space="preserve"> </w:t>
      </w:r>
      <w:r w:rsidR="00644FB6" w:rsidRPr="00C85550">
        <w:rPr>
          <w:sz w:val="22"/>
          <w:szCs w:val="22"/>
          <w:lang w:val="en-US"/>
        </w:rPr>
        <w:t xml:space="preserve">The structural formula of </w:t>
      </w:r>
      <w:r w:rsidR="00644FB6" w:rsidRPr="00C85550">
        <w:rPr>
          <w:b/>
          <w:bCs/>
          <w:sz w:val="22"/>
          <w:szCs w:val="22"/>
        </w:rPr>
        <w:t>H</w:t>
      </w:r>
      <w:r w:rsidR="00644FB6" w:rsidRPr="00C85550">
        <w:rPr>
          <w:b/>
          <w:bCs/>
          <w:sz w:val="22"/>
          <w:szCs w:val="22"/>
          <w:vertAlign w:val="subscript"/>
        </w:rPr>
        <w:t>2</w:t>
      </w:r>
      <w:r w:rsidR="00644FB6" w:rsidRPr="00C85550">
        <w:rPr>
          <w:b/>
          <w:bCs/>
          <w:sz w:val="22"/>
          <w:szCs w:val="22"/>
        </w:rPr>
        <w:t>L</w:t>
      </w:r>
      <w:r w:rsidR="00644FB6" w:rsidRPr="00C85550">
        <w:rPr>
          <w:b/>
          <w:bCs/>
          <w:sz w:val="22"/>
          <w:szCs w:val="22"/>
          <w:vertAlign w:val="superscript"/>
        </w:rPr>
        <w:t xml:space="preserve">3 </w:t>
      </w:r>
      <w:r w:rsidR="00644FB6" w:rsidRPr="00C85550">
        <w:rPr>
          <w:sz w:val="22"/>
          <w:szCs w:val="22"/>
          <w:lang w:val="en-US"/>
        </w:rPr>
        <w:t>with the NMR numbering scheme</w:t>
      </w:r>
    </w:p>
    <w:p w14:paraId="1C8685D2" w14:textId="77777777" w:rsidR="00432512" w:rsidRPr="00C85550" w:rsidRDefault="00432512" w:rsidP="00432512">
      <w:pPr>
        <w:pStyle w:val="EndnoteText"/>
        <w:spacing w:line="360" w:lineRule="auto"/>
        <w:rPr>
          <w:lang w:val="en-US"/>
        </w:rPr>
      </w:pPr>
    </w:p>
    <w:p w14:paraId="5BCBF480" w14:textId="44D02CD2" w:rsidR="00432512" w:rsidRPr="00C85550" w:rsidRDefault="00432512" w:rsidP="00432512">
      <w:pPr>
        <w:pStyle w:val="EndnoteText"/>
        <w:spacing w:line="360" w:lineRule="auto"/>
        <w:jc w:val="center"/>
        <w:rPr>
          <w:b/>
          <w:sz w:val="24"/>
          <w:szCs w:val="24"/>
        </w:rPr>
      </w:pPr>
      <w:r w:rsidRPr="00C85550">
        <w:rPr>
          <w:lang w:val="en-US"/>
        </w:rPr>
        <w:br w:type="page"/>
      </w:r>
      <w:r w:rsidRPr="00C85550">
        <w:rPr>
          <w:b/>
          <w:sz w:val="24"/>
          <w:szCs w:val="24"/>
        </w:rPr>
        <w:lastRenderedPageBreak/>
        <w:t>Table S</w:t>
      </w:r>
      <w:r w:rsidR="00C85550">
        <w:rPr>
          <w:b/>
          <w:sz w:val="24"/>
          <w:szCs w:val="24"/>
        </w:rPr>
        <w:t>12</w:t>
      </w:r>
      <w:r w:rsidRPr="00C85550">
        <w:t xml:space="preserve"> </w:t>
      </w:r>
      <w:r w:rsidRPr="00C85550">
        <w:rPr>
          <w:sz w:val="24"/>
          <w:szCs w:val="24"/>
          <w:vertAlign w:val="superscript"/>
          <w:lang w:val="hr-HR"/>
        </w:rPr>
        <w:t>1</w:t>
      </w:r>
      <w:r w:rsidRPr="00C85550">
        <w:rPr>
          <w:sz w:val="24"/>
          <w:szCs w:val="24"/>
          <w:lang w:val="hr-HR"/>
        </w:rPr>
        <w:t xml:space="preserve">H and </w:t>
      </w:r>
      <w:r w:rsidRPr="00C85550">
        <w:rPr>
          <w:sz w:val="24"/>
          <w:szCs w:val="24"/>
          <w:vertAlign w:val="superscript"/>
          <w:lang w:val="hr-HR"/>
        </w:rPr>
        <w:t>13</w:t>
      </w:r>
      <w:r w:rsidRPr="00C85550">
        <w:rPr>
          <w:sz w:val="24"/>
          <w:szCs w:val="24"/>
          <w:lang w:val="hr-HR"/>
        </w:rPr>
        <w:t xml:space="preserve">C chemical shifts (ppm) of </w:t>
      </w:r>
      <w:r w:rsidRPr="00C85550">
        <w:rPr>
          <w:b/>
          <w:bCs/>
          <w:sz w:val="24"/>
          <w:szCs w:val="24"/>
        </w:rPr>
        <w:t>H</w:t>
      </w:r>
      <w:r w:rsidRPr="00C85550">
        <w:rPr>
          <w:b/>
          <w:bCs/>
          <w:sz w:val="24"/>
          <w:szCs w:val="24"/>
          <w:vertAlign w:val="subscript"/>
        </w:rPr>
        <w:t>2</w:t>
      </w:r>
      <w:r w:rsidRPr="00C85550">
        <w:rPr>
          <w:b/>
          <w:bCs/>
          <w:sz w:val="24"/>
          <w:szCs w:val="24"/>
        </w:rPr>
        <w:t>L</w:t>
      </w:r>
      <w:r w:rsidRPr="00C85550">
        <w:rPr>
          <w:b/>
          <w:bCs/>
          <w:sz w:val="24"/>
          <w:szCs w:val="24"/>
          <w:vertAlign w:val="superscript"/>
        </w:rPr>
        <w:t>4</w:t>
      </w:r>
      <w:r w:rsidRPr="00C85550">
        <w:rPr>
          <w:sz w:val="24"/>
          <w:szCs w:val="24"/>
        </w:rPr>
        <w:t xml:space="preserve"> and </w:t>
      </w:r>
      <w:r w:rsidRPr="00C85550">
        <w:rPr>
          <w:b/>
          <w:sz w:val="24"/>
          <w:szCs w:val="24"/>
        </w:rPr>
        <w:t>4</w:t>
      </w:r>
      <w:r w:rsidRPr="00C85550">
        <w:rPr>
          <w:sz w:val="24"/>
          <w:szCs w:val="24"/>
        </w:rPr>
        <w:t>.</w:t>
      </w:r>
    </w:p>
    <w:p w14:paraId="1B352649" w14:textId="77777777" w:rsidR="00432512" w:rsidRPr="00C85550" w:rsidRDefault="00432512" w:rsidP="00432512">
      <w:pPr>
        <w:pStyle w:val="EndnoteText"/>
        <w:jc w:val="center"/>
        <w:rPr>
          <w:sz w:val="24"/>
          <w:szCs w:val="24"/>
        </w:rPr>
      </w:pPr>
    </w:p>
    <w:tbl>
      <w:tblPr>
        <w:tblW w:w="3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311"/>
        <w:gridCol w:w="1310"/>
        <w:gridCol w:w="1310"/>
        <w:gridCol w:w="1293"/>
      </w:tblGrid>
      <w:tr w:rsidR="00AE5701" w:rsidRPr="00C85550" w14:paraId="0404C468" w14:textId="77777777" w:rsidTr="00A96840">
        <w:trPr>
          <w:trHeight w:hRule="exact" w:val="369"/>
          <w:jc w:val="center"/>
        </w:trPr>
        <w:tc>
          <w:tcPr>
            <w:tcW w:w="1008" w:type="pct"/>
            <w:vMerge w:val="restart"/>
            <w:tcBorders>
              <w:left w:val="nil"/>
              <w:bottom w:val="nil"/>
              <w:right w:val="nil"/>
            </w:tcBorders>
            <w:vAlign w:val="center"/>
          </w:tcPr>
          <w:p w14:paraId="1822CCB0" w14:textId="77777777" w:rsidR="00AE5701" w:rsidRPr="00C85550" w:rsidRDefault="00AE5701" w:rsidP="00A96840">
            <w:pPr>
              <w:jc w:val="center"/>
              <w:rPr>
                <w:rFonts w:ascii="Times New Roman" w:hAnsi="Times New Roman"/>
              </w:rPr>
            </w:pPr>
            <w:r w:rsidRPr="00C85550">
              <w:rPr>
                <w:rFonts w:ascii="Times New Roman" w:hAnsi="Times New Roman"/>
              </w:rPr>
              <w:t>Atom</w:t>
            </w:r>
          </w:p>
        </w:tc>
        <w:tc>
          <w:tcPr>
            <w:tcW w:w="2003" w:type="pct"/>
            <w:gridSpan w:val="2"/>
            <w:tcBorders>
              <w:left w:val="nil"/>
              <w:bottom w:val="single" w:sz="4" w:space="0" w:color="auto"/>
              <w:right w:val="nil"/>
            </w:tcBorders>
            <w:vAlign w:val="center"/>
          </w:tcPr>
          <w:p w14:paraId="0A133C3B" w14:textId="1AC30D76" w:rsidR="00AE5701" w:rsidRPr="00C85550" w:rsidRDefault="00AE5701" w:rsidP="00A96840">
            <w:pPr>
              <w:jc w:val="center"/>
              <w:rPr>
                <w:rFonts w:ascii="Times New Roman" w:hAnsi="Times New Roman"/>
                <w:b/>
              </w:rPr>
            </w:pPr>
            <w:r w:rsidRPr="00C85550">
              <w:rPr>
                <w:rFonts w:ascii="Times New Roman" w:hAnsi="Times New Roman"/>
                <w:b/>
                <w:bCs/>
              </w:rPr>
              <w:t>H</w:t>
            </w:r>
            <w:r w:rsidRPr="00C85550">
              <w:rPr>
                <w:rFonts w:ascii="Times New Roman" w:hAnsi="Times New Roman"/>
                <w:b/>
                <w:bCs/>
                <w:vertAlign w:val="subscript"/>
              </w:rPr>
              <w:t>2</w:t>
            </w:r>
            <w:r w:rsidRPr="00C85550">
              <w:rPr>
                <w:rFonts w:ascii="Times New Roman" w:hAnsi="Times New Roman"/>
                <w:b/>
                <w:bCs/>
              </w:rPr>
              <w:t>L</w:t>
            </w:r>
            <w:r w:rsidR="00782066" w:rsidRPr="00C85550">
              <w:rPr>
                <w:rFonts w:ascii="Times New Roman" w:hAnsi="Times New Roman"/>
                <w:b/>
                <w:bCs/>
                <w:vertAlign w:val="superscript"/>
              </w:rPr>
              <w:t>4</w:t>
            </w:r>
          </w:p>
        </w:tc>
        <w:tc>
          <w:tcPr>
            <w:tcW w:w="1988" w:type="pct"/>
            <w:gridSpan w:val="2"/>
            <w:tcBorders>
              <w:left w:val="nil"/>
              <w:bottom w:val="single" w:sz="4" w:space="0" w:color="auto"/>
              <w:right w:val="nil"/>
            </w:tcBorders>
          </w:tcPr>
          <w:p w14:paraId="1EFA5111" w14:textId="31AC8B44" w:rsidR="00AE5701" w:rsidRPr="00C85550" w:rsidRDefault="00782066" w:rsidP="00A96840">
            <w:pPr>
              <w:jc w:val="center"/>
              <w:rPr>
                <w:rFonts w:ascii="Times New Roman" w:hAnsi="Times New Roman"/>
                <w:b/>
              </w:rPr>
            </w:pPr>
            <w:r w:rsidRPr="00C85550">
              <w:rPr>
                <w:rFonts w:ascii="Times New Roman" w:hAnsi="Times New Roman"/>
                <w:b/>
              </w:rPr>
              <w:t>4</w:t>
            </w:r>
          </w:p>
        </w:tc>
      </w:tr>
      <w:tr w:rsidR="00AE5701" w:rsidRPr="00C85550" w14:paraId="0C048585" w14:textId="77777777" w:rsidTr="00A96840">
        <w:trPr>
          <w:trHeight w:hRule="exact" w:val="592"/>
          <w:jc w:val="center"/>
        </w:trPr>
        <w:tc>
          <w:tcPr>
            <w:tcW w:w="1008" w:type="pct"/>
            <w:vMerge/>
            <w:tcBorders>
              <w:top w:val="nil"/>
              <w:left w:val="nil"/>
              <w:bottom w:val="single" w:sz="4" w:space="0" w:color="auto"/>
              <w:right w:val="nil"/>
            </w:tcBorders>
            <w:vAlign w:val="center"/>
          </w:tcPr>
          <w:p w14:paraId="45EF8B58" w14:textId="77777777" w:rsidR="00AE5701" w:rsidRPr="00C85550" w:rsidRDefault="00AE5701" w:rsidP="00A96840">
            <w:pPr>
              <w:jc w:val="center"/>
              <w:rPr>
                <w:rFonts w:ascii="Times New Roman" w:hAnsi="Times New Roman"/>
              </w:rPr>
            </w:pPr>
          </w:p>
        </w:tc>
        <w:tc>
          <w:tcPr>
            <w:tcW w:w="1002" w:type="pct"/>
            <w:tcBorders>
              <w:top w:val="single" w:sz="4" w:space="0" w:color="auto"/>
              <w:left w:val="nil"/>
              <w:bottom w:val="single" w:sz="4" w:space="0" w:color="auto"/>
              <w:right w:val="nil"/>
            </w:tcBorders>
            <w:vAlign w:val="center"/>
          </w:tcPr>
          <w:p w14:paraId="11C18657" w14:textId="77777777" w:rsidR="00AE5701" w:rsidRPr="00C85550" w:rsidRDefault="00AE5701"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1001" w:type="pct"/>
            <w:tcBorders>
              <w:top w:val="single" w:sz="4" w:space="0" w:color="auto"/>
              <w:left w:val="nil"/>
              <w:bottom w:val="single" w:sz="4" w:space="0" w:color="auto"/>
              <w:right w:val="nil"/>
            </w:tcBorders>
            <w:vAlign w:val="center"/>
          </w:tcPr>
          <w:p w14:paraId="484B6323" w14:textId="77777777" w:rsidR="00AE5701" w:rsidRPr="00C85550" w:rsidRDefault="00AE5701"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c>
          <w:tcPr>
            <w:tcW w:w="1001" w:type="pct"/>
            <w:tcBorders>
              <w:top w:val="single" w:sz="4" w:space="0" w:color="auto"/>
              <w:left w:val="nil"/>
              <w:bottom w:val="single" w:sz="4" w:space="0" w:color="auto"/>
              <w:right w:val="nil"/>
            </w:tcBorders>
            <w:vAlign w:val="center"/>
          </w:tcPr>
          <w:p w14:paraId="0F272403" w14:textId="77777777" w:rsidR="00AE5701" w:rsidRPr="00C85550" w:rsidRDefault="00AE5701"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w:t>
            </w:r>
            <w:r w:rsidRPr="00C85550">
              <w:rPr>
                <w:rFonts w:ascii="Times New Roman" w:hAnsi="Times New Roman"/>
              </w:rPr>
              <w:t>H)</w:t>
            </w:r>
          </w:p>
        </w:tc>
        <w:tc>
          <w:tcPr>
            <w:tcW w:w="988" w:type="pct"/>
            <w:tcBorders>
              <w:top w:val="single" w:sz="4" w:space="0" w:color="auto"/>
              <w:left w:val="nil"/>
              <w:bottom w:val="single" w:sz="4" w:space="0" w:color="auto"/>
              <w:right w:val="nil"/>
            </w:tcBorders>
            <w:vAlign w:val="center"/>
          </w:tcPr>
          <w:p w14:paraId="6B9D48F3" w14:textId="77777777" w:rsidR="00AE5701" w:rsidRPr="00C85550" w:rsidRDefault="00AE5701" w:rsidP="00A96840">
            <w:pPr>
              <w:jc w:val="center"/>
              <w:rPr>
                <w:rFonts w:ascii="Times New Roman" w:hAnsi="Times New Roman"/>
              </w:rPr>
            </w:pPr>
            <w:r w:rsidRPr="00C85550">
              <w:rPr>
                <w:rFonts w:ascii="Times New Roman" w:hAnsi="Times New Roman"/>
                <w:i/>
              </w:rPr>
              <w:t>δ</w:t>
            </w:r>
            <w:r w:rsidRPr="00C85550">
              <w:rPr>
                <w:rFonts w:ascii="Times New Roman" w:hAnsi="Times New Roman"/>
              </w:rPr>
              <w:t xml:space="preserve"> / ppm (</w:t>
            </w:r>
            <w:r w:rsidRPr="00C85550">
              <w:rPr>
                <w:rFonts w:ascii="Times New Roman" w:hAnsi="Times New Roman"/>
                <w:vertAlign w:val="superscript"/>
              </w:rPr>
              <w:t>13</w:t>
            </w:r>
            <w:r w:rsidRPr="00C85550">
              <w:rPr>
                <w:rFonts w:ascii="Times New Roman" w:hAnsi="Times New Roman"/>
              </w:rPr>
              <w:t>C)</w:t>
            </w:r>
          </w:p>
        </w:tc>
      </w:tr>
      <w:tr w:rsidR="00B76917" w:rsidRPr="00C85550" w14:paraId="10F6F15A" w14:textId="77777777" w:rsidTr="00A96840">
        <w:trPr>
          <w:trHeight w:hRule="exact" w:val="369"/>
          <w:jc w:val="center"/>
        </w:trPr>
        <w:tc>
          <w:tcPr>
            <w:tcW w:w="1008" w:type="pct"/>
            <w:tcBorders>
              <w:left w:val="nil"/>
              <w:bottom w:val="nil"/>
              <w:right w:val="nil"/>
            </w:tcBorders>
            <w:vAlign w:val="center"/>
          </w:tcPr>
          <w:p w14:paraId="248300E1" w14:textId="77777777" w:rsidR="00B76917" w:rsidRPr="00C85550" w:rsidRDefault="00B76917" w:rsidP="00B76917">
            <w:pPr>
              <w:jc w:val="center"/>
              <w:rPr>
                <w:rFonts w:ascii="Times New Roman" w:hAnsi="Times New Roman"/>
                <w:b/>
              </w:rPr>
            </w:pPr>
            <w:r w:rsidRPr="00C85550">
              <w:rPr>
                <w:rFonts w:ascii="Times New Roman" w:hAnsi="Times New Roman"/>
                <w:b/>
              </w:rPr>
              <w:t>1</w:t>
            </w:r>
          </w:p>
        </w:tc>
        <w:tc>
          <w:tcPr>
            <w:tcW w:w="1002" w:type="pct"/>
            <w:tcBorders>
              <w:left w:val="nil"/>
              <w:bottom w:val="nil"/>
              <w:right w:val="nil"/>
            </w:tcBorders>
            <w:vAlign w:val="center"/>
          </w:tcPr>
          <w:p w14:paraId="50C58F1B" w14:textId="6482AFA4" w:rsidR="00B76917" w:rsidRPr="00C85550" w:rsidRDefault="00782066" w:rsidP="00B76917">
            <w:pPr>
              <w:jc w:val="center"/>
              <w:rPr>
                <w:rFonts w:ascii="Times New Roman" w:hAnsi="Times New Roman"/>
              </w:rPr>
            </w:pPr>
            <w:r w:rsidRPr="00C85550">
              <w:rPr>
                <w:rFonts w:ascii="Times New Roman" w:hAnsi="Times New Roman"/>
              </w:rPr>
              <w:t>8.64</w:t>
            </w:r>
          </w:p>
        </w:tc>
        <w:tc>
          <w:tcPr>
            <w:tcW w:w="1001" w:type="pct"/>
            <w:tcBorders>
              <w:left w:val="nil"/>
              <w:bottom w:val="nil"/>
              <w:right w:val="nil"/>
            </w:tcBorders>
            <w:vAlign w:val="center"/>
          </w:tcPr>
          <w:p w14:paraId="460FD0B5" w14:textId="5703873D" w:rsidR="00B76917" w:rsidRPr="00C85550" w:rsidRDefault="00782066" w:rsidP="00B76917">
            <w:pPr>
              <w:jc w:val="center"/>
              <w:rPr>
                <w:rFonts w:ascii="Times New Roman" w:hAnsi="Times New Roman"/>
              </w:rPr>
            </w:pPr>
            <w:r w:rsidRPr="00C85550">
              <w:rPr>
                <w:rFonts w:ascii="Times New Roman" w:hAnsi="Times New Roman"/>
              </w:rPr>
              <w:t>145.95</w:t>
            </w:r>
          </w:p>
        </w:tc>
        <w:tc>
          <w:tcPr>
            <w:tcW w:w="1001" w:type="pct"/>
            <w:tcBorders>
              <w:left w:val="nil"/>
              <w:bottom w:val="nil"/>
              <w:right w:val="nil"/>
            </w:tcBorders>
            <w:vAlign w:val="center"/>
          </w:tcPr>
          <w:p w14:paraId="67C677AF" w14:textId="43D62D0D" w:rsidR="00B76917" w:rsidRPr="00C85550" w:rsidRDefault="00782066" w:rsidP="00B76917">
            <w:pPr>
              <w:jc w:val="center"/>
              <w:rPr>
                <w:rFonts w:ascii="Times New Roman" w:hAnsi="Times New Roman"/>
              </w:rPr>
            </w:pPr>
            <w:r w:rsidRPr="00C85550">
              <w:rPr>
                <w:rFonts w:ascii="Times New Roman" w:hAnsi="Times New Roman"/>
              </w:rPr>
              <w:t>8.73</w:t>
            </w:r>
          </w:p>
        </w:tc>
        <w:tc>
          <w:tcPr>
            <w:tcW w:w="988" w:type="pct"/>
            <w:tcBorders>
              <w:left w:val="nil"/>
              <w:bottom w:val="nil"/>
              <w:right w:val="nil"/>
            </w:tcBorders>
            <w:vAlign w:val="center"/>
          </w:tcPr>
          <w:p w14:paraId="43EA5CCD" w14:textId="31BC4F32" w:rsidR="00B76917" w:rsidRPr="00C85550" w:rsidRDefault="00A15AEA" w:rsidP="00B76917">
            <w:pPr>
              <w:jc w:val="center"/>
              <w:rPr>
                <w:rFonts w:ascii="Times New Roman" w:hAnsi="Times New Roman"/>
              </w:rPr>
            </w:pPr>
            <w:r w:rsidRPr="00C85550">
              <w:rPr>
                <w:rFonts w:ascii="Times New Roman" w:hAnsi="Times New Roman"/>
              </w:rPr>
              <w:t>152.14</w:t>
            </w:r>
          </w:p>
        </w:tc>
      </w:tr>
      <w:tr w:rsidR="00782066" w:rsidRPr="00C85550" w14:paraId="351D0357" w14:textId="77777777" w:rsidTr="00A96840">
        <w:trPr>
          <w:trHeight w:hRule="exact" w:val="369"/>
          <w:jc w:val="center"/>
        </w:trPr>
        <w:tc>
          <w:tcPr>
            <w:tcW w:w="1008" w:type="pct"/>
            <w:tcBorders>
              <w:top w:val="nil"/>
              <w:left w:val="nil"/>
              <w:bottom w:val="nil"/>
              <w:right w:val="nil"/>
            </w:tcBorders>
            <w:vAlign w:val="center"/>
          </w:tcPr>
          <w:p w14:paraId="6C95CB1B" w14:textId="77777777" w:rsidR="00782066" w:rsidRPr="00C85550" w:rsidRDefault="00782066" w:rsidP="00782066">
            <w:pPr>
              <w:jc w:val="center"/>
              <w:rPr>
                <w:rFonts w:ascii="Times New Roman" w:hAnsi="Times New Roman"/>
                <w:b/>
              </w:rPr>
            </w:pPr>
            <w:r w:rsidRPr="00C85550">
              <w:rPr>
                <w:rFonts w:ascii="Times New Roman" w:hAnsi="Times New Roman"/>
                <w:b/>
              </w:rPr>
              <w:t>4</w:t>
            </w:r>
          </w:p>
        </w:tc>
        <w:tc>
          <w:tcPr>
            <w:tcW w:w="1002" w:type="pct"/>
            <w:tcBorders>
              <w:top w:val="nil"/>
              <w:left w:val="nil"/>
              <w:bottom w:val="nil"/>
              <w:right w:val="nil"/>
            </w:tcBorders>
            <w:vAlign w:val="center"/>
          </w:tcPr>
          <w:p w14:paraId="499DBA9A" w14:textId="54427CC4"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30C8016" w14:textId="767F8D5A" w:rsidR="00782066" w:rsidRPr="00C85550" w:rsidRDefault="00782066" w:rsidP="00782066">
            <w:pPr>
              <w:jc w:val="center"/>
              <w:rPr>
                <w:rFonts w:ascii="Times New Roman" w:hAnsi="Times New Roman"/>
              </w:rPr>
            </w:pPr>
            <w:r w:rsidRPr="00C85550">
              <w:rPr>
                <w:rFonts w:ascii="Times New Roman" w:hAnsi="Times New Roman"/>
              </w:rPr>
              <w:t>162.45</w:t>
            </w:r>
          </w:p>
        </w:tc>
        <w:tc>
          <w:tcPr>
            <w:tcW w:w="1001" w:type="pct"/>
            <w:tcBorders>
              <w:top w:val="nil"/>
              <w:left w:val="nil"/>
              <w:bottom w:val="nil"/>
              <w:right w:val="nil"/>
            </w:tcBorders>
            <w:vAlign w:val="center"/>
          </w:tcPr>
          <w:p w14:paraId="519A932C" w14:textId="30F98131"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320CEE41" w14:textId="47F9C8FA" w:rsidR="00782066" w:rsidRPr="00C85550" w:rsidRDefault="004A689D" w:rsidP="00782066">
            <w:pPr>
              <w:jc w:val="center"/>
              <w:rPr>
                <w:rFonts w:ascii="Times New Roman" w:hAnsi="Times New Roman"/>
              </w:rPr>
            </w:pPr>
            <w:r w:rsidRPr="00C85550">
              <w:rPr>
                <w:rFonts w:ascii="Times New Roman" w:hAnsi="Times New Roman"/>
              </w:rPr>
              <w:t>169.04</w:t>
            </w:r>
          </w:p>
        </w:tc>
      </w:tr>
      <w:tr w:rsidR="00782066" w:rsidRPr="00C85550" w14:paraId="7BEA43CB" w14:textId="77777777" w:rsidTr="00A96840">
        <w:trPr>
          <w:trHeight w:hRule="exact" w:val="369"/>
          <w:jc w:val="center"/>
        </w:trPr>
        <w:tc>
          <w:tcPr>
            <w:tcW w:w="1008" w:type="pct"/>
            <w:tcBorders>
              <w:top w:val="nil"/>
              <w:left w:val="nil"/>
              <w:bottom w:val="nil"/>
              <w:right w:val="nil"/>
            </w:tcBorders>
            <w:vAlign w:val="center"/>
          </w:tcPr>
          <w:p w14:paraId="3515DE46" w14:textId="77777777" w:rsidR="00782066" w:rsidRPr="00C85550" w:rsidRDefault="00782066" w:rsidP="00782066">
            <w:pPr>
              <w:jc w:val="center"/>
              <w:rPr>
                <w:rFonts w:ascii="Times New Roman" w:hAnsi="Times New Roman"/>
                <w:b/>
              </w:rPr>
            </w:pPr>
            <w:r w:rsidRPr="00C85550">
              <w:rPr>
                <w:rFonts w:ascii="Times New Roman" w:hAnsi="Times New Roman"/>
                <w:b/>
              </w:rPr>
              <w:t>5</w:t>
            </w:r>
          </w:p>
        </w:tc>
        <w:tc>
          <w:tcPr>
            <w:tcW w:w="1002" w:type="pct"/>
            <w:tcBorders>
              <w:top w:val="nil"/>
              <w:left w:val="nil"/>
              <w:bottom w:val="nil"/>
              <w:right w:val="nil"/>
            </w:tcBorders>
            <w:vAlign w:val="center"/>
          </w:tcPr>
          <w:p w14:paraId="22FCE9B7" w14:textId="15B93F5A"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5B9ED37E" w14:textId="26420298" w:rsidR="00782066" w:rsidRPr="00C85550" w:rsidRDefault="00782066" w:rsidP="00782066">
            <w:pPr>
              <w:jc w:val="center"/>
              <w:rPr>
                <w:rFonts w:ascii="Times New Roman" w:hAnsi="Times New Roman"/>
              </w:rPr>
            </w:pPr>
            <w:r w:rsidRPr="00C85550">
              <w:rPr>
                <w:rFonts w:ascii="Times New Roman" w:hAnsi="Times New Roman"/>
              </w:rPr>
              <w:t>118.33</w:t>
            </w:r>
          </w:p>
        </w:tc>
        <w:tc>
          <w:tcPr>
            <w:tcW w:w="1001" w:type="pct"/>
            <w:tcBorders>
              <w:top w:val="nil"/>
              <w:left w:val="nil"/>
              <w:bottom w:val="nil"/>
              <w:right w:val="nil"/>
            </w:tcBorders>
            <w:vAlign w:val="center"/>
          </w:tcPr>
          <w:p w14:paraId="77246395" w14:textId="6EDDFAC8"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4A0D5107" w14:textId="2E280044" w:rsidR="00782066" w:rsidRPr="00C85550" w:rsidRDefault="002D6172" w:rsidP="00782066">
            <w:pPr>
              <w:jc w:val="center"/>
              <w:rPr>
                <w:rFonts w:ascii="Times New Roman" w:hAnsi="Times New Roman"/>
              </w:rPr>
            </w:pPr>
            <w:r w:rsidRPr="00C85550">
              <w:rPr>
                <w:rFonts w:ascii="Times New Roman" w:hAnsi="Times New Roman"/>
              </w:rPr>
              <w:t>115.14</w:t>
            </w:r>
          </w:p>
        </w:tc>
      </w:tr>
      <w:tr w:rsidR="00782066" w:rsidRPr="00C85550" w14:paraId="1FC73B4D" w14:textId="77777777" w:rsidTr="00A96840">
        <w:trPr>
          <w:trHeight w:hRule="exact" w:val="369"/>
          <w:jc w:val="center"/>
        </w:trPr>
        <w:tc>
          <w:tcPr>
            <w:tcW w:w="1008" w:type="pct"/>
            <w:tcBorders>
              <w:top w:val="nil"/>
              <w:left w:val="nil"/>
              <w:bottom w:val="nil"/>
              <w:right w:val="nil"/>
            </w:tcBorders>
            <w:vAlign w:val="center"/>
          </w:tcPr>
          <w:p w14:paraId="6537C32C" w14:textId="77777777" w:rsidR="00782066" w:rsidRPr="00C85550" w:rsidRDefault="00782066" w:rsidP="00782066">
            <w:pPr>
              <w:jc w:val="center"/>
              <w:rPr>
                <w:rFonts w:ascii="Times New Roman" w:hAnsi="Times New Roman"/>
                <w:b/>
              </w:rPr>
            </w:pPr>
            <w:r w:rsidRPr="00C85550">
              <w:rPr>
                <w:rFonts w:ascii="Times New Roman" w:hAnsi="Times New Roman"/>
                <w:b/>
              </w:rPr>
              <w:t>6</w:t>
            </w:r>
          </w:p>
        </w:tc>
        <w:tc>
          <w:tcPr>
            <w:tcW w:w="1002" w:type="pct"/>
            <w:tcBorders>
              <w:top w:val="nil"/>
              <w:left w:val="nil"/>
              <w:bottom w:val="nil"/>
              <w:right w:val="nil"/>
            </w:tcBorders>
            <w:vAlign w:val="center"/>
          </w:tcPr>
          <w:p w14:paraId="274755B7" w14:textId="763950D6" w:rsidR="00782066" w:rsidRPr="00C85550" w:rsidRDefault="00782066" w:rsidP="00782066">
            <w:pPr>
              <w:jc w:val="center"/>
              <w:rPr>
                <w:rFonts w:ascii="Times New Roman" w:hAnsi="Times New Roman"/>
              </w:rPr>
            </w:pPr>
            <w:r w:rsidRPr="00C85550">
              <w:rPr>
                <w:rFonts w:ascii="Times New Roman" w:hAnsi="Times New Roman"/>
              </w:rPr>
              <w:t>6.71</w:t>
            </w:r>
          </w:p>
        </w:tc>
        <w:tc>
          <w:tcPr>
            <w:tcW w:w="1001" w:type="pct"/>
            <w:tcBorders>
              <w:top w:val="nil"/>
              <w:left w:val="nil"/>
              <w:bottom w:val="nil"/>
              <w:right w:val="nil"/>
            </w:tcBorders>
            <w:vAlign w:val="center"/>
          </w:tcPr>
          <w:p w14:paraId="76B00214" w14:textId="7CE88362" w:rsidR="00782066" w:rsidRPr="00C85550" w:rsidRDefault="00782066" w:rsidP="00782066">
            <w:pPr>
              <w:jc w:val="center"/>
              <w:rPr>
                <w:rFonts w:ascii="Times New Roman" w:hAnsi="Times New Roman"/>
              </w:rPr>
            </w:pPr>
            <w:r w:rsidRPr="00C85550">
              <w:rPr>
                <w:rFonts w:ascii="Times New Roman" w:hAnsi="Times New Roman"/>
              </w:rPr>
              <w:t>112.25</w:t>
            </w:r>
          </w:p>
        </w:tc>
        <w:tc>
          <w:tcPr>
            <w:tcW w:w="1001" w:type="pct"/>
            <w:tcBorders>
              <w:top w:val="nil"/>
              <w:left w:val="nil"/>
              <w:bottom w:val="nil"/>
              <w:right w:val="nil"/>
            </w:tcBorders>
            <w:vAlign w:val="center"/>
          </w:tcPr>
          <w:p w14:paraId="594CA6BC" w14:textId="3E9CFCCE" w:rsidR="00782066" w:rsidRPr="00C85550" w:rsidRDefault="00782066" w:rsidP="00782066">
            <w:pPr>
              <w:jc w:val="center"/>
              <w:rPr>
                <w:rFonts w:ascii="Times New Roman" w:hAnsi="Times New Roman"/>
              </w:rPr>
            </w:pPr>
            <w:r w:rsidRPr="00C85550">
              <w:rPr>
                <w:rFonts w:ascii="Times New Roman" w:hAnsi="Times New Roman"/>
              </w:rPr>
              <w:t>6.60</w:t>
            </w:r>
          </w:p>
        </w:tc>
        <w:tc>
          <w:tcPr>
            <w:tcW w:w="988" w:type="pct"/>
            <w:tcBorders>
              <w:top w:val="nil"/>
              <w:left w:val="nil"/>
              <w:bottom w:val="nil"/>
              <w:right w:val="nil"/>
            </w:tcBorders>
            <w:vAlign w:val="center"/>
          </w:tcPr>
          <w:p w14:paraId="6CA562AB" w14:textId="41AFA4AF" w:rsidR="00782066" w:rsidRPr="00C85550" w:rsidRDefault="002D6172" w:rsidP="00782066">
            <w:pPr>
              <w:jc w:val="center"/>
              <w:rPr>
                <w:rFonts w:ascii="Times New Roman" w:hAnsi="Times New Roman"/>
              </w:rPr>
            </w:pPr>
            <w:r w:rsidRPr="00C85550">
              <w:rPr>
                <w:rFonts w:ascii="Times New Roman" w:hAnsi="Times New Roman"/>
              </w:rPr>
              <w:t>112.49</w:t>
            </w:r>
          </w:p>
        </w:tc>
      </w:tr>
      <w:tr w:rsidR="00782066" w:rsidRPr="00C85550" w14:paraId="56D7EC5C" w14:textId="77777777" w:rsidTr="00A96840">
        <w:trPr>
          <w:trHeight w:hRule="exact" w:val="369"/>
          <w:jc w:val="center"/>
        </w:trPr>
        <w:tc>
          <w:tcPr>
            <w:tcW w:w="1008" w:type="pct"/>
            <w:tcBorders>
              <w:top w:val="nil"/>
              <w:left w:val="nil"/>
              <w:bottom w:val="nil"/>
              <w:right w:val="nil"/>
            </w:tcBorders>
            <w:vAlign w:val="center"/>
          </w:tcPr>
          <w:p w14:paraId="393AB225" w14:textId="77777777" w:rsidR="00782066" w:rsidRPr="00C85550" w:rsidRDefault="00782066" w:rsidP="00782066">
            <w:pPr>
              <w:jc w:val="center"/>
              <w:rPr>
                <w:rFonts w:ascii="Times New Roman" w:hAnsi="Times New Roman"/>
                <w:b/>
              </w:rPr>
            </w:pPr>
            <w:r w:rsidRPr="00C85550">
              <w:rPr>
                <w:rFonts w:ascii="Times New Roman" w:hAnsi="Times New Roman"/>
                <w:b/>
              </w:rPr>
              <w:t>7</w:t>
            </w:r>
          </w:p>
        </w:tc>
        <w:tc>
          <w:tcPr>
            <w:tcW w:w="1002" w:type="pct"/>
            <w:tcBorders>
              <w:top w:val="nil"/>
              <w:left w:val="nil"/>
              <w:bottom w:val="nil"/>
              <w:right w:val="nil"/>
            </w:tcBorders>
            <w:vAlign w:val="center"/>
          </w:tcPr>
          <w:p w14:paraId="1BD0FF9F" w14:textId="4567935F" w:rsidR="00782066" w:rsidRPr="00C85550" w:rsidRDefault="00782066" w:rsidP="00782066">
            <w:pPr>
              <w:jc w:val="center"/>
              <w:rPr>
                <w:rFonts w:ascii="Times New Roman" w:hAnsi="Times New Roman"/>
              </w:rPr>
            </w:pPr>
            <w:r w:rsidRPr="00C85550">
              <w:rPr>
                <w:rFonts w:ascii="Times New Roman" w:hAnsi="Times New Roman"/>
              </w:rPr>
              <w:t>7.80</w:t>
            </w:r>
          </w:p>
        </w:tc>
        <w:tc>
          <w:tcPr>
            <w:tcW w:w="1001" w:type="pct"/>
            <w:tcBorders>
              <w:top w:val="nil"/>
              <w:left w:val="nil"/>
              <w:bottom w:val="nil"/>
              <w:right w:val="nil"/>
            </w:tcBorders>
            <w:vAlign w:val="center"/>
          </w:tcPr>
          <w:p w14:paraId="3BEB49DC" w14:textId="023DDA4C" w:rsidR="00782066" w:rsidRPr="00C85550" w:rsidRDefault="00782066" w:rsidP="00782066">
            <w:pPr>
              <w:jc w:val="center"/>
              <w:rPr>
                <w:rFonts w:ascii="Times New Roman" w:hAnsi="Times New Roman"/>
              </w:rPr>
            </w:pPr>
            <w:r w:rsidRPr="00C85550">
              <w:rPr>
                <w:rFonts w:ascii="Times New Roman" w:hAnsi="Times New Roman"/>
              </w:rPr>
              <w:t>128.98</w:t>
            </w:r>
          </w:p>
        </w:tc>
        <w:tc>
          <w:tcPr>
            <w:tcW w:w="1001" w:type="pct"/>
            <w:tcBorders>
              <w:top w:val="nil"/>
              <w:left w:val="nil"/>
              <w:bottom w:val="nil"/>
              <w:right w:val="nil"/>
            </w:tcBorders>
            <w:vAlign w:val="center"/>
          </w:tcPr>
          <w:p w14:paraId="4C7D4142" w14:textId="05CAD086" w:rsidR="00782066" w:rsidRPr="00C85550" w:rsidRDefault="00782066" w:rsidP="00782066">
            <w:pPr>
              <w:jc w:val="center"/>
              <w:rPr>
                <w:rFonts w:ascii="Times New Roman" w:hAnsi="Times New Roman"/>
              </w:rPr>
            </w:pPr>
            <w:r w:rsidRPr="00C85550">
              <w:rPr>
                <w:rFonts w:ascii="Times New Roman" w:hAnsi="Times New Roman"/>
              </w:rPr>
              <w:t>7.68</w:t>
            </w:r>
          </w:p>
        </w:tc>
        <w:tc>
          <w:tcPr>
            <w:tcW w:w="988" w:type="pct"/>
            <w:tcBorders>
              <w:top w:val="nil"/>
              <w:left w:val="nil"/>
              <w:bottom w:val="nil"/>
              <w:right w:val="nil"/>
            </w:tcBorders>
            <w:vAlign w:val="center"/>
          </w:tcPr>
          <w:p w14:paraId="7C3D4DA0" w14:textId="6FC8EBA4" w:rsidR="00782066" w:rsidRPr="00C85550" w:rsidRDefault="002D6172" w:rsidP="00782066">
            <w:pPr>
              <w:jc w:val="center"/>
              <w:rPr>
                <w:rFonts w:ascii="Times New Roman" w:hAnsi="Times New Roman"/>
              </w:rPr>
            </w:pPr>
            <w:r w:rsidRPr="00C85550">
              <w:rPr>
                <w:rFonts w:ascii="Times New Roman" w:hAnsi="Times New Roman"/>
              </w:rPr>
              <w:t>129.30</w:t>
            </w:r>
          </w:p>
        </w:tc>
      </w:tr>
      <w:tr w:rsidR="00782066" w:rsidRPr="00C85550" w14:paraId="5184C2F9" w14:textId="77777777" w:rsidTr="00A96840">
        <w:trPr>
          <w:trHeight w:hRule="exact" w:val="369"/>
          <w:jc w:val="center"/>
        </w:trPr>
        <w:tc>
          <w:tcPr>
            <w:tcW w:w="1008" w:type="pct"/>
            <w:tcBorders>
              <w:top w:val="nil"/>
              <w:left w:val="nil"/>
              <w:bottom w:val="nil"/>
              <w:right w:val="nil"/>
            </w:tcBorders>
            <w:vAlign w:val="center"/>
          </w:tcPr>
          <w:p w14:paraId="34935B5E" w14:textId="77777777" w:rsidR="00782066" w:rsidRPr="00C85550" w:rsidRDefault="00782066" w:rsidP="00782066">
            <w:pPr>
              <w:jc w:val="center"/>
              <w:rPr>
                <w:rFonts w:ascii="Times New Roman" w:hAnsi="Times New Roman"/>
                <w:b/>
              </w:rPr>
            </w:pPr>
            <w:r w:rsidRPr="00C85550">
              <w:rPr>
                <w:rFonts w:ascii="Times New Roman" w:hAnsi="Times New Roman"/>
                <w:b/>
              </w:rPr>
              <w:t>8</w:t>
            </w:r>
          </w:p>
        </w:tc>
        <w:tc>
          <w:tcPr>
            <w:tcW w:w="1002" w:type="pct"/>
            <w:tcBorders>
              <w:top w:val="nil"/>
              <w:left w:val="nil"/>
              <w:bottom w:val="nil"/>
              <w:right w:val="nil"/>
            </w:tcBorders>
            <w:vAlign w:val="center"/>
          </w:tcPr>
          <w:p w14:paraId="1424E5BD" w14:textId="7C870161"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668E4D2A" w14:textId="07CE5793" w:rsidR="00782066" w:rsidRPr="00C85550" w:rsidRDefault="00782066" w:rsidP="00782066">
            <w:pPr>
              <w:jc w:val="center"/>
              <w:rPr>
                <w:rFonts w:ascii="Times New Roman" w:hAnsi="Times New Roman"/>
              </w:rPr>
            </w:pPr>
            <w:r w:rsidRPr="00C85550">
              <w:rPr>
                <w:rFonts w:ascii="Times New Roman" w:hAnsi="Times New Roman"/>
              </w:rPr>
              <w:t>152.03</w:t>
            </w:r>
          </w:p>
        </w:tc>
        <w:tc>
          <w:tcPr>
            <w:tcW w:w="1001" w:type="pct"/>
            <w:tcBorders>
              <w:top w:val="nil"/>
              <w:left w:val="nil"/>
              <w:bottom w:val="nil"/>
              <w:right w:val="nil"/>
            </w:tcBorders>
            <w:vAlign w:val="center"/>
          </w:tcPr>
          <w:p w14:paraId="7C33255D" w14:textId="353D1210"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12D4A35" w14:textId="2CC00844" w:rsidR="00782066" w:rsidRPr="00C85550" w:rsidRDefault="004A689D" w:rsidP="00782066">
            <w:pPr>
              <w:jc w:val="center"/>
              <w:rPr>
                <w:rFonts w:ascii="Times New Roman" w:hAnsi="Times New Roman"/>
              </w:rPr>
            </w:pPr>
            <w:r w:rsidRPr="00C85550">
              <w:rPr>
                <w:rFonts w:ascii="Times New Roman" w:hAnsi="Times New Roman"/>
              </w:rPr>
              <w:t>152.09</w:t>
            </w:r>
          </w:p>
        </w:tc>
      </w:tr>
      <w:tr w:rsidR="00782066" w:rsidRPr="00C85550" w14:paraId="62DAECE4" w14:textId="77777777" w:rsidTr="00A96840">
        <w:trPr>
          <w:trHeight w:hRule="exact" w:val="369"/>
          <w:jc w:val="center"/>
        </w:trPr>
        <w:tc>
          <w:tcPr>
            <w:tcW w:w="1008" w:type="pct"/>
            <w:tcBorders>
              <w:top w:val="nil"/>
              <w:left w:val="nil"/>
              <w:bottom w:val="nil"/>
              <w:right w:val="nil"/>
            </w:tcBorders>
            <w:vAlign w:val="center"/>
          </w:tcPr>
          <w:p w14:paraId="6D389DA0" w14:textId="77777777" w:rsidR="00782066" w:rsidRPr="00C85550" w:rsidRDefault="00782066" w:rsidP="00782066">
            <w:pPr>
              <w:jc w:val="center"/>
              <w:rPr>
                <w:rFonts w:ascii="Times New Roman" w:hAnsi="Times New Roman"/>
                <w:b/>
              </w:rPr>
            </w:pPr>
            <w:r w:rsidRPr="00C85550">
              <w:rPr>
                <w:rFonts w:ascii="Times New Roman" w:hAnsi="Times New Roman"/>
                <w:b/>
              </w:rPr>
              <w:t>9</w:t>
            </w:r>
          </w:p>
        </w:tc>
        <w:tc>
          <w:tcPr>
            <w:tcW w:w="1002" w:type="pct"/>
            <w:tcBorders>
              <w:top w:val="nil"/>
              <w:left w:val="nil"/>
              <w:bottom w:val="nil"/>
              <w:right w:val="nil"/>
            </w:tcBorders>
            <w:vAlign w:val="center"/>
          </w:tcPr>
          <w:p w14:paraId="3003F4CB" w14:textId="1B092323" w:rsidR="00782066" w:rsidRPr="00C85550" w:rsidRDefault="00782066" w:rsidP="00782066">
            <w:pPr>
              <w:jc w:val="center"/>
              <w:rPr>
                <w:rFonts w:ascii="Times New Roman" w:hAnsi="Times New Roman"/>
              </w:rPr>
            </w:pPr>
            <w:r w:rsidRPr="00C85550">
              <w:rPr>
                <w:rFonts w:ascii="Times New Roman" w:hAnsi="Times New Roman"/>
              </w:rPr>
              <w:t>7.80</w:t>
            </w:r>
          </w:p>
        </w:tc>
        <w:tc>
          <w:tcPr>
            <w:tcW w:w="1001" w:type="pct"/>
            <w:tcBorders>
              <w:top w:val="nil"/>
              <w:left w:val="nil"/>
              <w:bottom w:val="nil"/>
              <w:right w:val="nil"/>
            </w:tcBorders>
            <w:vAlign w:val="center"/>
          </w:tcPr>
          <w:p w14:paraId="22D2D85B" w14:textId="19EC4FAE" w:rsidR="00782066" w:rsidRPr="00C85550" w:rsidRDefault="00782066" w:rsidP="00782066">
            <w:pPr>
              <w:jc w:val="center"/>
              <w:rPr>
                <w:rFonts w:ascii="Times New Roman" w:hAnsi="Times New Roman"/>
              </w:rPr>
            </w:pPr>
            <w:r w:rsidRPr="00C85550">
              <w:rPr>
                <w:rFonts w:ascii="Times New Roman" w:hAnsi="Times New Roman"/>
              </w:rPr>
              <w:t>128.98</w:t>
            </w:r>
          </w:p>
        </w:tc>
        <w:tc>
          <w:tcPr>
            <w:tcW w:w="1001" w:type="pct"/>
            <w:tcBorders>
              <w:top w:val="nil"/>
              <w:left w:val="nil"/>
              <w:bottom w:val="nil"/>
              <w:right w:val="nil"/>
            </w:tcBorders>
            <w:vAlign w:val="center"/>
          </w:tcPr>
          <w:p w14:paraId="0DC2CEEA" w14:textId="61C149D1" w:rsidR="00782066" w:rsidRPr="00C85550" w:rsidRDefault="00782066" w:rsidP="00782066">
            <w:pPr>
              <w:jc w:val="center"/>
              <w:rPr>
                <w:rFonts w:ascii="Times New Roman" w:hAnsi="Times New Roman"/>
              </w:rPr>
            </w:pPr>
            <w:r w:rsidRPr="00C85550">
              <w:rPr>
                <w:rFonts w:ascii="Times New Roman" w:hAnsi="Times New Roman"/>
              </w:rPr>
              <w:t>7.68</w:t>
            </w:r>
          </w:p>
        </w:tc>
        <w:tc>
          <w:tcPr>
            <w:tcW w:w="988" w:type="pct"/>
            <w:tcBorders>
              <w:top w:val="nil"/>
              <w:left w:val="nil"/>
              <w:bottom w:val="nil"/>
              <w:right w:val="nil"/>
            </w:tcBorders>
            <w:vAlign w:val="center"/>
          </w:tcPr>
          <w:p w14:paraId="05888ECC" w14:textId="54FD3517" w:rsidR="00782066" w:rsidRPr="00C85550" w:rsidRDefault="002D6172" w:rsidP="00782066">
            <w:pPr>
              <w:jc w:val="center"/>
              <w:rPr>
                <w:rFonts w:ascii="Times New Roman" w:hAnsi="Times New Roman"/>
              </w:rPr>
            </w:pPr>
            <w:r w:rsidRPr="00C85550">
              <w:rPr>
                <w:rFonts w:ascii="Times New Roman" w:hAnsi="Times New Roman"/>
              </w:rPr>
              <w:t>129.30</w:t>
            </w:r>
          </w:p>
        </w:tc>
      </w:tr>
      <w:tr w:rsidR="00782066" w:rsidRPr="00C85550" w14:paraId="5243BD93" w14:textId="77777777" w:rsidTr="00A96840">
        <w:trPr>
          <w:trHeight w:hRule="exact" w:val="369"/>
          <w:jc w:val="center"/>
        </w:trPr>
        <w:tc>
          <w:tcPr>
            <w:tcW w:w="1008" w:type="pct"/>
            <w:tcBorders>
              <w:top w:val="nil"/>
              <w:left w:val="nil"/>
              <w:bottom w:val="nil"/>
              <w:right w:val="nil"/>
            </w:tcBorders>
            <w:vAlign w:val="center"/>
          </w:tcPr>
          <w:p w14:paraId="03BEDD4B" w14:textId="77777777" w:rsidR="00782066" w:rsidRPr="00C85550" w:rsidRDefault="00782066" w:rsidP="00782066">
            <w:pPr>
              <w:jc w:val="center"/>
              <w:rPr>
                <w:rFonts w:ascii="Times New Roman" w:hAnsi="Times New Roman"/>
                <w:b/>
              </w:rPr>
            </w:pPr>
            <w:r w:rsidRPr="00C85550">
              <w:rPr>
                <w:rFonts w:ascii="Times New Roman" w:hAnsi="Times New Roman"/>
                <w:b/>
              </w:rPr>
              <w:t>10</w:t>
            </w:r>
          </w:p>
        </w:tc>
        <w:tc>
          <w:tcPr>
            <w:tcW w:w="1002" w:type="pct"/>
            <w:tcBorders>
              <w:top w:val="nil"/>
              <w:left w:val="nil"/>
              <w:bottom w:val="nil"/>
              <w:right w:val="nil"/>
            </w:tcBorders>
            <w:vAlign w:val="center"/>
          </w:tcPr>
          <w:p w14:paraId="4C3C4064" w14:textId="3958242F" w:rsidR="00782066" w:rsidRPr="00C85550" w:rsidRDefault="00782066" w:rsidP="00782066">
            <w:pPr>
              <w:jc w:val="center"/>
              <w:rPr>
                <w:rFonts w:ascii="Times New Roman" w:hAnsi="Times New Roman"/>
                <w:b/>
              </w:rPr>
            </w:pPr>
            <w:r w:rsidRPr="00C85550">
              <w:rPr>
                <w:rFonts w:ascii="Times New Roman" w:hAnsi="Times New Roman"/>
              </w:rPr>
              <w:t>6.71</w:t>
            </w:r>
          </w:p>
        </w:tc>
        <w:tc>
          <w:tcPr>
            <w:tcW w:w="1001" w:type="pct"/>
            <w:tcBorders>
              <w:top w:val="nil"/>
              <w:left w:val="nil"/>
              <w:bottom w:val="nil"/>
              <w:right w:val="nil"/>
            </w:tcBorders>
            <w:vAlign w:val="center"/>
          </w:tcPr>
          <w:p w14:paraId="3E7F145F" w14:textId="154D71E0" w:rsidR="00782066" w:rsidRPr="00C85550" w:rsidRDefault="00782066" w:rsidP="00782066">
            <w:pPr>
              <w:jc w:val="center"/>
              <w:rPr>
                <w:rFonts w:ascii="Times New Roman" w:hAnsi="Times New Roman"/>
              </w:rPr>
            </w:pPr>
            <w:r w:rsidRPr="00C85550">
              <w:rPr>
                <w:rFonts w:ascii="Times New Roman" w:hAnsi="Times New Roman"/>
              </w:rPr>
              <w:t>112.25</w:t>
            </w:r>
          </w:p>
        </w:tc>
        <w:tc>
          <w:tcPr>
            <w:tcW w:w="1001" w:type="pct"/>
            <w:tcBorders>
              <w:top w:val="nil"/>
              <w:left w:val="nil"/>
              <w:bottom w:val="nil"/>
              <w:right w:val="nil"/>
            </w:tcBorders>
            <w:vAlign w:val="center"/>
          </w:tcPr>
          <w:p w14:paraId="2C3D4466" w14:textId="01F97896" w:rsidR="00782066" w:rsidRPr="00C85550" w:rsidRDefault="00782066" w:rsidP="00782066">
            <w:pPr>
              <w:jc w:val="center"/>
              <w:rPr>
                <w:rFonts w:ascii="Times New Roman" w:hAnsi="Times New Roman"/>
              </w:rPr>
            </w:pPr>
            <w:r w:rsidRPr="00C85550">
              <w:rPr>
                <w:rFonts w:ascii="Times New Roman" w:hAnsi="Times New Roman"/>
              </w:rPr>
              <w:t>6.60</w:t>
            </w:r>
          </w:p>
        </w:tc>
        <w:tc>
          <w:tcPr>
            <w:tcW w:w="988" w:type="pct"/>
            <w:tcBorders>
              <w:top w:val="nil"/>
              <w:left w:val="nil"/>
              <w:bottom w:val="nil"/>
              <w:right w:val="nil"/>
            </w:tcBorders>
            <w:vAlign w:val="center"/>
          </w:tcPr>
          <w:p w14:paraId="4575C642" w14:textId="58146F87" w:rsidR="00782066" w:rsidRPr="00C85550" w:rsidRDefault="002D6172" w:rsidP="00782066">
            <w:pPr>
              <w:jc w:val="center"/>
              <w:rPr>
                <w:rFonts w:ascii="Times New Roman" w:hAnsi="Times New Roman"/>
              </w:rPr>
            </w:pPr>
            <w:r w:rsidRPr="00C85550">
              <w:rPr>
                <w:rFonts w:ascii="Times New Roman" w:hAnsi="Times New Roman"/>
              </w:rPr>
              <w:t>112.49</w:t>
            </w:r>
          </w:p>
        </w:tc>
      </w:tr>
      <w:tr w:rsidR="00782066" w:rsidRPr="00C85550" w14:paraId="71D38442" w14:textId="77777777" w:rsidTr="00A96840">
        <w:trPr>
          <w:trHeight w:hRule="exact" w:val="369"/>
          <w:jc w:val="center"/>
        </w:trPr>
        <w:tc>
          <w:tcPr>
            <w:tcW w:w="1008" w:type="pct"/>
            <w:tcBorders>
              <w:top w:val="nil"/>
              <w:left w:val="nil"/>
              <w:bottom w:val="nil"/>
              <w:right w:val="nil"/>
            </w:tcBorders>
            <w:vAlign w:val="center"/>
          </w:tcPr>
          <w:p w14:paraId="0BCC83F3" w14:textId="77777777" w:rsidR="00782066" w:rsidRPr="00C85550" w:rsidRDefault="00782066" w:rsidP="00782066">
            <w:pPr>
              <w:jc w:val="center"/>
              <w:rPr>
                <w:rFonts w:ascii="Times New Roman" w:hAnsi="Times New Roman"/>
                <w:b/>
              </w:rPr>
            </w:pPr>
            <w:r w:rsidRPr="00C85550">
              <w:rPr>
                <w:rFonts w:ascii="Times New Roman" w:hAnsi="Times New Roman"/>
                <w:b/>
              </w:rPr>
              <w:t>11</w:t>
            </w:r>
          </w:p>
        </w:tc>
        <w:tc>
          <w:tcPr>
            <w:tcW w:w="1002" w:type="pct"/>
            <w:tcBorders>
              <w:top w:val="nil"/>
              <w:left w:val="nil"/>
              <w:bottom w:val="nil"/>
              <w:right w:val="nil"/>
            </w:tcBorders>
            <w:vAlign w:val="center"/>
          </w:tcPr>
          <w:p w14:paraId="3FEEC90F" w14:textId="3C9900D4"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46A41EBD" w14:textId="47CEA260" w:rsidR="00782066" w:rsidRPr="00C85550" w:rsidRDefault="00782066" w:rsidP="00782066">
            <w:pPr>
              <w:jc w:val="center"/>
              <w:rPr>
                <w:rFonts w:ascii="Times New Roman" w:hAnsi="Times New Roman"/>
              </w:rPr>
            </w:pPr>
            <w:r w:rsidRPr="00C85550">
              <w:rPr>
                <w:rFonts w:ascii="Times New Roman" w:hAnsi="Times New Roman"/>
              </w:rPr>
              <w:t>118.51</w:t>
            </w:r>
          </w:p>
        </w:tc>
        <w:tc>
          <w:tcPr>
            <w:tcW w:w="1001" w:type="pct"/>
            <w:tcBorders>
              <w:top w:val="nil"/>
              <w:left w:val="nil"/>
              <w:bottom w:val="nil"/>
              <w:right w:val="nil"/>
            </w:tcBorders>
            <w:vAlign w:val="center"/>
          </w:tcPr>
          <w:p w14:paraId="213C0DC8" w14:textId="28473C88"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17E97252" w14:textId="220E0EA3" w:rsidR="00782066" w:rsidRPr="00C85550" w:rsidRDefault="002D6172" w:rsidP="00782066">
            <w:pPr>
              <w:jc w:val="center"/>
              <w:rPr>
                <w:rFonts w:ascii="Times New Roman" w:hAnsi="Times New Roman"/>
              </w:rPr>
            </w:pPr>
            <w:r w:rsidRPr="00C85550">
              <w:rPr>
                <w:rFonts w:ascii="Times New Roman" w:hAnsi="Times New Roman"/>
              </w:rPr>
              <w:t>120.13</w:t>
            </w:r>
          </w:p>
        </w:tc>
      </w:tr>
      <w:tr w:rsidR="00782066" w:rsidRPr="00C85550" w14:paraId="7AB2BC91" w14:textId="77777777" w:rsidTr="00A96840">
        <w:trPr>
          <w:trHeight w:hRule="exact" w:val="369"/>
          <w:jc w:val="center"/>
        </w:trPr>
        <w:tc>
          <w:tcPr>
            <w:tcW w:w="1008" w:type="pct"/>
            <w:tcBorders>
              <w:top w:val="nil"/>
              <w:left w:val="nil"/>
              <w:bottom w:val="nil"/>
              <w:right w:val="nil"/>
            </w:tcBorders>
            <w:vAlign w:val="center"/>
          </w:tcPr>
          <w:p w14:paraId="5A85DB53" w14:textId="77777777" w:rsidR="00782066" w:rsidRPr="00C85550" w:rsidRDefault="00782066" w:rsidP="00782066">
            <w:pPr>
              <w:jc w:val="center"/>
              <w:rPr>
                <w:rFonts w:ascii="Times New Roman" w:hAnsi="Times New Roman"/>
                <w:b/>
              </w:rPr>
            </w:pPr>
            <w:r w:rsidRPr="00C85550">
              <w:rPr>
                <w:rFonts w:ascii="Times New Roman" w:hAnsi="Times New Roman"/>
                <w:b/>
              </w:rPr>
              <w:t>12</w:t>
            </w:r>
          </w:p>
        </w:tc>
        <w:tc>
          <w:tcPr>
            <w:tcW w:w="1002" w:type="pct"/>
            <w:tcBorders>
              <w:top w:val="nil"/>
              <w:left w:val="nil"/>
              <w:bottom w:val="nil"/>
              <w:right w:val="nil"/>
            </w:tcBorders>
            <w:vAlign w:val="center"/>
          </w:tcPr>
          <w:p w14:paraId="5C3BE906" w14:textId="54C1A4B3"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01677E46" w14:textId="25A4B7F0" w:rsidR="00782066" w:rsidRPr="00C85550" w:rsidRDefault="00782066" w:rsidP="00782066">
            <w:pPr>
              <w:jc w:val="center"/>
              <w:rPr>
                <w:rFonts w:ascii="Times New Roman" w:hAnsi="Times New Roman"/>
              </w:rPr>
            </w:pPr>
            <w:r w:rsidRPr="00C85550">
              <w:rPr>
                <w:rFonts w:ascii="Times New Roman" w:hAnsi="Times New Roman"/>
              </w:rPr>
              <w:t>150.91</w:t>
            </w:r>
          </w:p>
        </w:tc>
        <w:tc>
          <w:tcPr>
            <w:tcW w:w="1001" w:type="pct"/>
            <w:tcBorders>
              <w:top w:val="nil"/>
              <w:left w:val="nil"/>
              <w:bottom w:val="nil"/>
              <w:right w:val="nil"/>
            </w:tcBorders>
            <w:vAlign w:val="center"/>
          </w:tcPr>
          <w:p w14:paraId="7A63F6E7" w14:textId="4FE9E78D"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6803F3F4" w14:textId="27CF61F2" w:rsidR="00782066" w:rsidRPr="00C85550" w:rsidRDefault="004A689D" w:rsidP="00782066">
            <w:pPr>
              <w:jc w:val="center"/>
              <w:rPr>
                <w:rFonts w:ascii="Times New Roman" w:hAnsi="Times New Roman"/>
              </w:rPr>
            </w:pPr>
            <w:r w:rsidRPr="00C85550">
              <w:rPr>
                <w:rFonts w:ascii="Times New Roman" w:hAnsi="Times New Roman"/>
              </w:rPr>
              <w:t>152.87</w:t>
            </w:r>
          </w:p>
        </w:tc>
      </w:tr>
      <w:tr w:rsidR="00782066" w:rsidRPr="00C85550" w14:paraId="45A212DB" w14:textId="77777777" w:rsidTr="00A96840">
        <w:trPr>
          <w:trHeight w:hRule="exact" w:val="369"/>
          <w:jc w:val="center"/>
        </w:trPr>
        <w:tc>
          <w:tcPr>
            <w:tcW w:w="1008" w:type="pct"/>
            <w:tcBorders>
              <w:top w:val="nil"/>
              <w:left w:val="nil"/>
              <w:bottom w:val="nil"/>
              <w:right w:val="nil"/>
            </w:tcBorders>
            <w:vAlign w:val="center"/>
          </w:tcPr>
          <w:p w14:paraId="35F8FA37" w14:textId="77777777" w:rsidR="00782066" w:rsidRPr="00C85550" w:rsidRDefault="00782066" w:rsidP="00782066">
            <w:pPr>
              <w:jc w:val="center"/>
              <w:rPr>
                <w:rFonts w:ascii="Times New Roman" w:hAnsi="Times New Roman"/>
                <w:b/>
              </w:rPr>
            </w:pPr>
            <w:r w:rsidRPr="00C85550">
              <w:rPr>
                <w:rFonts w:ascii="Times New Roman" w:hAnsi="Times New Roman"/>
                <w:b/>
              </w:rPr>
              <w:t>13</w:t>
            </w:r>
          </w:p>
        </w:tc>
        <w:tc>
          <w:tcPr>
            <w:tcW w:w="1002" w:type="pct"/>
            <w:tcBorders>
              <w:top w:val="nil"/>
              <w:left w:val="nil"/>
              <w:bottom w:val="nil"/>
              <w:right w:val="nil"/>
            </w:tcBorders>
            <w:vAlign w:val="center"/>
          </w:tcPr>
          <w:p w14:paraId="2BA3ED6B" w14:textId="55922E9B" w:rsidR="00782066" w:rsidRPr="00C85550" w:rsidRDefault="00782066" w:rsidP="00782066">
            <w:pPr>
              <w:jc w:val="center"/>
              <w:rPr>
                <w:rFonts w:ascii="Times New Roman" w:hAnsi="Times New Roman"/>
              </w:rPr>
            </w:pPr>
            <w:r w:rsidRPr="00C85550">
              <w:rPr>
                <w:rFonts w:ascii="Times New Roman" w:hAnsi="Times New Roman"/>
              </w:rPr>
              <w:t>6.91</w:t>
            </w:r>
          </w:p>
        </w:tc>
        <w:tc>
          <w:tcPr>
            <w:tcW w:w="1001" w:type="pct"/>
            <w:tcBorders>
              <w:top w:val="nil"/>
              <w:left w:val="nil"/>
              <w:bottom w:val="nil"/>
              <w:right w:val="nil"/>
            </w:tcBorders>
            <w:vAlign w:val="center"/>
          </w:tcPr>
          <w:p w14:paraId="4AD7E8C1" w14:textId="4155A5FA" w:rsidR="00782066" w:rsidRPr="00C85550" w:rsidRDefault="00782066" w:rsidP="00782066">
            <w:pPr>
              <w:jc w:val="center"/>
              <w:rPr>
                <w:rFonts w:ascii="Times New Roman" w:hAnsi="Times New Roman"/>
              </w:rPr>
            </w:pPr>
            <w:r w:rsidRPr="00C85550">
              <w:rPr>
                <w:rFonts w:ascii="Times New Roman" w:hAnsi="Times New Roman"/>
              </w:rPr>
              <w:t>116.69</w:t>
            </w:r>
          </w:p>
        </w:tc>
        <w:tc>
          <w:tcPr>
            <w:tcW w:w="1001" w:type="pct"/>
            <w:tcBorders>
              <w:top w:val="nil"/>
              <w:left w:val="nil"/>
              <w:bottom w:val="nil"/>
              <w:right w:val="nil"/>
            </w:tcBorders>
            <w:vAlign w:val="center"/>
          </w:tcPr>
          <w:p w14:paraId="58090782" w14:textId="3A788328" w:rsidR="00782066" w:rsidRPr="00C85550" w:rsidRDefault="00782066" w:rsidP="00782066">
            <w:pPr>
              <w:jc w:val="center"/>
              <w:rPr>
                <w:rFonts w:ascii="Times New Roman" w:hAnsi="Times New Roman"/>
              </w:rPr>
            </w:pPr>
            <w:r w:rsidRPr="00C85550">
              <w:rPr>
                <w:rFonts w:ascii="Times New Roman" w:hAnsi="Times New Roman"/>
              </w:rPr>
              <w:t>6.86</w:t>
            </w:r>
          </w:p>
        </w:tc>
        <w:tc>
          <w:tcPr>
            <w:tcW w:w="988" w:type="pct"/>
            <w:tcBorders>
              <w:top w:val="nil"/>
              <w:left w:val="nil"/>
              <w:bottom w:val="nil"/>
              <w:right w:val="nil"/>
            </w:tcBorders>
            <w:vAlign w:val="center"/>
          </w:tcPr>
          <w:p w14:paraId="6D71E66F" w14:textId="1E6A9ADC" w:rsidR="00782066" w:rsidRPr="00C85550" w:rsidRDefault="002D6172" w:rsidP="00782066">
            <w:pPr>
              <w:jc w:val="center"/>
              <w:rPr>
                <w:rFonts w:ascii="Times New Roman" w:hAnsi="Times New Roman"/>
              </w:rPr>
            </w:pPr>
            <w:r w:rsidRPr="00C85550">
              <w:rPr>
                <w:rFonts w:ascii="Times New Roman" w:hAnsi="Times New Roman"/>
              </w:rPr>
              <w:t>118.47</w:t>
            </w:r>
          </w:p>
        </w:tc>
      </w:tr>
      <w:tr w:rsidR="00782066" w:rsidRPr="00C85550" w14:paraId="789293DF" w14:textId="77777777" w:rsidTr="00A96840">
        <w:trPr>
          <w:trHeight w:hRule="exact" w:val="369"/>
          <w:jc w:val="center"/>
        </w:trPr>
        <w:tc>
          <w:tcPr>
            <w:tcW w:w="1008" w:type="pct"/>
            <w:tcBorders>
              <w:top w:val="nil"/>
              <w:left w:val="nil"/>
              <w:bottom w:val="nil"/>
              <w:right w:val="nil"/>
            </w:tcBorders>
            <w:vAlign w:val="center"/>
          </w:tcPr>
          <w:p w14:paraId="75BA3000" w14:textId="77777777" w:rsidR="00782066" w:rsidRPr="00C85550" w:rsidRDefault="00782066" w:rsidP="00782066">
            <w:pPr>
              <w:jc w:val="center"/>
              <w:rPr>
                <w:rFonts w:ascii="Times New Roman" w:hAnsi="Times New Roman"/>
                <w:b/>
              </w:rPr>
            </w:pPr>
            <w:r w:rsidRPr="00C85550">
              <w:rPr>
                <w:rFonts w:ascii="Times New Roman" w:hAnsi="Times New Roman"/>
                <w:b/>
              </w:rPr>
              <w:t>14</w:t>
            </w:r>
          </w:p>
        </w:tc>
        <w:tc>
          <w:tcPr>
            <w:tcW w:w="1002" w:type="pct"/>
            <w:tcBorders>
              <w:top w:val="nil"/>
              <w:left w:val="nil"/>
              <w:bottom w:val="nil"/>
              <w:right w:val="nil"/>
            </w:tcBorders>
            <w:vAlign w:val="center"/>
          </w:tcPr>
          <w:p w14:paraId="02D0650B" w14:textId="017218AB" w:rsidR="00782066" w:rsidRPr="00C85550" w:rsidRDefault="00782066" w:rsidP="00782066">
            <w:pPr>
              <w:jc w:val="center"/>
              <w:rPr>
                <w:rFonts w:ascii="Times New Roman" w:hAnsi="Times New Roman"/>
              </w:rPr>
            </w:pPr>
            <w:r w:rsidRPr="00C85550">
              <w:rPr>
                <w:rFonts w:ascii="Times New Roman" w:hAnsi="Times New Roman"/>
              </w:rPr>
              <w:t>6.91</w:t>
            </w:r>
          </w:p>
        </w:tc>
        <w:tc>
          <w:tcPr>
            <w:tcW w:w="1001" w:type="pct"/>
            <w:tcBorders>
              <w:top w:val="nil"/>
              <w:left w:val="nil"/>
              <w:bottom w:val="nil"/>
              <w:right w:val="nil"/>
            </w:tcBorders>
            <w:vAlign w:val="center"/>
          </w:tcPr>
          <w:p w14:paraId="0FC0FFFC" w14:textId="2C6A7021" w:rsidR="00782066" w:rsidRPr="00C85550" w:rsidRDefault="00782066" w:rsidP="00782066">
            <w:pPr>
              <w:jc w:val="center"/>
              <w:rPr>
                <w:rFonts w:ascii="Times New Roman" w:hAnsi="Times New Roman"/>
              </w:rPr>
            </w:pPr>
            <w:r w:rsidRPr="00C85550">
              <w:rPr>
                <w:rFonts w:ascii="Times New Roman" w:hAnsi="Times New Roman"/>
              </w:rPr>
              <w:t>117.18</w:t>
            </w:r>
          </w:p>
        </w:tc>
        <w:tc>
          <w:tcPr>
            <w:tcW w:w="1001" w:type="pct"/>
            <w:tcBorders>
              <w:top w:val="nil"/>
              <w:left w:val="nil"/>
              <w:bottom w:val="nil"/>
              <w:right w:val="nil"/>
            </w:tcBorders>
            <w:vAlign w:val="center"/>
          </w:tcPr>
          <w:p w14:paraId="7A2927BC" w14:textId="4FBAA460" w:rsidR="00782066" w:rsidRPr="00C85550" w:rsidRDefault="00782066" w:rsidP="00782066">
            <w:pPr>
              <w:jc w:val="center"/>
              <w:rPr>
                <w:rFonts w:ascii="Times New Roman" w:hAnsi="Times New Roman"/>
              </w:rPr>
            </w:pPr>
            <w:r w:rsidRPr="00C85550">
              <w:rPr>
                <w:rFonts w:ascii="Times New Roman" w:hAnsi="Times New Roman"/>
              </w:rPr>
              <w:t>7.08</w:t>
            </w:r>
          </w:p>
        </w:tc>
        <w:tc>
          <w:tcPr>
            <w:tcW w:w="988" w:type="pct"/>
            <w:tcBorders>
              <w:top w:val="nil"/>
              <w:left w:val="nil"/>
              <w:bottom w:val="nil"/>
              <w:right w:val="nil"/>
            </w:tcBorders>
            <w:vAlign w:val="center"/>
          </w:tcPr>
          <w:p w14:paraId="17E64931" w14:textId="27CC33D4" w:rsidR="00782066" w:rsidRPr="00C85550" w:rsidRDefault="002D6172" w:rsidP="00782066">
            <w:pPr>
              <w:jc w:val="center"/>
              <w:rPr>
                <w:rFonts w:ascii="Times New Roman" w:hAnsi="Times New Roman"/>
              </w:rPr>
            </w:pPr>
            <w:r w:rsidRPr="00C85550">
              <w:rPr>
                <w:rFonts w:ascii="Times New Roman" w:hAnsi="Times New Roman"/>
              </w:rPr>
              <w:t>120.02</w:t>
            </w:r>
          </w:p>
        </w:tc>
      </w:tr>
      <w:tr w:rsidR="00782066" w:rsidRPr="00C85550" w14:paraId="31658555" w14:textId="77777777" w:rsidTr="00A96840">
        <w:trPr>
          <w:trHeight w:hRule="exact" w:val="369"/>
          <w:jc w:val="center"/>
        </w:trPr>
        <w:tc>
          <w:tcPr>
            <w:tcW w:w="1008" w:type="pct"/>
            <w:tcBorders>
              <w:top w:val="nil"/>
              <w:left w:val="nil"/>
              <w:bottom w:val="nil"/>
              <w:right w:val="nil"/>
            </w:tcBorders>
            <w:vAlign w:val="center"/>
          </w:tcPr>
          <w:p w14:paraId="2A3FBF42" w14:textId="77777777" w:rsidR="00782066" w:rsidRPr="00C85550" w:rsidRDefault="00782066" w:rsidP="00782066">
            <w:pPr>
              <w:jc w:val="center"/>
              <w:rPr>
                <w:rFonts w:ascii="Times New Roman" w:hAnsi="Times New Roman"/>
                <w:b/>
              </w:rPr>
            </w:pPr>
            <w:r w:rsidRPr="00C85550">
              <w:rPr>
                <w:rFonts w:ascii="Times New Roman" w:hAnsi="Times New Roman"/>
                <w:b/>
              </w:rPr>
              <w:t>15</w:t>
            </w:r>
          </w:p>
        </w:tc>
        <w:tc>
          <w:tcPr>
            <w:tcW w:w="1002" w:type="pct"/>
            <w:tcBorders>
              <w:top w:val="nil"/>
              <w:left w:val="nil"/>
              <w:bottom w:val="nil"/>
              <w:right w:val="nil"/>
            </w:tcBorders>
            <w:vAlign w:val="center"/>
          </w:tcPr>
          <w:p w14:paraId="6A991A85" w14:textId="66C86526" w:rsidR="00782066" w:rsidRPr="00C85550" w:rsidRDefault="00782066" w:rsidP="00782066">
            <w:pPr>
              <w:jc w:val="center"/>
              <w:rPr>
                <w:rFonts w:ascii="Times New Roman" w:hAnsi="Times New Roman"/>
              </w:rPr>
            </w:pPr>
          </w:p>
        </w:tc>
        <w:tc>
          <w:tcPr>
            <w:tcW w:w="1001" w:type="pct"/>
            <w:tcBorders>
              <w:top w:val="nil"/>
              <w:left w:val="nil"/>
              <w:bottom w:val="nil"/>
              <w:right w:val="nil"/>
            </w:tcBorders>
            <w:vAlign w:val="center"/>
          </w:tcPr>
          <w:p w14:paraId="0E9B4E77" w14:textId="181357EB" w:rsidR="00782066" w:rsidRPr="00C85550" w:rsidRDefault="00782066" w:rsidP="00782066">
            <w:pPr>
              <w:jc w:val="center"/>
              <w:rPr>
                <w:rFonts w:ascii="Times New Roman" w:hAnsi="Times New Roman"/>
              </w:rPr>
            </w:pPr>
            <w:r w:rsidRPr="00C85550">
              <w:rPr>
                <w:rFonts w:ascii="Times New Roman" w:hAnsi="Times New Roman"/>
              </w:rPr>
              <w:t>151.57</w:t>
            </w:r>
          </w:p>
        </w:tc>
        <w:tc>
          <w:tcPr>
            <w:tcW w:w="1001" w:type="pct"/>
            <w:tcBorders>
              <w:top w:val="nil"/>
              <w:left w:val="nil"/>
              <w:bottom w:val="nil"/>
              <w:right w:val="nil"/>
            </w:tcBorders>
            <w:vAlign w:val="center"/>
          </w:tcPr>
          <w:p w14:paraId="771DDF27" w14:textId="4895C897"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5006D6A6" w14:textId="335F9783" w:rsidR="00782066" w:rsidRPr="00C85550" w:rsidRDefault="004A689D" w:rsidP="00782066">
            <w:pPr>
              <w:jc w:val="center"/>
              <w:rPr>
                <w:rFonts w:ascii="Times New Roman" w:hAnsi="Times New Roman"/>
              </w:rPr>
            </w:pPr>
            <w:r w:rsidRPr="00C85550">
              <w:rPr>
                <w:rFonts w:ascii="Times New Roman" w:hAnsi="Times New Roman"/>
              </w:rPr>
              <w:t>152.79</w:t>
            </w:r>
          </w:p>
        </w:tc>
      </w:tr>
      <w:tr w:rsidR="00782066" w:rsidRPr="00C85550" w14:paraId="75D6EF0A" w14:textId="77777777" w:rsidTr="00A96840">
        <w:trPr>
          <w:trHeight w:hRule="exact" w:val="369"/>
          <w:jc w:val="center"/>
        </w:trPr>
        <w:tc>
          <w:tcPr>
            <w:tcW w:w="1008" w:type="pct"/>
            <w:tcBorders>
              <w:top w:val="nil"/>
              <w:left w:val="nil"/>
              <w:bottom w:val="nil"/>
              <w:right w:val="nil"/>
            </w:tcBorders>
            <w:vAlign w:val="center"/>
          </w:tcPr>
          <w:p w14:paraId="1EB8DE5B" w14:textId="77777777" w:rsidR="00782066" w:rsidRPr="00C85550" w:rsidRDefault="00782066" w:rsidP="00782066">
            <w:pPr>
              <w:jc w:val="center"/>
              <w:rPr>
                <w:rFonts w:ascii="Times New Roman" w:hAnsi="Times New Roman"/>
                <w:b/>
              </w:rPr>
            </w:pPr>
            <w:r w:rsidRPr="00C85550">
              <w:rPr>
                <w:rFonts w:ascii="Times New Roman" w:hAnsi="Times New Roman"/>
                <w:b/>
              </w:rPr>
              <w:t>16</w:t>
            </w:r>
          </w:p>
        </w:tc>
        <w:tc>
          <w:tcPr>
            <w:tcW w:w="1002" w:type="pct"/>
            <w:tcBorders>
              <w:top w:val="nil"/>
              <w:left w:val="nil"/>
              <w:bottom w:val="nil"/>
              <w:right w:val="nil"/>
            </w:tcBorders>
            <w:vAlign w:val="center"/>
          </w:tcPr>
          <w:p w14:paraId="3536FFAF" w14:textId="5737C7CD" w:rsidR="00782066" w:rsidRPr="00C85550" w:rsidRDefault="00782066" w:rsidP="00782066">
            <w:pPr>
              <w:jc w:val="center"/>
              <w:rPr>
                <w:rFonts w:ascii="Times New Roman" w:hAnsi="Times New Roman"/>
              </w:rPr>
            </w:pPr>
            <w:r w:rsidRPr="00C85550">
              <w:rPr>
                <w:rFonts w:ascii="Times New Roman" w:hAnsi="Times New Roman"/>
              </w:rPr>
              <w:t>7.12</w:t>
            </w:r>
          </w:p>
        </w:tc>
        <w:tc>
          <w:tcPr>
            <w:tcW w:w="1001" w:type="pct"/>
            <w:tcBorders>
              <w:top w:val="nil"/>
              <w:left w:val="nil"/>
              <w:bottom w:val="nil"/>
              <w:right w:val="nil"/>
            </w:tcBorders>
            <w:vAlign w:val="center"/>
          </w:tcPr>
          <w:p w14:paraId="19FBA003" w14:textId="36F4BCE2" w:rsidR="00782066" w:rsidRPr="00C85550" w:rsidRDefault="00782066" w:rsidP="00782066">
            <w:pPr>
              <w:jc w:val="center"/>
              <w:rPr>
                <w:rFonts w:ascii="Times New Roman" w:hAnsi="Times New Roman"/>
              </w:rPr>
            </w:pPr>
            <w:r w:rsidRPr="00C85550">
              <w:rPr>
                <w:rFonts w:ascii="Times New Roman" w:hAnsi="Times New Roman"/>
              </w:rPr>
              <w:t>112.10</w:t>
            </w:r>
          </w:p>
        </w:tc>
        <w:tc>
          <w:tcPr>
            <w:tcW w:w="1001" w:type="pct"/>
            <w:tcBorders>
              <w:top w:val="nil"/>
              <w:left w:val="nil"/>
              <w:bottom w:val="nil"/>
              <w:right w:val="nil"/>
            </w:tcBorders>
            <w:vAlign w:val="center"/>
          </w:tcPr>
          <w:p w14:paraId="653658D9" w14:textId="07DCBAD6" w:rsidR="00782066" w:rsidRPr="00C85550" w:rsidRDefault="00782066" w:rsidP="00782066">
            <w:pPr>
              <w:jc w:val="center"/>
              <w:rPr>
                <w:rFonts w:ascii="Times New Roman" w:hAnsi="Times New Roman"/>
              </w:rPr>
            </w:pPr>
            <w:r w:rsidRPr="00C85550">
              <w:rPr>
                <w:rFonts w:ascii="Times New Roman" w:hAnsi="Times New Roman"/>
              </w:rPr>
              <w:t>7.28</w:t>
            </w:r>
          </w:p>
        </w:tc>
        <w:tc>
          <w:tcPr>
            <w:tcW w:w="988" w:type="pct"/>
            <w:tcBorders>
              <w:top w:val="nil"/>
              <w:left w:val="nil"/>
              <w:bottom w:val="nil"/>
              <w:right w:val="nil"/>
            </w:tcBorders>
            <w:vAlign w:val="center"/>
          </w:tcPr>
          <w:p w14:paraId="70FB5ACA" w14:textId="0AFF8ED1" w:rsidR="00782066" w:rsidRPr="00C85550" w:rsidRDefault="002D6172" w:rsidP="00782066">
            <w:pPr>
              <w:jc w:val="center"/>
              <w:rPr>
                <w:rFonts w:ascii="Times New Roman" w:hAnsi="Times New Roman"/>
              </w:rPr>
            </w:pPr>
            <w:r w:rsidRPr="00C85550">
              <w:rPr>
                <w:rFonts w:ascii="Times New Roman" w:hAnsi="Times New Roman"/>
              </w:rPr>
              <w:t>115.79</w:t>
            </w:r>
          </w:p>
        </w:tc>
      </w:tr>
      <w:tr w:rsidR="00782066" w:rsidRPr="00C85550" w14:paraId="7FB29E8F" w14:textId="77777777" w:rsidTr="00A96840">
        <w:trPr>
          <w:trHeight w:hRule="exact" w:val="369"/>
          <w:jc w:val="center"/>
        </w:trPr>
        <w:tc>
          <w:tcPr>
            <w:tcW w:w="1008" w:type="pct"/>
            <w:tcBorders>
              <w:top w:val="nil"/>
              <w:left w:val="nil"/>
              <w:bottom w:val="nil"/>
              <w:right w:val="nil"/>
            </w:tcBorders>
            <w:vAlign w:val="center"/>
          </w:tcPr>
          <w:p w14:paraId="519D55FB" w14:textId="77777777" w:rsidR="00782066" w:rsidRPr="00C85550" w:rsidRDefault="00782066" w:rsidP="00782066">
            <w:pPr>
              <w:jc w:val="center"/>
              <w:rPr>
                <w:rFonts w:ascii="Times New Roman" w:hAnsi="Times New Roman"/>
                <w:b/>
              </w:rPr>
            </w:pPr>
            <w:r w:rsidRPr="00C85550">
              <w:rPr>
                <w:rFonts w:ascii="Times New Roman" w:hAnsi="Times New Roman"/>
                <w:b/>
              </w:rPr>
              <w:t>OH</w:t>
            </w:r>
          </w:p>
        </w:tc>
        <w:tc>
          <w:tcPr>
            <w:tcW w:w="1002" w:type="pct"/>
            <w:tcBorders>
              <w:top w:val="nil"/>
              <w:left w:val="nil"/>
              <w:bottom w:val="nil"/>
              <w:right w:val="nil"/>
            </w:tcBorders>
            <w:vAlign w:val="center"/>
          </w:tcPr>
          <w:p w14:paraId="1BF8680F" w14:textId="0627803B" w:rsidR="00782066" w:rsidRPr="00C85550" w:rsidRDefault="00782066" w:rsidP="00782066">
            <w:pPr>
              <w:jc w:val="center"/>
              <w:rPr>
                <w:rFonts w:ascii="Times New Roman" w:hAnsi="Times New Roman"/>
              </w:rPr>
            </w:pPr>
            <w:r w:rsidRPr="00C85550">
              <w:rPr>
                <w:rFonts w:ascii="Times New Roman" w:hAnsi="Times New Roman"/>
              </w:rPr>
              <w:t>11.03</w:t>
            </w:r>
          </w:p>
        </w:tc>
        <w:tc>
          <w:tcPr>
            <w:tcW w:w="1001" w:type="pct"/>
            <w:tcBorders>
              <w:top w:val="nil"/>
              <w:left w:val="nil"/>
              <w:bottom w:val="nil"/>
              <w:right w:val="nil"/>
            </w:tcBorders>
            <w:vAlign w:val="center"/>
          </w:tcPr>
          <w:p w14:paraId="23BCD42E" w14:textId="06D43223"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1E249C30" w14:textId="53DFBF7A"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7D88AF1B" w14:textId="77777777" w:rsidR="00782066" w:rsidRPr="00C85550" w:rsidRDefault="00782066" w:rsidP="00782066">
            <w:pPr>
              <w:jc w:val="center"/>
              <w:rPr>
                <w:rFonts w:ascii="Times New Roman" w:hAnsi="Times New Roman"/>
              </w:rPr>
            </w:pPr>
            <w:r w:rsidRPr="00C85550">
              <w:rPr>
                <w:rFonts w:ascii="Times New Roman" w:hAnsi="Times New Roman"/>
              </w:rPr>
              <w:t>−</w:t>
            </w:r>
          </w:p>
        </w:tc>
      </w:tr>
      <w:tr w:rsidR="00782066" w:rsidRPr="00C85550" w14:paraId="7107550F" w14:textId="77777777" w:rsidTr="00A96840">
        <w:trPr>
          <w:trHeight w:hRule="exact" w:val="369"/>
          <w:jc w:val="center"/>
        </w:trPr>
        <w:tc>
          <w:tcPr>
            <w:tcW w:w="1008" w:type="pct"/>
            <w:tcBorders>
              <w:top w:val="nil"/>
              <w:left w:val="nil"/>
              <w:bottom w:val="nil"/>
              <w:right w:val="nil"/>
            </w:tcBorders>
            <w:vAlign w:val="center"/>
          </w:tcPr>
          <w:p w14:paraId="0279C89E" w14:textId="77777777" w:rsidR="00782066" w:rsidRPr="00C85550" w:rsidRDefault="00782066" w:rsidP="00782066">
            <w:pPr>
              <w:jc w:val="center"/>
              <w:rPr>
                <w:rFonts w:ascii="Times New Roman" w:hAnsi="Times New Roman"/>
                <w:b/>
              </w:rPr>
            </w:pPr>
            <w:r w:rsidRPr="00C85550">
              <w:rPr>
                <w:rFonts w:ascii="Times New Roman" w:hAnsi="Times New Roman"/>
                <w:b/>
              </w:rPr>
              <w:t>NH</w:t>
            </w:r>
          </w:p>
        </w:tc>
        <w:tc>
          <w:tcPr>
            <w:tcW w:w="1002" w:type="pct"/>
            <w:tcBorders>
              <w:top w:val="nil"/>
              <w:left w:val="nil"/>
              <w:bottom w:val="nil"/>
              <w:right w:val="nil"/>
            </w:tcBorders>
            <w:vAlign w:val="center"/>
          </w:tcPr>
          <w:p w14:paraId="151201D5" w14:textId="527A8802" w:rsidR="00782066" w:rsidRPr="00C85550" w:rsidRDefault="00782066" w:rsidP="00782066">
            <w:pPr>
              <w:jc w:val="center"/>
              <w:rPr>
                <w:rFonts w:ascii="Times New Roman" w:hAnsi="Times New Roman"/>
              </w:rPr>
            </w:pPr>
            <w:r w:rsidRPr="00C85550">
              <w:rPr>
                <w:rFonts w:ascii="Times New Roman" w:hAnsi="Times New Roman"/>
              </w:rPr>
              <w:t>11.88</w:t>
            </w:r>
          </w:p>
        </w:tc>
        <w:tc>
          <w:tcPr>
            <w:tcW w:w="1001" w:type="pct"/>
            <w:tcBorders>
              <w:top w:val="nil"/>
              <w:left w:val="nil"/>
              <w:bottom w:val="nil"/>
              <w:right w:val="nil"/>
            </w:tcBorders>
            <w:vAlign w:val="center"/>
          </w:tcPr>
          <w:p w14:paraId="6EDD1734" w14:textId="15942808"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nil"/>
              <w:right w:val="nil"/>
            </w:tcBorders>
            <w:vAlign w:val="center"/>
          </w:tcPr>
          <w:p w14:paraId="32D01A08" w14:textId="49C181A3" w:rsidR="00782066" w:rsidRPr="00C85550" w:rsidRDefault="00782066" w:rsidP="00782066">
            <w:pPr>
              <w:jc w:val="center"/>
              <w:rPr>
                <w:rFonts w:ascii="Times New Roman" w:hAnsi="Times New Roman"/>
              </w:rPr>
            </w:pPr>
            <w:r w:rsidRPr="00C85550">
              <w:rPr>
                <w:rFonts w:ascii="Times New Roman" w:hAnsi="Times New Roman"/>
              </w:rPr>
              <w:t>−</w:t>
            </w:r>
          </w:p>
        </w:tc>
        <w:tc>
          <w:tcPr>
            <w:tcW w:w="988" w:type="pct"/>
            <w:tcBorders>
              <w:top w:val="nil"/>
              <w:left w:val="nil"/>
              <w:bottom w:val="nil"/>
              <w:right w:val="nil"/>
            </w:tcBorders>
            <w:vAlign w:val="center"/>
          </w:tcPr>
          <w:p w14:paraId="74836D5C" w14:textId="77777777" w:rsidR="00782066" w:rsidRPr="00C85550" w:rsidRDefault="00782066" w:rsidP="00782066">
            <w:pPr>
              <w:jc w:val="center"/>
              <w:rPr>
                <w:rFonts w:ascii="Times New Roman" w:hAnsi="Times New Roman"/>
              </w:rPr>
            </w:pPr>
            <w:r w:rsidRPr="00C85550">
              <w:rPr>
                <w:rFonts w:ascii="Times New Roman" w:hAnsi="Times New Roman"/>
              </w:rPr>
              <w:t>−</w:t>
            </w:r>
          </w:p>
        </w:tc>
      </w:tr>
      <w:tr w:rsidR="00782066" w:rsidRPr="00C85550" w14:paraId="048F2B1A" w14:textId="77777777" w:rsidTr="00A96840">
        <w:trPr>
          <w:trHeight w:hRule="exact" w:val="369"/>
          <w:jc w:val="center"/>
        </w:trPr>
        <w:tc>
          <w:tcPr>
            <w:tcW w:w="1008" w:type="pct"/>
            <w:tcBorders>
              <w:top w:val="nil"/>
              <w:left w:val="nil"/>
              <w:bottom w:val="nil"/>
              <w:right w:val="nil"/>
            </w:tcBorders>
            <w:vAlign w:val="center"/>
          </w:tcPr>
          <w:p w14:paraId="41571D5B" w14:textId="77777777" w:rsidR="00782066" w:rsidRPr="00C85550" w:rsidRDefault="00782066" w:rsidP="00782066">
            <w:pPr>
              <w:jc w:val="center"/>
              <w:rPr>
                <w:rFonts w:ascii="Times New Roman" w:hAnsi="Times New Roman"/>
                <w:b/>
              </w:rPr>
            </w:pPr>
            <w:proofErr w:type="spellStart"/>
            <w:r w:rsidRPr="00C85550">
              <w:rPr>
                <w:rFonts w:ascii="Times New Roman" w:hAnsi="Times New Roman"/>
                <w:b/>
              </w:rPr>
              <w:t>OMe</w:t>
            </w:r>
            <w:proofErr w:type="spellEnd"/>
          </w:p>
        </w:tc>
        <w:tc>
          <w:tcPr>
            <w:tcW w:w="1002" w:type="pct"/>
            <w:tcBorders>
              <w:top w:val="nil"/>
              <w:left w:val="nil"/>
              <w:bottom w:val="nil"/>
              <w:right w:val="nil"/>
            </w:tcBorders>
            <w:vAlign w:val="center"/>
          </w:tcPr>
          <w:p w14:paraId="460DFE1B" w14:textId="2C02F927" w:rsidR="00782066" w:rsidRPr="00C85550" w:rsidRDefault="00782066" w:rsidP="00782066">
            <w:pPr>
              <w:jc w:val="center"/>
              <w:rPr>
                <w:rFonts w:ascii="Times New Roman" w:hAnsi="Times New Roman"/>
              </w:rPr>
            </w:pPr>
            <w:r w:rsidRPr="00C85550">
              <w:rPr>
                <w:rFonts w:ascii="Times New Roman" w:hAnsi="Times New Roman"/>
              </w:rPr>
              <w:t>3.73</w:t>
            </w:r>
          </w:p>
        </w:tc>
        <w:tc>
          <w:tcPr>
            <w:tcW w:w="1001" w:type="pct"/>
            <w:tcBorders>
              <w:top w:val="nil"/>
              <w:left w:val="nil"/>
              <w:bottom w:val="nil"/>
              <w:right w:val="nil"/>
            </w:tcBorders>
            <w:vAlign w:val="center"/>
          </w:tcPr>
          <w:p w14:paraId="21DA27AE" w14:textId="4911B908" w:rsidR="00782066" w:rsidRPr="00C85550" w:rsidRDefault="00782066" w:rsidP="00782066">
            <w:pPr>
              <w:jc w:val="center"/>
              <w:rPr>
                <w:rFonts w:ascii="Times New Roman" w:hAnsi="Times New Roman"/>
              </w:rPr>
            </w:pPr>
            <w:r w:rsidRPr="00C85550">
              <w:rPr>
                <w:rFonts w:ascii="Times New Roman" w:hAnsi="Times New Roman"/>
              </w:rPr>
              <w:t>54.89</w:t>
            </w:r>
          </w:p>
        </w:tc>
        <w:tc>
          <w:tcPr>
            <w:tcW w:w="1001" w:type="pct"/>
            <w:tcBorders>
              <w:top w:val="nil"/>
              <w:left w:val="nil"/>
              <w:bottom w:val="nil"/>
              <w:right w:val="nil"/>
            </w:tcBorders>
            <w:vAlign w:val="center"/>
          </w:tcPr>
          <w:p w14:paraId="4930F7D5" w14:textId="1290E2F9" w:rsidR="00782066" w:rsidRPr="00C85550" w:rsidRDefault="00782066" w:rsidP="00782066">
            <w:pPr>
              <w:jc w:val="center"/>
              <w:rPr>
                <w:rFonts w:ascii="Times New Roman" w:hAnsi="Times New Roman"/>
              </w:rPr>
            </w:pPr>
            <w:r w:rsidRPr="00C85550">
              <w:rPr>
                <w:rFonts w:ascii="Times New Roman" w:hAnsi="Times New Roman"/>
              </w:rPr>
              <w:t>3.76</w:t>
            </w:r>
          </w:p>
        </w:tc>
        <w:tc>
          <w:tcPr>
            <w:tcW w:w="988" w:type="pct"/>
            <w:tcBorders>
              <w:top w:val="nil"/>
              <w:left w:val="nil"/>
              <w:bottom w:val="nil"/>
              <w:right w:val="nil"/>
            </w:tcBorders>
            <w:vAlign w:val="center"/>
          </w:tcPr>
          <w:p w14:paraId="76A07400" w14:textId="080AF616" w:rsidR="00782066" w:rsidRPr="00C85550" w:rsidRDefault="002D6172" w:rsidP="00782066">
            <w:pPr>
              <w:jc w:val="center"/>
              <w:rPr>
                <w:rFonts w:ascii="Times New Roman" w:hAnsi="Times New Roman"/>
              </w:rPr>
            </w:pPr>
            <w:r w:rsidRPr="00C85550">
              <w:rPr>
                <w:rFonts w:ascii="Times New Roman" w:hAnsi="Times New Roman"/>
              </w:rPr>
              <w:t>55.08</w:t>
            </w:r>
          </w:p>
        </w:tc>
      </w:tr>
      <w:tr w:rsidR="00782066" w:rsidRPr="00C85550" w14:paraId="2E172271" w14:textId="77777777" w:rsidTr="00A96840">
        <w:trPr>
          <w:trHeight w:hRule="exact" w:val="369"/>
          <w:jc w:val="center"/>
        </w:trPr>
        <w:tc>
          <w:tcPr>
            <w:tcW w:w="1008" w:type="pct"/>
            <w:tcBorders>
              <w:top w:val="nil"/>
              <w:left w:val="nil"/>
              <w:bottom w:val="single" w:sz="4" w:space="0" w:color="auto"/>
              <w:right w:val="nil"/>
            </w:tcBorders>
            <w:vAlign w:val="center"/>
          </w:tcPr>
          <w:p w14:paraId="037524BE" w14:textId="77777777" w:rsidR="00782066" w:rsidRPr="00C85550" w:rsidRDefault="00782066" w:rsidP="00782066">
            <w:pPr>
              <w:jc w:val="center"/>
              <w:rPr>
                <w:rFonts w:ascii="Times New Roman" w:hAnsi="Times New Roman"/>
                <w:b/>
              </w:rPr>
            </w:pPr>
            <w:r w:rsidRPr="00C85550">
              <w:rPr>
                <w:rFonts w:ascii="Times New Roman" w:hAnsi="Times New Roman"/>
                <w:b/>
              </w:rPr>
              <w:t>NH2</w:t>
            </w:r>
          </w:p>
        </w:tc>
        <w:tc>
          <w:tcPr>
            <w:tcW w:w="1002" w:type="pct"/>
            <w:tcBorders>
              <w:top w:val="nil"/>
              <w:left w:val="nil"/>
              <w:bottom w:val="single" w:sz="4" w:space="0" w:color="auto"/>
              <w:right w:val="nil"/>
            </w:tcBorders>
            <w:vAlign w:val="center"/>
          </w:tcPr>
          <w:p w14:paraId="400F4B84" w14:textId="50DECEF0" w:rsidR="00782066" w:rsidRPr="00C85550" w:rsidRDefault="00782066" w:rsidP="00782066">
            <w:pPr>
              <w:jc w:val="center"/>
              <w:rPr>
                <w:rFonts w:ascii="Times New Roman" w:hAnsi="Times New Roman"/>
              </w:rPr>
            </w:pPr>
            <w:r w:rsidRPr="00C85550">
              <w:rPr>
                <w:rFonts w:ascii="Times New Roman" w:hAnsi="Times New Roman"/>
              </w:rPr>
              <w:t>5.89</w:t>
            </w:r>
          </w:p>
        </w:tc>
        <w:tc>
          <w:tcPr>
            <w:tcW w:w="1001" w:type="pct"/>
            <w:tcBorders>
              <w:top w:val="nil"/>
              <w:left w:val="nil"/>
              <w:bottom w:val="single" w:sz="4" w:space="0" w:color="auto"/>
              <w:right w:val="nil"/>
            </w:tcBorders>
            <w:vAlign w:val="center"/>
          </w:tcPr>
          <w:p w14:paraId="25D0CD2A" w14:textId="5D6811FD" w:rsidR="00782066" w:rsidRPr="00C85550" w:rsidRDefault="00782066" w:rsidP="00782066">
            <w:pPr>
              <w:jc w:val="center"/>
              <w:rPr>
                <w:rFonts w:ascii="Times New Roman" w:hAnsi="Times New Roman"/>
              </w:rPr>
            </w:pPr>
            <w:r w:rsidRPr="00C85550">
              <w:rPr>
                <w:rFonts w:ascii="Times New Roman" w:hAnsi="Times New Roman"/>
              </w:rPr>
              <w:t>−</w:t>
            </w:r>
          </w:p>
        </w:tc>
        <w:tc>
          <w:tcPr>
            <w:tcW w:w="1001" w:type="pct"/>
            <w:tcBorders>
              <w:top w:val="nil"/>
              <w:left w:val="nil"/>
              <w:bottom w:val="single" w:sz="4" w:space="0" w:color="auto"/>
              <w:right w:val="nil"/>
            </w:tcBorders>
            <w:vAlign w:val="center"/>
          </w:tcPr>
          <w:p w14:paraId="565B7F4D" w14:textId="0DFDF9D5" w:rsidR="00782066" w:rsidRPr="00C85550" w:rsidRDefault="00782066" w:rsidP="00782066">
            <w:pPr>
              <w:jc w:val="center"/>
              <w:rPr>
                <w:rFonts w:ascii="Times New Roman" w:hAnsi="Times New Roman"/>
              </w:rPr>
            </w:pPr>
            <w:r w:rsidRPr="00C85550">
              <w:rPr>
                <w:rFonts w:ascii="Times New Roman" w:hAnsi="Times New Roman"/>
              </w:rPr>
              <w:t>5.93</w:t>
            </w:r>
          </w:p>
        </w:tc>
        <w:tc>
          <w:tcPr>
            <w:tcW w:w="988" w:type="pct"/>
            <w:tcBorders>
              <w:top w:val="nil"/>
              <w:left w:val="nil"/>
              <w:bottom w:val="single" w:sz="4" w:space="0" w:color="auto"/>
              <w:right w:val="nil"/>
            </w:tcBorders>
            <w:vAlign w:val="center"/>
          </w:tcPr>
          <w:p w14:paraId="0F2F8BE9" w14:textId="77777777" w:rsidR="00782066" w:rsidRPr="00C85550" w:rsidRDefault="00782066" w:rsidP="00782066">
            <w:pPr>
              <w:jc w:val="center"/>
              <w:rPr>
                <w:rFonts w:ascii="Times New Roman" w:hAnsi="Times New Roman"/>
              </w:rPr>
            </w:pPr>
            <w:r w:rsidRPr="00C85550">
              <w:rPr>
                <w:rFonts w:ascii="Times New Roman" w:hAnsi="Times New Roman"/>
              </w:rPr>
              <w:t>−</w:t>
            </w:r>
          </w:p>
        </w:tc>
      </w:tr>
    </w:tbl>
    <w:p w14:paraId="610A7CC9" w14:textId="6EA44E33" w:rsidR="00432512" w:rsidRPr="00C85550" w:rsidRDefault="00432512" w:rsidP="00432512">
      <w:pPr>
        <w:pStyle w:val="EndnoteText"/>
        <w:rPr>
          <w:sz w:val="24"/>
          <w:szCs w:val="24"/>
        </w:rPr>
      </w:pPr>
    </w:p>
    <w:p w14:paraId="6A6219B0" w14:textId="51EDA9FF" w:rsidR="00432512" w:rsidRPr="00C85550" w:rsidRDefault="00E97FC0" w:rsidP="00432512">
      <w:pPr>
        <w:pStyle w:val="EndnoteText"/>
        <w:spacing w:line="360" w:lineRule="auto"/>
      </w:pPr>
      <w:r w:rsidRPr="00C85550">
        <w:rPr>
          <w:noProof/>
        </w:rPr>
        <mc:AlternateContent>
          <mc:Choice Requires="wpg">
            <w:drawing>
              <wp:anchor distT="0" distB="0" distL="114300" distR="114300" simplePos="0" relativeHeight="251658248" behindDoc="0" locked="0" layoutInCell="1" allowOverlap="1" wp14:anchorId="259F75DA" wp14:editId="511D6516">
                <wp:simplePos x="0" y="0"/>
                <wp:positionH relativeFrom="column">
                  <wp:posOffset>920089</wp:posOffset>
                </wp:positionH>
                <wp:positionV relativeFrom="paragraph">
                  <wp:posOffset>580049</wp:posOffset>
                </wp:positionV>
                <wp:extent cx="3849345" cy="1424578"/>
                <wp:effectExtent l="0" t="0" r="18415" b="4445"/>
                <wp:wrapNone/>
                <wp:docPr id="8378" name="Group 438">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3849345" cy="1424578"/>
                          <a:chOff x="0" y="0"/>
                          <a:chExt cx="3848570" cy="1424269"/>
                        </a:xfrm>
                      </wpg:grpSpPr>
                      <wps:wsp>
                        <wps:cNvPr id="8379" name="Line 27">
                          <a:extLst/>
                        </wps:cNvPr>
                        <wps:cNvCnPr/>
                        <wps:spPr bwMode="auto">
                          <a:xfrm flipV="1">
                            <a:off x="2670977" y="641350"/>
                            <a:ext cx="269875" cy="160338"/>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0" name="Line 28">
                          <a:extLst/>
                        </wps:cNvPr>
                        <wps:cNvCnPr/>
                        <wps:spPr bwMode="auto">
                          <a:xfrm flipH="1" flipV="1">
                            <a:off x="2890052" y="376238"/>
                            <a:ext cx="50800" cy="265113"/>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1" name="Line 29">
                          <a:extLst/>
                        </wps:cNvPr>
                        <wps:cNvCnPr/>
                        <wps:spPr bwMode="auto">
                          <a:xfrm flipH="1" flipV="1">
                            <a:off x="2932914" y="390525"/>
                            <a:ext cx="42862" cy="220663"/>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2" name="Line 30">
                          <a:extLst/>
                        </wps:cNvPr>
                        <wps:cNvCnPr/>
                        <wps:spPr bwMode="auto">
                          <a:xfrm flipV="1">
                            <a:off x="2890052" y="198438"/>
                            <a:ext cx="201612" cy="177800"/>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3" name="Line 31">
                          <a:extLst/>
                        </wps:cNvPr>
                        <wps:cNvCnPr/>
                        <wps:spPr bwMode="auto">
                          <a:xfrm>
                            <a:off x="3091664" y="198438"/>
                            <a:ext cx="254000" cy="87313"/>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4" name="Line 32">
                          <a:extLst/>
                        </wps:cNvPr>
                        <wps:cNvCnPr/>
                        <wps:spPr bwMode="auto">
                          <a:xfrm>
                            <a:off x="3101189" y="244475"/>
                            <a:ext cx="209550" cy="71438"/>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5" name="Line 33">
                          <a:extLst/>
                        </wps:cNvPr>
                        <wps:cNvCnPr/>
                        <wps:spPr bwMode="auto">
                          <a:xfrm>
                            <a:off x="3345664" y="285750"/>
                            <a:ext cx="53975" cy="263525"/>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6" name="Line 34">
                          <a:extLst/>
                        </wps:cNvPr>
                        <wps:cNvCnPr/>
                        <wps:spPr bwMode="auto">
                          <a:xfrm flipH="1">
                            <a:off x="3196439" y="549275"/>
                            <a:ext cx="203200" cy="179388"/>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7" name="Line 35">
                          <a:extLst/>
                        </wps:cNvPr>
                        <wps:cNvCnPr/>
                        <wps:spPr bwMode="auto">
                          <a:xfrm flipH="1">
                            <a:off x="3186914" y="534988"/>
                            <a:ext cx="168275" cy="147638"/>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8" name="Line 36">
                          <a:extLst/>
                        </wps:cNvPr>
                        <wps:cNvCnPr/>
                        <wps:spPr bwMode="auto">
                          <a:xfrm flipH="1" flipV="1">
                            <a:off x="2940852" y="641350"/>
                            <a:ext cx="255587" cy="87313"/>
                          </a:xfrm>
                          <a:prstGeom prst="line">
                            <a:avLst/>
                          </a:prstGeom>
                          <a:noFill/>
                          <a:ln w="17463">
                            <a:solidFill>
                              <a:srgbClr val="000000"/>
                            </a:solidFill>
                            <a:round/>
                            <a:headEnd/>
                            <a:tailEnd/>
                          </a:ln>
                          <a:extLst>
                            <a:ext uri="{909E8E84-426E-40DD-AFC4-6F175D3DCCD1}">
                              <a14:hiddenFill xmlns:a14="http://schemas.microsoft.com/office/drawing/2010/main">
                                <a:noFill/>
                              </a14:hiddenFill>
                            </a:ext>
                          </a:extLst>
                        </wps:spPr>
                        <wps:bodyPr/>
                      </wps:wsp>
                      <wps:wsp>
                        <wps:cNvPr id="8389" name="Rectangle 8389">
                          <a:extLst/>
                        </wps:cNvPr>
                        <wps:cNvSpPr>
                          <a:spLocks noChangeArrowheads="1"/>
                        </wps:cNvSpPr>
                        <wps:spPr bwMode="auto">
                          <a:xfrm>
                            <a:off x="3521877" y="57150"/>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621C"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8"/>
                                  <w:szCs w:val="28"/>
                                  <w:lang w:val="en-US"/>
                                </w:rPr>
                                <w:t>N</w:t>
                              </w:r>
                            </w:p>
                          </w:txbxContent>
                        </wps:txbx>
                        <wps:bodyPr wrap="none" lIns="0" tIns="0" rIns="0" bIns="0">
                          <a:spAutoFit/>
                        </wps:bodyPr>
                      </wps:wsp>
                      <wps:wsp>
                        <wps:cNvPr id="8390" name="Rectangle 8390">
                          <a:extLst/>
                        </wps:cNvPr>
                        <wps:cNvSpPr>
                          <a:spLocks noChangeArrowheads="1"/>
                        </wps:cNvSpPr>
                        <wps:spPr bwMode="auto">
                          <a:xfrm>
                            <a:off x="3650464" y="57150"/>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C89F"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8"/>
                                  <w:szCs w:val="28"/>
                                  <w:lang w:val="en-US"/>
                                </w:rPr>
                                <w:t>H</w:t>
                              </w:r>
                            </w:p>
                          </w:txbxContent>
                        </wps:txbx>
                        <wps:bodyPr wrap="none" lIns="0" tIns="0" rIns="0" bIns="0">
                          <a:spAutoFit/>
                        </wps:bodyPr>
                      </wps:wsp>
                      <wps:wsp>
                        <wps:cNvPr id="8391" name="Rectangle 8391">
                          <a:extLst/>
                        </wps:cNvPr>
                        <wps:cNvSpPr>
                          <a:spLocks noChangeArrowheads="1"/>
                        </wps:cNvSpPr>
                        <wps:spPr bwMode="auto">
                          <a:xfrm>
                            <a:off x="3777464" y="138113"/>
                            <a:ext cx="71106" cy="146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DF64"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0"/>
                                  <w:szCs w:val="20"/>
                                  <w:lang w:val="en-US"/>
                                </w:rPr>
                                <w:t>2</w:t>
                              </w:r>
                            </w:p>
                          </w:txbxContent>
                        </wps:txbx>
                        <wps:bodyPr wrap="none" lIns="0" tIns="0" rIns="0" bIns="0">
                          <a:spAutoFit/>
                        </wps:bodyPr>
                      </wps:wsp>
                      <wps:wsp>
                        <wps:cNvPr id="8392" name="Rectangle 8392">
                          <a:extLst/>
                        </wps:cNvPr>
                        <wps:cNvSpPr>
                          <a:spLocks noChangeArrowheads="1"/>
                        </wps:cNvSpPr>
                        <wps:spPr bwMode="auto">
                          <a:xfrm>
                            <a:off x="2905466" y="693738"/>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AEB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5</w:t>
                              </w:r>
                            </w:p>
                          </w:txbxContent>
                        </wps:txbx>
                        <wps:bodyPr wrap="none" lIns="0" tIns="0" rIns="0" bIns="0">
                          <a:spAutoFit/>
                        </wps:bodyPr>
                      </wps:wsp>
                      <wps:wsp>
                        <wps:cNvPr id="8393" name="Rectangle 8393">
                          <a:extLst/>
                        </wps:cNvPr>
                        <wps:cNvSpPr>
                          <a:spLocks noChangeArrowheads="1"/>
                        </wps:cNvSpPr>
                        <wps:spPr bwMode="auto">
                          <a:xfrm>
                            <a:off x="3232440" y="709613"/>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6FE5"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6</w:t>
                              </w:r>
                            </w:p>
                          </w:txbxContent>
                        </wps:txbx>
                        <wps:bodyPr wrap="none" lIns="0" tIns="0" rIns="0" bIns="0">
                          <a:spAutoFit/>
                        </wps:bodyPr>
                      </wps:wsp>
                      <wps:wsp>
                        <wps:cNvPr id="8394" name="Rectangle 8394">
                          <a:extLst/>
                        </wps:cNvPr>
                        <wps:cNvSpPr>
                          <a:spLocks noChangeArrowheads="1"/>
                        </wps:cNvSpPr>
                        <wps:spPr bwMode="auto">
                          <a:xfrm>
                            <a:off x="3438783" y="473075"/>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27CF"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7</w:t>
                              </w:r>
                            </w:p>
                          </w:txbxContent>
                        </wps:txbx>
                        <wps:bodyPr wrap="none" lIns="0" tIns="0" rIns="0" bIns="0">
                          <a:spAutoFit/>
                        </wps:bodyPr>
                      </wps:wsp>
                      <wps:wsp>
                        <wps:cNvPr id="8395" name="Rectangle 8395">
                          <a:extLst/>
                        </wps:cNvPr>
                        <wps:cNvSpPr>
                          <a:spLocks noChangeArrowheads="1"/>
                        </wps:cNvSpPr>
                        <wps:spPr bwMode="auto">
                          <a:xfrm>
                            <a:off x="3286406" y="76200"/>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23E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8</w:t>
                              </w:r>
                            </w:p>
                          </w:txbxContent>
                        </wps:txbx>
                        <wps:bodyPr wrap="none" lIns="0" tIns="0" rIns="0" bIns="0">
                          <a:spAutoFit/>
                        </wps:bodyPr>
                      </wps:wsp>
                      <wps:wsp>
                        <wps:cNvPr id="8396" name="Rectangle 8396">
                          <a:extLst/>
                        </wps:cNvPr>
                        <wps:cNvSpPr>
                          <a:spLocks noChangeArrowheads="1"/>
                        </wps:cNvSpPr>
                        <wps:spPr bwMode="auto">
                          <a:xfrm>
                            <a:off x="3003876" y="0"/>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9718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9</w:t>
                              </w:r>
                            </w:p>
                          </w:txbxContent>
                        </wps:txbx>
                        <wps:bodyPr wrap="none" lIns="0" tIns="0" rIns="0" bIns="0">
                          <a:spAutoFit/>
                        </wps:bodyPr>
                      </wps:wsp>
                      <wps:wsp>
                        <wps:cNvPr id="8397" name="Rectangle 8397">
                          <a:extLst/>
                        </wps:cNvPr>
                        <wps:cNvSpPr>
                          <a:spLocks noChangeArrowheads="1"/>
                        </wps:cNvSpPr>
                        <wps:spPr bwMode="auto">
                          <a:xfrm>
                            <a:off x="2692775" y="274638"/>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5372"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1</w:t>
                              </w:r>
                            </w:p>
                          </w:txbxContent>
                        </wps:txbx>
                        <wps:bodyPr wrap="none" lIns="0" tIns="0" rIns="0" bIns="0">
                          <a:spAutoFit/>
                        </wps:bodyPr>
                      </wps:wsp>
                      <wps:wsp>
                        <wps:cNvPr id="8398" name="Rectangle 8398">
                          <a:extLst/>
                        </wps:cNvPr>
                        <wps:cNvSpPr>
                          <a:spLocks noChangeArrowheads="1"/>
                        </wps:cNvSpPr>
                        <wps:spPr bwMode="auto">
                          <a:xfrm>
                            <a:off x="2776899" y="274638"/>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DAE2"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0</w:t>
                              </w:r>
                            </w:p>
                          </w:txbxContent>
                        </wps:txbx>
                        <wps:bodyPr wrap="none" lIns="0" tIns="0" rIns="0" bIns="0">
                          <a:spAutoFit/>
                        </wps:bodyPr>
                      </wps:wsp>
                      <wps:wsp>
                        <wps:cNvPr id="8399" name="Line 73">
                          <a:extLst/>
                        </wps:cNvPr>
                        <wps:cNvCnPr/>
                        <wps:spPr bwMode="auto">
                          <a:xfrm flipV="1">
                            <a:off x="3345664" y="195263"/>
                            <a:ext cx="152400" cy="9048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0" name="Rectangle 8400">
                          <a:extLst/>
                        </wps:cNvPr>
                        <wps:cNvSpPr>
                          <a:spLocks noChangeArrowheads="1"/>
                        </wps:cNvSpPr>
                        <wps:spPr bwMode="auto">
                          <a:xfrm>
                            <a:off x="282663" y="1054594"/>
                            <a:ext cx="38727"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7936" w14:textId="77777777" w:rsidR="00B520E7" w:rsidRDefault="00B520E7" w:rsidP="00E97FC0">
                              <w:pPr>
                                <w:pStyle w:val="NormalWeb"/>
                                <w:spacing w:before="0" w:beforeAutospacing="0" w:after="0" w:afterAutospacing="0"/>
                                <w:textAlignment w:val="baseline"/>
                              </w:pPr>
                              <w:r>
                                <w:rPr>
                                  <w:rFonts w:cs="Arial"/>
                                  <w:color w:val="000000"/>
                                  <w:kern w:val="24"/>
                                  <w:lang w:val="hr-HR"/>
                                </w:rPr>
                                <w:t xml:space="preserve"> </w:t>
                              </w:r>
                            </w:p>
                          </w:txbxContent>
                        </wps:txbx>
                        <wps:bodyPr wrap="none" lIns="0" tIns="0" rIns="0" bIns="0">
                          <a:spAutoFit/>
                        </wps:bodyPr>
                      </wps:wsp>
                      <wps:wsp>
                        <wps:cNvPr id="8401" name="Line 12">
                          <a:extLst/>
                        </wps:cNvPr>
                        <wps:cNvCnPr/>
                        <wps:spPr bwMode="auto">
                          <a:xfrm>
                            <a:off x="747845" y="796609"/>
                            <a:ext cx="3175" cy="282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2" name="Line 14">
                          <a:extLst/>
                        </wps:cNvPr>
                        <wps:cNvCnPr/>
                        <wps:spPr bwMode="auto">
                          <a:xfrm>
                            <a:off x="781183" y="848997"/>
                            <a:ext cx="9525" cy="206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3" name="Line 16">
                          <a:extLst/>
                        </wps:cNvPr>
                        <wps:cNvCnPr/>
                        <wps:spPr bwMode="auto">
                          <a:xfrm>
                            <a:off x="749433" y="1079184"/>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4" name="Line 17">
                          <a:extLst/>
                        </wps:cNvPr>
                        <wps:cNvCnPr/>
                        <wps:spPr bwMode="auto">
                          <a:xfrm flipV="1">
                            <a:off x="982795" y="1079184"/>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5" name="Line 18">
                          <a:extLst/>
                        </wps:cNvPr>
                        <wps:cNvCnPr/>
                        <wps:spPr bwMode="auto">
                          <a:xfrm flipV="1">
                            <a:off x="982795" y="1055372"/>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6" name="Line 19">
                          <a:extLst/>
                        </wps:cNvPr>
                        <wps:cNvCnPr/>
                        <wps:spPr bwMode="auto">
                          <a:xfrm flipV="1">
                            <a:off x="1214570" y="809309"/>
                            <a:ext cx="1588" cy="2698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7" name="Line 20">
                          <a:extLst/>
                        </wps:cNvPr>
                        <wps:cNvCnPr/>
                        <wps:spPr bwMode="auto">
                          <a:xfrm flipH="1" flipV="1">
                            <a:off x="982795" y="675959"/>
                            <a:ext cx="23177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8" name="Line 21">
                          <a:extLst/>
                        </wps:cNvPr>
                        <wps:cNvCnPr/>
                        <wps:spPr bwMode="auto">
                          <a:xfrm flipH="1" flipV="1">
                            <a:off x="982795" y="721997"/>
                            <a:ext cx="192088"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9" name="Line 22">
                          <a:extLst/>
                        </wps:cNvPr>
                        <wps:cNvCnPr/>
                        <wps:spPr bwMode="auto">
                          <a:xfrm flipH="1">
                            <a:off x="749433" y="675959"/>
                            <a:ext cx="233363"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0" name="Rectangle 8410">
                          <a:extLst/>
                        </wps:cNvPr>
                        <wps:cNvSpPr>
                          <a:spLocks noChangeArrowheads="1"/>
                        </wps:cNvSpPr>
                        <wps:spPr bwMode="auto">
                          <a:xfrm>
                            <a:off x="1458814" y="371159"/>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7B50"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411" name="Rectangle 8411">
                          <a:extLst/>
                        </wps:cNvPr>
                        <wps:cNvSpPr>
                          <a:spLocks noChangeArrowheads="1"/>
                        </wps:cNvSpPr>
                        <wps:spPr bwMode="auto">
                          <a:xfrm>
                            <a:off x="1458814" y="521972"/>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C5E1"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8412" name="Line 25">
                          <a:extLst/>
                        </wps:cNvPr>
                        <wps:cNvCnPr/>
                        <wps:spPr bwMode="auto">
                          <a:xfrm flipV="1">
                            <a:off x="1214570" y="656909"/>
                            <a:ext cx="231775"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3" name="Rectangle 8413">
                          <a:extLst/>
                        </wps:cNvPr>
                        <wps:cNvSpPr>
                          <a:spLocks noChangeArrowheads="1"/>
                        </wps:cNvSpPr>
                        <wps:spPr bwMode="auto">
                          <a:xfrm>
                            <a:off x="1809596" y="699772"/>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8D2B"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8414" name="Line 27">
                          <a:extLst/>
                        </wps:cNvPr>
                        <wps:cNvCnPr/>
                        <wps:spPr bwMode="auto">
                          <a:xfrm>
                            <a:off x="1601920" y="647384"/>
                            <a:ext cx="18732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5" name="Line 28">
                          <a:extLst/>
                        </wps:cNvPr>
                        <wps:cNvCnPr/>
                        <wps:spPr bwMode="auto">
                          <a:xfrm>
                            <a:off x="1624145" y="604522"/>
                            <a:ext cx="185738" cy="968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6" name="Rectangle 8416">
                          <a:extLst/>
                        </wps:cNvPr>
                        <wps:cNvSpPr>
                          <a:spLocks noChangeArrowheads="1"/>
                        </wps:cNvSpPr>
                        <wps:spPr bwMode="auto">
                          <a:xfrm>
                            <a:off x="2184187" y="555309"/>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3763"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N</w:t>
                              </w:r>
                            </w:p>
                          </w:txbxContent>
                        </wps:txbx>
                        <wps:bodyPr wrap="none" lIns="0" tIns="0" rIns="0" bIns="0">
                          <a:spAutoFit/>
                        </wps:bodyPr>
                      </wps:wsp>
                      <wps:wsp>
                        <wps:cNvPr id="8417" name="Line 30">
                          <a:extLst/>
                        </wps:cNvPr>
                        <wps:cNvCnPr/>
                        <wps:spPr bwMode="auto">
                          <a:xfrm flipV="1">
                            <a:off x="1959108" y="674372"/>
                            <a:ext cx="204788" cy="79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8" name="Rectangle 8418">
                          <a:extLst/>
                        </wps:cNvPr>
                        <wps:cNvSpPr>
                          <a:spLocks noChangeArrowheads="1"/>
                        </wps:cNvSpPr>
                        <wps:spPr bwMode="auto">
                          <a:xfrm>
                            <a:off x="2538143" y="729934"/>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1D72"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C</w:t>
                              </w:r>
                            </w:p>
                          </w:txbxContent>
                        </wps:txbx>
                        <wps:bodyPr wrap="none" lIns="0" tIns="0" rIns="0" bIns="0">
                          <a:spAutoFit/>
                        </wps:bodyPr>
                      </wps:wsp>
                      <wps:wsp>
                        <wps:cNvPr id="8419" name="Line 32">
                          <a:extLst/>
                        </wps:cNvPr>
                        <wps:cNvCnPr/>
                        <wps:spPr bwMode="auto">
                          <a:xfrm>
                            <a:off x="2333758" y="685484"/>
                            <a:ext cx="19367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20" name="Rectangle 8420">
                          <a:extLst/>
                        </wps:cNvPr>
                        <wps:cNvSpPr>
                          <a:spLocks noChangeArrowheads="1"/>
                        </wps:cNvSpPr>
                        <wps:spPr bwMode="auto">
                          <a:xfrm>
                            <a:off x="2528619" y="1145859"/>
                            <a:ext cx="138402"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7E4D"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8421" name="Line 45">
                          <a:extLst/>
                        </wps:cNvPr>
                        <wps:cNvCnPr/>
                        <wps:spPr bwMode="auto">
                          <a:xfrm flipH="1">
                            <a:off x="2624270" y="912497"/>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22" name="Line 46">
                          <a:extLst/>
                        </wps:cNvPr>
                        <wps:cNvCnPr/>
                        <wps:spPr bwMode="auto">
                          <a:xfrm flipH="1">
                            <a:off x="2573470" y="912497"/>
                            <a:ext cx="3175" cy="238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23" name="Rectangle 8423">
                          <a:extLst/>
                        </wps:cNvPr>
                        <wps:cNvSpPr>
                          <a:spLocks noChangeArrowheads="1"/>
                        </wps:cNvSpPr>
                        <wps:spPr bwMode="auto">
                          <a:xfrm>
                            <a:off x="2190536" y="248922"/>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998D9"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424" name="Line 48">
                          <a:extLst/>
                        </wps:cNvPr>
                        <wps:cNvCnPr/>
                        <wps:spPr bwMode="auto">
                          <a:xfrm flipV="1">
                            <a:off x="2248033" y="447359"/>
                            <a:ext cx="3175" cy="115888"/>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8425" name="Rectangle 8425">
                          <a:extLst/>
                        </wps:cNvPr>
                        <wps:cNvSpPr>
                          <a:spLocks noChangeArrowheads="1"/>
                        </wps:cNvSpPr>
                        <wps:spPr bwMode="auto">
                          <a:xfrm>
                            <a:off x="1379451" y="1125222"/>
                            <a:ext cx="138402"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E9E1"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O</w:t>
                              </w:r>
                            </w:p>
                          </w:txbxContent>
                        </wps:txbx>
                        <wps:bodyPr wrap="none" lIns="0" tIns="0" rIns="0" bIns="0">
                          <a:spAutoFit/>
                        </wps:bodyPr>
                      </wps:wsp>
                      <wps:wsp>
                        <wps:cNvPr id="8426" name="Rectangle 8426">
                          <a:extLst/>
                        </wps:cNvPr>
                        <wps:cNvSpPr>
                          <a:spLocks noChangeArrowheads="1"/>
                        </wps:cNvSpPr>
                        <wps:spPr bwMode="auto">
                          <a:xfrm>
                            <a:off x="1519129" y="1125222"/>
                            <a:ext cx="128879" cy="20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8894"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wps:txbx>
                        <wps:bodyPr wrap="none" lIns="0" tIns="0" rIns="0" bIns="0">
                          <a:spAutoFit/>
                        </wps:bodyPr>
                      </wps:wsp>
                      <wps:wsp>
                        <wps:cNvPr id="8427" name="Line 51">
                          <a:extLst/>
                        </wps:cNvPr>
                        <wps:cNvCnPr/>
                        <wps:spPr bwMode="auto">
                          <a:xfrm>
                            <a:off x="1214570" y="1079184"/>
                            <a:ext cx="147638" cy="82550"/>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8428" name="Rectangle 8428">
                          <a:extLst/>
                        </wps:cNvPr>
                        <wps:cNvSpPr>
                          <a:spLocks noChangeArrowheads="1"/>
                        </wps:cNvSpPr>
                        <wps:spPr bwMode="auto">
                          <a:xfrm>
                            <a:off x="1125492" y="579122"/>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C68F"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29" name="Rectangle 8429">
                          <a:extLst/>
                        </wps:cNvPr>
                        <wps:cNvSpPr>
                          <a:spLocks noChangeArrowheads="1"/>
                        </wps:cNvSpPr>
                        <wps:spPr bwMode="auto">
                          <a:xfrm>
                            <a:off x="1209616" y="579122"/>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8AC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0" name="Rectangle 8430">
                          <a:extLst/>
                        </wps:cNvPr>
                        <wps:cNvSpPr>
                          <a:spLocks noChangeArrowheads="1"/>
                        </wps:cNvSpPr>
                        <wps:spPr bwMode="auto">
                          <a:xfrm>
                            <a:off x="1235012" y="93789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491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1" name="Rectangle 8431">
                          <a:extLst/>
                        </wps:cNvPr>
                        <wps:cNvSpPr>
                          <a:spLocks noChangeArrowheads="1"/>
                        </wps:cNvSpPr>
                        <wps:spPr bwMode="auto">
                          <a:xfrm>
                            <a:off x="1317549" y="93789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A5B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8432" name="Rectangle 8432">
                          <a:extLst/>
                        </wps:cNvPr>
                        <wps:cNvSpPr>
                          <a:spLocks noChangeArrowheads="1"/>
                        </wps:cNvSpPr>
                        <wps:spPr bwMode="auto">
                          <a:xfrm>
                            <a:off x="908039" y="124904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231F"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3" name="Rectangle 8433">
                          <a:extLst/>
                        </wps:cNvPr>
                        <wps:cNvSpPr>
                          <a:spLocks noChangeArrowheads="1"/>
                        </wps:cNvSpPr>
                        <wps:spPr bwMode="auto">
                          <a:xfrm>
                            <a:off x="990577" y="124904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66DF2"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8434" name="Rectangle 8434">
                          <a:extLst/>
                        </wps:cNvPr>
                        <wps:cNvSpPr>
                          <a:spLocks noChangeArrowheads="1"/>
                        </wps:cNvSpPr>
                        <wps:spPr bwMode="auto">
                          <a:xfrm>
                            <a:off x="550908" y="107897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732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5" name="Rectangle 8435">
                          <a:extLst/>
                        </wps:cNvPr>
                        <wps:cNvSpPr>
                          <a:spLocks noChangeArrowheads="1"/>
                        </wps:cNvSpPr>
                        <wps:spPr bwMode="auto">
                          <a:xfrm>
                            <a:off x="633445" y="1078977"/>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F51D"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8436" name="Rectangle 8436">
                          <a:extLst/>
                        </wps:cNvPr>
                        <wps:cNvSpPr>
                          <a:spLocks noChangeArrowheads="1"/>
                        </wps:cNvSpPr>
                        <wps:spPr bwMode="auto">
                          <a:xfrm>
                            <a:off x="630270" y="550441"/>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15C32"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7" name="Rectangle 8437">
                          <a:extLst/>
                        </wps:cNvPr>
                        <wps:cNvSpPr>
                          <a:spLocks noChangeArrowheads="1"/>
                        </wps:cNvSpPr>
                        <wps:spPr bwMode="auto">
                          <a:xfrm>
                            <a:off x="696935" y="550441"/>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AB76"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5</w:t>
                              </w:r>
                            </w:p>
                          </w:txbxContent>
                        </wps:txbx>
                        <wps:bodyPr wrap="none" lIns="0" tIns="0" rIns="0" bIns="0">
                          <a:spAutoFit/>
                        </wps:bodyPr>
                      </wps:wsp>
                      <wps:wsp>
                        <wps:cNvPr id="8438" name="Rectangle 8438">
                          <a:extLst/>
                        </wps:cNvPr>
                        <wps:cNvSpPr>
                          <a:spLocks noChangeArrowheads="1"/>
                        </wps:cNvSpPr>
                        <wps:spPr bwMode="auto">
                          <a:xfrm>
                            <a:off x="1477861" y="206020"/>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B659"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39" name="Rectangle 8439">
                          <a:extLst/>
                        </wps:cNvPr>
                        <wps:cNvSpPr>
                          <a:spLocks noChangeArrowheads="1"/>
                        </wps:cNvSpPr>
                        <wps:spPr bwMode="auto">
                          <a:xfrm>
                            <a:off x="1842928" y="866293"/>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A3AA"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2</w:t>
                              </w:r>
                            </w:p>
                          </w:txbxContent>
                        </wps:txbx>
                        <wps:bodyPr wrap="none" lIns="0" tIns="0" rIns="0" bIns="0">
                          <a:spAutoFit/>
                        </wps:bodyPr>
                      </wps:wsp>
                      <wps:wsp>
                        <wps:cNvPr id="8440" name="Rectangle 8440">
                          <a:extLst/>
                        </wps:cNvPr>
                        <wps:cNvSpPr>
                          <a:spLocks noChangeArrowheads="1"/>
                        </wps:cNvSpPr>
                        <wps:spPr bwMode="auto">
                          <a:xfrm>
                            <a:off x="2214344" y="721859"/>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6C2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3</w:t>
                              </w:r>
                            </w:p>
                          </w:txbxContent>
                        </wps:txbx>
                        <wps:bodyPr wrap="none" lIns="0" tIns="0" rIns="0" bIns="0">
                          <a:spAutoFit/>
                        </wps:bodyPr>
                      </wps:wsp>
                      <wps:wsp>
                        <wps:cNvPr id="8441" name="Rectangle 8441">
                          <a:extLst/>
                        </wps:cNvPr>
                        <wps:cNvSpPr>
                          <a:spLocks noChangeArrowheads="1"/>
                        </wps:cNvSpPr>
                        <wps:spPr bwMode="auto">
                          <a:xfrm>
                            <a:off x="2549254" y="563139"/>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889A3"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4</w:t>
                              </w:r>
                            </w:p>
                          </w:txbxContent>
                        </wps:txbx>
                        <wps:bodyPr wrap="none" lIns="0" tIns="0" rIns="0" bIns="0">
                          <a:spAutoFit/>
                        </wps:bodyPr>
                      </wps:wsp>
                      <wps:wsp>
                        <wps:cNvPr id="8442" name="Rectangle 8442">
                          <a:extLst/>
                        </wps:cNvPr>
                        <wps:cNvSpPr>
                          <a:spLocks noChangeArrowheads="1"/>
                        </wps:cNvSpPr>
                        <wps:spPr bwMode="auto">
                          <a:xfrm>
                            <a:off x="862008" y="486954"/>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3A8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wps:txbx>
                        <wps:bodyPr wrap="none" lIns="0" tIns="0" rIns="0" bIns="0">
                          <a:spAutoFit/>
                        </wps:bodyPr>
                      </wps:wsp>
                      <wps:wsp>
                        <wps:cNvPr id="8443" name="Rectangle 8443">
                          <a:extLst/>
                        </wps:cNvPr>
                        <wps:cNvSpPr>
                          <a:spLocks noChangeArrowheads="1"/>
                        </wps:cNvSpPr>
                        <wps:spPr bwMode="auto">
                          <a:xfrm>
                            <a:off x="946133" y="486954"/>
                            <a:ext cx="85073" cy="17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B134"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6</w:t>
                              </w:r>
                            </w:p>
                          </w:txbxContent>
                        </wps:txbx>
                        <wps:bodyPr wrap="none" lIns="0" tIns="0" rIns="0" bIns="0">
                          <a:spAutoFit/>
                        </wps:bodyPr>
                      </wps:wsp>
                      <wps:wsp>
                        <wps:cNvPr id="8444" name="TextBox 436">
                          <a:extLst/>
                        </wps:cNvPr>
                        <wps:cNvSpPr txBox="1">
                          <a:spLocks noChangeArrowheads="1"/>
                        </wps:cNvSpPr>
                        <wps:spPr bwMode="auto">
                          <a:xfrm>
                            <a:off x="0" y="494986"/>
                            <a:ext cx="641856" cy="340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BD09D"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wps:txbx>
                        <wps:bodyPr wrap="none">
                          <a:spAutoFit/>
                        </wps:bodyPr>
                      </wps:wsp>
                      <wps:wsp>
                        <wps:cNvPr id="8445" name="Line 25">
                          <a:extLst/>
                        </wps:cNvPr>
                        <wps:cNvCnPr/>
                        <wps:spPr bwMode="auto">
                          <a:xfrm>
                            <a:off x="550995" y="682308"/>
                            <a:ext cx="196850" cy="1260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59F75DA" id="Group 438" o:spid="_x0000_s1228" style="position:absolute;margin-left:72.45pt;margin-top:45.65pt;width:303.1pt;height:112.15pt;z-index:251658248" coordsize="38485,1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">
                <v:line id="Line 27" o:spid="_x0000_s1229" style="position:absolute;flip:y;visibility:visible;mso-wrap-style:square" from="26709,6413" to="29408,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" strokeweight=".48508mm"/>
                <v:line id="Line 28" o:spid="_x0000_s1230" style="position:absolute;flip:x y;visibility:visible;mso-wrap-style:square" from="28900,3762" to="29408,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" strokeweight=".48508mm"/>
                <v:line id="Line 29" o:spid="_x0000_s1231" style="position:absolute;flip:x y;visibility:visible;mso-wrap-style:square" from="29329,3905" to="29757,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" strokeweight=".48508mm"/>
                <v:line id="Line 30" o:spid="_x0000_s1232" style="position:absolute;flip:y;visibility:visible;mso-wrap-style:square" from="28900,1984" to="30916,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" strokeweight=".48508mm"/>
                <v:line id="Line 31" o:spid="_x0000_s1233" style="position:absolute;visibility:visible;mso-wrap-style:square" from="30916,1984" to="3345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" strokeweight=".48508mm"/>
                <v:line id="Line 32" o:spid="_x0000_s1234" style="position:absolute;visibility:visible;mso-wrap-style:square" from="31011,2444" to="33107,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" strokeweight=".48508mm"/>
                <v:line id="Line 33" o:spid="_x0000_s1235" style="position:absolute;visibility:visible;mso-wrap-style:square" from="33456,2857" to="33996,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" strokeweight=".48508mm"/>
                <v:line id="Line 34" o:spid="_x0000_s1236" style="position:absolute;flip:x;visibility:visible;mso-wrap-style:square" from="31964,5492" to="33996,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" strokeweight=".48508mm"/>
                <v:line id="Line 35" o:spid="_x0000_s1237" style="position:absolute;flip:x;visibility:visible;mso-wrap-style:square" from="31869,5349" to="3355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" strokeweight=".48508mm"/>
                <v:line id="Line 36" o:spid="_x0000_s1238" style="position:absolute;flip:x y;visibility:visible;mso-wrap-style:square" from="29408,6413" to="31964,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" strokeweight=".48508mm"/>
                <v:rect id="Rectangle 8389" o:spid="_x0000_s1239" style="position:absolute;left:35218;top:571;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" filled="f" stroked="f">
                  <v:textbox style="mso-fit-shape-to-text:t" inset="0,0,0,0">
                    <w:txbxContent>
                      <w:p w14:paraId="1AE1621C"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8"/>
                            <w:szCs w:val="28"/>
                            <w:lang w:val="en-US"/>
                          </w:rPr>
                          <w:t>N</w:t>
                        </w:r>
                      </w:p>
                    </w:txbxContent>
                  </v:textbox>
                </v:rect>
                <v:rect id="Rectangle 8390" o:spid="_x0000_s1240" style="position:absolute;left:36504;top:571;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" filled="f" stroked="f">
                  <v:textbox style="mso-fit-shape-to-text:t" inset="0,0,0,0">
                    <w:txbxContent>
                      <w:p w14:paraId="1470C89F"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8"/>
                            <w:szCs w:val="28"/>
                            <w:lang w:val="en-US"/>
                          </w:rPr>
                          <w:t>H</w:t>
                        </w:r>
                      </w:p>
                    </w:txbxContent>
                  </v:textbox>
                </v:rect>
                <v:rect id="Rectangle 8391" o:spid="_x0000_s1241" style="position:absolute;left:37774;top:1381;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" filled="f" stroked="f">
                  <v:textbox style="mso-fit-shape-to-text:t" inset="0,0,0,0">
                    <w:txbxContent>
                      <w:p w14:paraId="6C6BDF64"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kern w:val="24"/>
                            <w:sz w:val="20"/>
                            <w:szCs w:val="20"/>
                            <w:lang w:val="en-US"/>
                          </w:rPr>
                          <w:t>2</w:t>
                        </w:r>
                      </w:p>
                    </w:txbxContent>
                  </v:textbox>
                </v:rect>
                <v:rect id="Rectangle 8392" o:spid="_x0000_s1242" style="position:absolute;left:29054;top:6937;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" filled="f" stroked="f">
                  <v:textbox style="mso-fit-shape-to-text:t" inset="0,0,0,0">
                    <w:txbxContent>
                      <w:p w14:paraId="3C20AEB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5</w:t>
                        </w:r>
                      </w:p>
                    </w:txbxContent>
                  </v:textbox>
                </v:rect>
                <v:rect id="Rectangle 8393" o:spid="_x0000_s1243" style="position:absolute;left:32324;top:709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" filled="f" stroked="f">
                  <v:textbox style="mso-fit-shape-to-text:t" inset="0,0,0,0">
                    <w:txbxContent>
                      <w:p w14:paraId="452D6FE5"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6</w:t>
                        </w:r>
                      </w:p>
                    </w:txbxContent>
                  </v:textbox>
                </v:rect>
                <v:rect id="Rectangle 8394" o:spid="_x0000_s1244" style="position:absolute;left:34387;top:473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" filled="f" stroked="f">
                  <v:textbox style="mso-fit-shape-to-text:t" inset="0,0,0,0">
                    <w:txbxContent>
                      <w:p w14:paraId="25A827CF"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7</w:t>
                        </w:r>
                      </w:p>
                    </w:txbxContent>
                  </v:textbox>
                </v:rect>
                <v:rect id="Rectangle 8395" o:spid="_x0000_s1245" style="position:absolute;left:32864;top:762;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" filled="f" stroked="f">
                  <v:textbox style="mso-fit-shape-to-text:t" inset="0,0,0,0">
                    <w:txbxContent>
                      <w:p w14:paraId="47B123E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8</w:t>
                        </w:r>
                      </w:p>
                    </w:txbxContent>
                  </v:textbox>
                </v:rect>
                <v:rect id="Rectangle 8396" o:spid="_x0000_s1246" style="position:absolute;left:30038;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" filled="f" stroked="f">
                  <v:textbox style="mso-fit-shape-to-text:t" inset="0,0,0,0">
                    <w:txbxContent>
                      <w:p w14:paraId="5F69718E"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9</w:t>
                        </w:r>
                      </w:p>
                    </w:txbxContent>
                  </v:textbox>
                </v:rect>
                <v:rect id="Rectangle 8397" o:spid="_x0000_s1247" style="position:absolute;left:26927;top:274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I4wwAAAN0AAAAPAAAAZHJzL2Rvd25yZXYueG1sRI/dagIx&#10;FITvC75DOAXvarYK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ER+iOMMAAADdAAAADwAA&#10;AAAAAAAAAAAAAAAHAgAAZHJzL2Rvd25yZXYueG1sUEsFBgAAAAADAAMAtwAAAPcCAAAAAA==&#10;" filled="f" stroked="f">
                  <v:textbox style="mso-fit-shape-to-text:t" inset="0,0,0,0">
                    <w:txbxContent>
                      <w:p w14:paraId="197A5372"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1</w:t>
                        </w:r>
                      </w:p>
                    </w:txbxContent>
                  </v:textbox>
                </v:rect>
                <v:rect id="Rectangle 8398" o:spid="_x0000_s1248" style="position:absolute;left:27768;top:2746;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" filled="f" stroked="f">
                  <v:textbox style="mso-fit-shape-to-text:t" inset="0,0,0,0">
                    <w:txbxContent>
                      <w:p w14:paraId="1D05DAE2"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FF"/>
                            <w:kern w:val="24"/>
                            <w:lang w:val="en-US"/>
                          </w:rPr>
                          <w:t>0</w:t>
                        </w:r>
                      </w:p>
                    </w:txbxContent>
                  </v:textbox>
                </v:rect>
                <v:line id="Line 73" o:spid="_x0000_s1249" style="position:absolute;flip:y;visibility:visible;mso-wrap-style:square" from="33456,1952" to="349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" strokeweight="1.25pt"/>
                <v:rect id="Rectangle 8400" o:spid="_x0000_s1250" style="position:absolute;left:2826;top:10545;width:3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" filled="f" stroked="f">
                  <v:textbox style="mso-fit-shape-to-text:t" inset="0,0,0,0">
                    <w:txbxContent>
                      <w:p w14:paraId="28A77936" w14:textId="77777777" w:rsidR="00B520E7" w:rsidRDefault="00B520E7" w:rsidP="00E97FC0">
                        <w:pPr>
                          <w:pStyle w:val="NormalWeb"/>
                          <w:spacing w:before="0" w:beforeAutospacing="0" w:after="0" w:afterAutospacing="0"/>
                          <w:textAlignment w:val="baseline"/>
                        </w:pPr>
                        <w:r>
                          <w:rPr>
                            <w:rFonts w:cs="Arial"/>
                            <w:color w:val="000000"/>
                            <w:kern w:val="24"/>
                            <w:lang w:val="hr-HR"/>
                          </w:rPr>
                          <w:t xml:space="preserve"> </w:t>
                        </w:r>
                      </w:p>
                    </w:txbxContent>
                  </v:textbox>
                </v:rect>
                <v:line id="Line 12" o:spid="_x0000_s1251" style="position:absolute;visibility:visible;mso-wrap-style:square" from="7478,7966" to="751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" strokeweight="1.25pt"/>
                <v:line id="Line 14" o:spid="_x0000_s1252" style="position:absolute;visibility:visible;mso-wrap-style:square" from="7811,8489" to="7907,1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" strokeweight="1.25pt"/>
                <v:line id="Line 16" o:spid="_x0000_s1253" style="position:absolute;visibility:visible;mso-wrap-style:square" from="7494,10791" to="9827,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" strokeweight="1.25pt"/>
                <v:line id="Line 17" o:spid="_x0000_s1254" style="position:absolute;flip:y;visibility:visible;mso-wrap-style:square" from="9827,10791" to="12145,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" strokeweight="1.25pt"/>
                <v:line id="Line 18" o:spid="_x0000_s1255" style="position:absolute;flip:y;visibility:visible;mso-wrap-style:square" from="9827,10553" to="11748,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" strokeweight="1.25pt"/>
                <v:line id="Line 19" o:spid="_x0000_s1256" style="position:absolute;flip:y;visibility:visible;mso-wrap-style:square" from="12145,8093" to="12161,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" strokeweight="1.25pt"/>
                <v:line id="Line 20" o:spid="_x0000_s1257" style="position:absolute;flip:x y;visibility:visible;mso-wrap-style:square" from="9827,6759" to="12145,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" strokeweight="1.25pt"/>
                <v:line id="Line 21" o:spid="_x0000_s1258" style="position:absolute;flip:x y;visibility:visible;mso-wrap-style:square" from="9827,7219" to="11748,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" strokeweight="1.25pt"/>
                <v:line id="Line 22" o:spid="_x0000_s1259" style="position:absolute;flip:x;visibility:visible;mso-wrap-style:square" from="7494,6759" to="9827,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" strokeweight="1.25pt"/>
                <v:rect id="Rectangle 8410" o:spid="_x0000_s1260" style="position:absolute;left:14588;top:3711;width:128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" filled="f" stroked="f">
                  <v:textbox style="mso-fit-shape-to-text:t" inset="0,0,0,0">
                    <w:txbxContent>
                      <w:p w14:paraId="62A97B50"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rect id="Rectangle 8411" o:spid="_x0000_s1261" style="position:absolute;left:14588;top:5219;width:128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" filled="f" stroked="f">
                  <v:textbox style="mso-fit-shape-to-text:t" inset="0,0,0,0">
                    <w:txbxContent>
                      <w:p w14:paraId="03F2C5E1"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25" o:spid="_x0000_s1262" style="position:absolute;flip:y;visibility:visible;mso-wrap-style:square" from="12145,6569" to="14463,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" strokeweight="1.25pt"/>
                <v:rect id="Rectangle 8413" o:spid="_x0000_s1263" style="position:absolute;left:18095;top:6997;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" filled="f" stroked="f">
                  <v:textbox style="mso-fit-shape-to-text:t" inset="0,0,0,0">
                    <w:txbxContent>
                      <w:p w14:paraId="30238D2B"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27" o:spid="_x0000_s1264" style="position:absolute;visibility:visible;mso-wrap-style:square" from="16019,6473" to="1789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" strokeweight="1.25pt"/>
                <v:line id="Line 28" o:spid="_x0000_s1265" style="position:absolute;visibility:visible;mso-wrap-style:square" from="16241,6045" to="18098,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" strokeweight="1.25pt"/>
                <v:rect id="Rectangle 8416" o:spid="_x0000_s1266" style="position:absolute;left:21841;top:5553;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" filled="f" stroked="f">
                  <v:textbox style="mso-fit-shape-to-text:t" inset="0,0,0,0">
                    <w:txbxContent>
                      <w:p w14:paraId="0C063763"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N</w:t>
                        </w:r>
                      </w:p>
                    </w:txbxContent>
                  </v:textbox>
                </v:rect>
                <v:line id="Line 30" o:spid="_x0000_s1267" style="position:absolute;flip:y;visibility:visible;mso-wrap-style:square" from="19591,6743" to="21638,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" strokeweight="1.25pt"/>
                <v:rect id="Rectangle 8418" o:spid="_x0000_s1268" style="position:absolute;left:25381;top:7299;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" filled="f" stroked="f">
                  <v:textbox style="mso-fit-shape-to-text:t" inset="0,0,0,0">
                    <w:txbxContent>
                      <w:p w14:paraId="1CF61D72"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C</w:t>
                        </w:r>
                      </w:p>
                    </w:txbxContent>
                  </v:textbox>
                </v:rect>
                <v:line id="Line 32" o:spid="_x0000_s1269" style="position:absolute;visibility:visible;mso-wrap-style:square" from="23337,6854" to="25274,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" strokeweight="1.25pt"/>
                <v:rect id="Rectangle 8420" o:spid="_x0000_s1270" style="position:absolute;left:25286;top:11458;width:138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" filled="f" stroked="f">
                  <v:textbox style="mso-fit-shape-to-text:t" inset="0,0,0,0">
                    <w:txbxContent>
                      <w:p w14:paraId="78167E4D"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line id="Line 45" o:spid="_x0000_s1271" style="position:absolute;flip:x;visibility:visible;mso-wrap-style:square" from="26242,9124" to="26274,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" strokeweight="1.25pt"/>
                <v:line id="Line 46" o:spid="_x0000_s1272" style="position:absolute;flip:x;visibility:visible;mso-wrap-style:square" from="25734,9124" to="25766,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" strokeweight="1.25pt"/>
                <v:rect id="Rectangle 8423" o:spid="_x0000_s1273" style="position:absolute;left:21905;top:2489;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" filled="f" stroked="f">
                  <v:textbox style="mso-fit-shape-to-text:t" inset="0,0,0,0">
                    <w:txbxContent>
                      <w:p w14:paraId="7EC998D9"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48" o:spid="_x0000_s1274" style="position:absolute;flip:y;visibility:visible;mso-wrap-style:square" from="22480,4473" to="22512,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" strokeweight=".39689mm"/>
                <v:rect id="Rectangle 8425" o:spid="_x0000_s1275" style="position:absolute;left:13794;top:11252;width:138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" filled="f" stroked="f">
                  <v:textbox style="mso-fit-shape-to-text:t" inset="0,0,0,0">
                    <w:txbxContent>
                      <w:p w14:paraId="06B8E9E1"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O</w:t>
                        </w:r>
                      </w:p>
                    </w:txbxContent>
                  </v:textbox>
                </v:rect>
                <v:rect id="Rectangle 8426" o:spid="_x0000_s1276" style="position:absolute;left:15191;top:11252;width:128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" filled="f" stroked="f">
                  <v:textbox style="mso-fit-shape-to-text:t" inset="0,0,0,0">
                    <w:txbxContent>
                      <w:p w14:paraId="00418894" w14:textId="77777777" w:rsidR="00B520E7" w:rsidRDefault="00B520E7" w:rsidP="00E97FC0">
                        <w:pPr>
                          <w:pStyle w:val="NormalWeb"/>
                          <w:spacing w:before="0" w:beforeAutospacing="0" w:after="0" w:afterAutospacing="0"/>
                          <w:textAlignment w:val="baseline"/>
                        </w:pPr>
                        <w:r>
                          <w:rPr>
                            <w:rFonts w:ascii="Arial" w:hAnsi="Arial" w:cs="Arial"/>
                            <w:color w:val="000000"/>
                            <w:kern w:val="24"/>
                            <w:sz w:val="28"/>
                            <w:szCs w:val="28"/>
                            <w:lang w:val="hr-HR"/>
                          </w:rPr>
                          <w:t>H</w:t>
                        </w:r>
                      </w:p>
                    </w:txbxContent>
                  </v:textbox>
                </v:rect>
                <v:line id="Line 51" o:spid="_x0000_s1277" style="position:absolute;visibility:visible;mso-wrap-style:square" from="12145,10791" to="13622,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" strokeweight=".39689mm"/>
                <v:rect id="Rectangle 8428" o:spid="_x0000_s1278" style="position:absolute;left:11254;top:579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" filled="f" stroked="f">
                  <v:textbox style="mso-fit-shape-to-text:t" inset="0,0,0,0">
                    <w:txbxContent>
                      <w:p w14:paraId="3353C68F"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29" o:spid="_x0000_s1279" style="position:absolute;left:12096;top:5791;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" filled="f" stroked="f">
                  <v:textbox style="mso-fit-shape-to-text:t" inset="0,0,0,0">
                    <w:txbxContent>
                      <w:p w14:paraId="68B68AC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0" o:spid="_x0000_s1280" style="position:absolute;left:12350;top:9378;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" filled="f" stroked="f">
                  <v:textbox style="mso-fit-shape-to-text:t" inset="0,0,0,0">
                    <w:txbxContent>
                      <w:p w14:paraId="18A0491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1" o:spid="_x0000_s1281" style="position:absolute;left:13175;top:9378;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" filled="f" stroked="f">
                  <v:textbox style="mso-fit-shape-to-text:t" inset="0,0,0,0">
                    <w:txbxContent>
                      <w:p w14:paraId="5394A5B0"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8432" o:spid="_x0000_s1282" style="position:absolute;left:9080;top:1249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" filled="f" stroked="f">
                  <v:textbox style="mso-fit-shape-to-text:t" inset="0,0,0,0">
                    <w:txbxContent>
                      <w:p w14:paraId="43A6231F"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3" o:spid="_x0000_s1283" style="position:absolute;left:9905;top:1249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" filled="f" stroked="f">
                  <v:textbox style="mso-fit-shape-to-text:t" inset="0,0,0,0">
                    <w:txbxContent>
                      <w:p w14:paraId="69666DF2"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8434" o:spid="_x0000_s1284" style="position:absolute;left:5509;top:10789;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" filled="f" stroked="f">
                  <v:textbox style="mso-fit-shape-to-text:t" inset="0,0,0,0">
                    <w:txbxContent>
                      <w:p w14:paraId="7CBA732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5" o:spid="_x0000_s1285" style="position:absolute;left:6334;top:10789;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" filled="f" stroked="f">
                  <v:textbox style="mso-fit-shape-to-text:t" inset="0,0,0,0">
                    <w:txbxContent>
                      <w:p w14:paraId="3D88F51D"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8436" o:spid="_x0000_s1286" style="position:absolute;left:6302;top:5504;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" filled="f" stroked="f">
                  <v:textbox style="mso-fit-shape-to-text:t" inset="0,0,0,0">
                    <w:txbxContent>
                      <w:p w14:paraId="36215C32"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7" o:spid="_x0000_s1287" style="position:absolute;left:6969;top:5504;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" filled="f" stroked="f">
                  <v:textbox style="mso-fit-shape-to-text:t" inset="0,0,0,0">
                    <w:txbxContent>
                      <w:p w14:paraId="38E3AB76"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5</w:t>
                        </w:r>
                      </w:p>
                    </w:txbxContent>
                  </v:textbox>
                </v:rect>
                <v:rect id="Rectangle 8438" o:spid="_x0000_s1288" style="position:absolute;left:14778;top:2060;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" filled="f" stroked="f">
                  <v:textbox style="mso-fit-shape-to-text:t" inset="0,0,0,0">
                    <w:txbxContent>
                      <w:p w14:paraId="52F6B659"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39" o:spid="_x0000_s1289" style="position:absolute;left:18429;top:866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" filled="f" stroked="f">
                  <v:textbox style="mso-fit-shape-to-text:t" inset="0,0,0,0">
                    <w:txbxContent>
                      <w:p w14:paraId="6870A3AA"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2</w:t>
                        </w:r>
                      </w:p>
                    </w:txbxContent>
                  </v:textbox>
                </v:rect>
                <v:rect id="Rectangle 8440" o:spid="_x0000_s1290" style="position:absolute;left:22143;top:7218;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" filled="f" stroked="f">
                  <v:textbox style="mso-fit-shape-to-text:t" inset="0,0,0,0">
                    <w:txbxContent>
                      <w:p w14:paraId="6FFD6C2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3</w:t>
                        </w:r>
                      </w:p>
                    </w:txbxContent>
                  </v:textbox>
                </v:rect>
                <v:rect id="Rectangle 8441" o:spid="_x0000_s1291" style="position:absolute;left:25492;top:5631;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" filled="f" stroked="f">
                  <v:textbox style="mso-fit-shape-to-text:t" inset="0,0,0,0">
                    <w:txbxContent>
                      <w:p w14:paraId="717889A3"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4</w:t>
                        </w:r>
                      </w:p>
                    </w:txbxContent>
                  </v:textbox>
                </v:rect>
                <v:rect id="Rectangle 8442" o:spid="_x0000_s1292" style="position:absolute;left:8620;top:4869;width:85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" filled="f" stroked="f">
                  <v:textbox style="mso-fit-shape-to-text:t" inset="0,0,0,0">
                    <w:txbxContent>
                      <w:p w14:paraId="4FC63A8C"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1</w:t>
                        </w:r>
                      </w:p>
                    </w:txbxContent>
                  </v:textbox>
                </v:rect>
                <v:rect id="Rectangle 8443" o:spid="_x0000_s1293" style="position:absolute;left:9461;top:4869;width:85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" filled="f" stroked="f">
                  <v:textbox style="mso-fit-shape-to-text:t" inset="0,0,0,0">
                    <w:txbxContent>
                      <w:p w14:paraId="4047B134" w14:textId="77777777" w:rsidR="00B520E7" w:rsidRDefault="00B520E7" w:rsidP="00E97FC0">
                        <w:pPr>
                          <w:pStyle w:val="NormalWeb"/>
                          <w:spacing w:before="0" w:beforeAutospacing="0" w:after="0" w:afterAutospacing="0"/>
                          <w:textAlignment w:val="baseline"/>
                        </w:pPr>
                        <w:r>
                          <w:rPr>
                            <w:rFonts w:ascii="Arial" w:hAnsi="Arial" w:cs="Arial"/>
                            <w:color w:val="0000FF"/>
                            <w:kern w:val="24"/>
                            <w:lang w:val="hr-HR"/>
                          </w:rPr>
                          <w:t>6</w:t>
                        </w:r>
                      </w:p>
                    </w:txbxContent>
                  </v:textbox>
                </v:rect>
                <v:shape id="TextBox 436" o:spid="_x0000_s1294" type="#_x0000_t202" style="position:absolute;top:4949;width:6418;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" filled="f" stroked="f">
                  <v:textbox style="mso-fit-shape-to-text:t">
                    <w:txbxContent>
                      <w:p w14:paraId="77EBD09D" w14:textId="77777777" w:rsidR="00B520E7" w:rsidRDefault="00B520E7" w:rsidP="00E97FC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lang w:val="hr-HR"/>
                          </w:rPr>
                          <w:t>CH</w:t>
                        </w:r>
                        <w:r>
                          <w:rPr>
                            <w:rFonts w:ascii="Arial" w:hAnsi="Arial" w:cs="Arial"/>
                            <w:color w:val="000000" w:themeColor="text1"/>
                            <w:kern w:val="24"/>
                            <w:position w:val="-7"/>
                            <w:sz w:val="28"/>
                            <w:szCs w:val="28"/>
                            <w:vertAlign w:val="subscript"/>
                            <w:lang w:val="hr-HR"/>
                          </w:rPr>
                          <w:t>3</w:t>
                        </w:r>
                        <w:r>
                          <w:rPr>
                            <w:rFonts w:ascii="Arial" w:hAnsi="Arial" w:cs="Arial"/>
                            <w:color w:val="000000" w:themeColor="text1"/>
                            <w:kern w:val="24"/>
                            <w:sz w:val="28"/>
                            <w:szCs w:val="28"/>
                            <w:lang w:val="hr-HR"/>
                          </w:rPr>
                          <w:t>O</w:t>
                        </w:r>
                      </w:p>
                    </w:txbxContent>
                  </v:textbox>
                </v:shape>
                <v:line id="Line 25" o:spid="_x0000_s1295" style="position:absolute;visibility:visible;mso-wrap-style:square" from="5509,6823" to="7478,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" strokeweight="1.25pt"/>
              </v:group>
            </w:pict>
          </mc:Fallback>
        </mc:AlternateContent>
      </w:r>
      <w:r w:rsidRPr="00C85550">
        <w:rPr>
          <w:noProof/>
        </w:rPr>
        <mc:AlternateContent>
          <mc:Choice Requires="wps">
            <w:drawing>
              <wp:anchor distT="91440" distB="91440" distL="114300" distR="114300" simplePos="0" relativeHeight="251658247" behindDoc="0" locked="0" layoutInCell="1" allowOverlap="1" wp14:anchorId="55C2E34C" wp14:editId="4394BA26">
                <wp:simplePos x="0" y="0"/>
                <wp:positionH relativeFrom="margin">
                  <wp:align>center</wp:align>
                </wp:positionH>
                <wp:positionV relativeFrom="paragraph">
                  <wp:posOffset>299298</wp:posOffset>
                </wp:positionV>
                <wp:extent cx="4117340" cy="2006600"/>
                <wp:effectExtent l="0" t="0" r="0" b="0"/>
                <wp:wrapTopAndBottom/>
                <wp:docPr id="8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006600"/>
                        </a:xfrm>
                        <a:prstGeom prst="rect">
                          <a:avLst/>
                        </a:prstGeom>
                        <a:noFill/>
                        <a:ln w="9525">
                          <a:noFill/>
                          <a:miter lim="800000"/>
                          <a:headEnd/>
                          <a:tailEnd/>
                        </a:ln>
                      </wps:spPr>
                      <wps:txbx>
                        <w:txbxContent>
                          <w:p w14:paraId="1602E77A" w14:textId="77777777" w:rsidR="00B520E7" w:rsidRDefault="00B520E7" w:rsidP="00E97FC0">
                            <w:pPr>
                              <w:pBdr>
                                <w:top w:val="single" w:sz="24" w:space="8" w:color="4472C4" w:themeColor="accent1"/>
                                <w:bottom w:val="single" w:sz="24" w:space="8" w:color="4472C4" w:themeColor="accent1"/>
                              </w:pBdr>
                              <w:jc w:val="center"/>
                              <w:rPr>
                                <w:i/>
                                <w:iCs/>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2E34C" id="_x0000_s1296" type="#_x0000_t202" style="position:absolute;margin-left:0;margin-top:23.55pt;width:324.2pt;height:158pt;z-index:251658247;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" filled="f" stroked="f">
                <v:textbox>
                  <w:txbxContent>
                    <w:p w14:paraId="1602E77A" w14:textId="77777777" w:rsidR="00B520E7" w:rsidRDefault="00B520E7" w:rsidP="00E97FC0">
                      <w:pPr>
                        <w:pBdr>
                          <w:top w:val="single" w:sz="24" w:space="8" w:color="4472C4" w:themeColor="accent1"/>
                          <w:bottom w:val="single" w:sz="24" w:space="8" w:color="4472C4" w:themeColor="accent1"/>
                        </w:pBdr>
                        <w:jc w:val="center"/>
                        <w:rPr>
                          <w:i/>
                          <w:iCs/>
                          <w:color w:val="4472C4" w:themeColor="accent1"/>
                        </w:rPr>
                      </w:pPr>
                    </w:p>
                  </w:txbxContent>
                </v:textbox>
                <w10:wrap type="topAndBottom" anchorx="margin"/>
              </v:shape>
            </w:pict>
          </mc:Fallback>
        </mc:AlternateContent>
      </w:r>
    </w:p>
    <w:p w14:paraId="64164C44" w14:textId="27503950" w:rsidR="00432512" w:rsidRPr="00C85550" w:rsidRDefault="00432512" w:rsidP="00E97FC0">
      <w:pPr>
        <w:pStyle w:val="EndnoteText"/>
        <w:spacing w:line="360" w:lineRule="auto"/>
        <w:jc w:val="center"/>
        <w:rPr>
          <w:lang w:val="en-US"/>
        </w:rPr>
      </w:pPr>
      <w:r w:rsidRPr="00C85550">
        <w:rPr>
          <w:b/>
          <w:sz w:val="22"/>
          <w:szCs w:val="22"/>
          <w:lang w:val="en-US"/>
        </w:rPr>
        <w:t>Scheme S</w:t>
      </w:r>
      <w:r w:rsidR="00C85550">
        <w:rPr>
          <w:b/>
          <w:sz w:val="22"/>
          <w:szCs w:val="22"/>
          <w:lang w:val="en-US"/>
        </w:rPr>
        <w:t>5</w:t>
      </w:r>
      <w:r w:rsidRPr="00C85550">
        <w:rPr>
          <w:b/>
          <w:sz w:val="22"/>
          <w:szCs w:val="22"/>
          <w:lang w:val="en-US"/>
        </w:rPr>
        <w:t>.</w:t>
      </w:r>
      <w:r w:rsidRPr="00C85550">
        <w:rPr>
          <w:sz w:val="22"/>
          <w:szCs w:val="22"/>
          <w:lang w:val="en-US"/>
        </w:rPr>
        <w:t xml:space="preserve"> </w:t>
      </w:r>
      <w:r w:rsidR="00644FB6" w:rsidRPr="00C85550">
        <w:rPr>
          <w:sz w:val="22"/>
          <w:szCs w:val="22"/>
          <w:lang w:val="en-US"/>
        </w:rPr>
        <w:t xml:space="preserve">The structural formula of </w:t>
      </w:r>
      <w:r w:rsidR="00644FB6" w:rsidRPr="00C85550">
        <w:rPr>
          <w:b/>
          <w:bCs/>
          <w:sz w:val="22"/>
          <w:szCs w:val="22"/>
        </w:rPr>
        <w:t>H</w:t>
      </w:r>
      <w:r w:rsidR="00644FB6" w:rsidRPr="00C85550">
        <w:rPr>
          <w:b/>
          <w:bCs/>
          <w:sz w:val="22"/>
          <w:szCs w:val="22"/>
          <w:vertAlign w:val="subscript"/>
        </w:rPr>
        <w:t>2</w:t>
      </w:r>
      <w:r w:rsidR="00644FB6" w:rsidRPr="00C85550">
        <w:rPr>
          <w:b/>
          <w:bCs/>
          <w:sz w:val="22"/>
          <w:szCs w:val="22"/>
        </w:rPr>
        <w:t>L</w:t>
      </w:r>
      <w:r w:rsidR="00644FB6" w:rsidRPr="00C85550">
        <w:rPr>
          <w:b/>
          <w:bCs/>
          <w:sz w:val="22"/>
          <w:szCs w:val="22"/>
          <w:vertAlign w:val="superscript"/>
        </w:rPr>
        <w:t xml:space="preserve">4 </w:t>
      </w:r>
      <w:r w:rsidR="00644FB6" w:rsidRPr="00C85550">
        <w:rPr>
          <w:sz w:val="22"/>
          <w:szCs w:val="22"/>
          <w:lang w:val="en-US"/>
        </w:rPr>
        <w:t>with the NMR numbering scheme</w:t>
      </w:r>
    </w:p>
    <w:p w14:paraId="4678AAE3" w14:textId="77777777" w:rsidR="00432512" w:rsidRPr="00C85550" w:rsidRDefault="00432512" w:rsidP="00432512">
      <w:pPr>
        <w:pStyle w:val="EndnoteText"/>
        <w:spacing w:line="360" w:lineRule="auto"/>
        <w:rPr>
          <w:lang w:val="en-US"/>
        </w:rPr>
      </w:pPr>
    </w:p>
    <w:p w14:paraId="00DDA32D" w14:textId="529FA007" w:rsidR="0050580D" w:rsidRPr="00C85550" w:rsidRDefault="00432512" w:rsidP="00432512">
      <w:pPr>
        <w:rPr>
          <w:rFonts w:ascii="Times New Roman" w:hAnsi="Times New Roman"/>
          <w:lang w:val="en-US"/>
        </w:rPr>
      </w:pPr>
      <w:r w:rsidRPr="00C85550">
        <w:rPr>
          <w:rFonts w:ascii="Times New Roman" w:hAnsi="Times New Roman"/>
          <w:lang w:val="en-US"/>
        </w:rPr>
        <w:br w:type="page"/>
      </w:r>
    </w:p>
    <w:p w14:paraId="7B7793C8" w14:textId="0CAB9AD8" w:rsidR="007B1A07" w:rsidRPr="00C85550" w:rsidRDefault="007B1A07" w:rsidP="00432512">
      <w:pPr>
        <w:rPr>
          <w:rFonts w:ascii="Times New Roman" w:hAnsi="Times New Roman"/>
        </w:rPr>
      </w:pPr>
      <w:r w:rsidRPr="00C85550">
        <w:rPr>
          <w:rFonts w:ascii="Times New Roman" w:hAnsi="Times New Roman"/>
          <w:noProof/>
        </w:rPr>
        <w:lastRenderedPageBreak/>
        <w:drawing>
          <wp:inline distT="0" distB="0" distL="0" distR="0" wp14:anchorId="7E739918" wp14:editId="23880712">
            <wp:extent cx="8216580" cy="5017668"/>
            <wp:effectExtent l="0" t="635"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68" t="8344"/>
                    <a:stretch/>
                  </pic:blipFill>
                  <pic:spPr bwMode="auto">
                    <a:xfrm rot="16200000">
                      <a:off x="0" y="0"/>
                      <a:ext cx="8249747" cy="5037922"/>
                    </a:xfrm>
                    <a:prstGeom prst="rect">
                      <a:avLst/>
                    </a:prstGeom>
                    <a:noFill/>
                    <a:ln>
                      <a:noFill/>
                    </a:ln>
                    <a:extLst>
                      <a:ext uri="{53640926-AAD7-44D8-BBD7-CCE9431645EC}">
                        <a14:shadowObscured xmlns:a14="http://schemas.microsoft.com/office/drawing/2010/main"/>
                      </a:ext>
                    </a:extLst>
                  </pic:spPr>
                </pic:pic>
              </a:graphicData>
            </a:graphic>
          </wp:inline>
        </w:drawing>
      </w:r>
    </w:p>
    <w:p w14:paraId="2E5FFB7B" w14:textId="588ED492" w:rsidR="007B1A07" w:rsidRPr="00C85550" w:rsidRDefault="007B1A07" w:rsidP="00432512">
      <w:pPr>
        <w:rPr>
          <w:rFonts w:ascii="Times New Roman" w:hAnsi="Times New Roman"/>
        </w:rPr>
      </w:pPr>
    </w:p>
    <w:p w14:paraId="7F2202F5" w14:textId="3D9B81AD" w:rsidR="00FE3300" w:rsidRPr="00C85550" w:rsidRDefault="00FE3300" w:rsidP="00FE3300">
      <w:pPr>
        <w:pStyle w:val="08ArticleText"/>
        <w:spacing w:line="240" w:lineRule="auto"/>
        <w:jc w:val="center"/>
        <w:rPr>
          <w:b/>
        </w:rPr>
      </w:pPr>
      <w:r w:rsidRPr="00C85550">
        <w:rPr>
          <w:b/>
        </w:rPr>
        <w:t>Figure S</w:t>
      </w:r>
      <w:r w:rsidR="00C85550">
        <w:rPr>
          <w:b/>
        </w:rPr>
        <w:t>5</w:t>
      </w:r>
      <w:r w:rsidRPr="00C85550">
        <w:rPr>
          <w:b/>
        </w:rPr>
        <w:t xml:space="preserve">. </w:t>
      </w:r>
      <w:r w:rsidRPr="00C85550">
        <w:t xml:space="preserve">A portion of the </w:t>
      </w:r>
      <w:r w:rsidRPr="00C85550">
        <w:rPr>
          <w:vertAlign w:val="superscript"/>
        </w:rPr>
        <w:t>1</w:t>
      </w:r>
      <w:r w:rsidRPr="00C85550">
        <w:t>H NMR spectra</w:t>
      </w:r>
      <w:r w:rsidRPr="00C85550">
        <w:rPr>
          <w:b/>
        </w:rPr>
        <w:t xml:space="preserve"> </w:t>
      </w:r>
      <w:r w:rsidRPr="00C85550">
        <w:t>in dmso-</w:t>
      </w:r>
      <w:r w:rsidRPr="00C85550">
        <w:rPr>
          <w:i/>
        </w:rPr>
        <w:t>d</w:t>
      </w:r>
      <w:r w:rsidRPr="00C85550">
        <w:rPr>
          <w:vertAlign w:val="subscript"/>
        </w:rPr>
        <w:t>6</w:t>
      </w:r>
      <w:r w:rsidRPr="00C85550">
        <w:t xml:space="preserve"> of: [MoO</w:t>
      </w:r>
      <w:r w:rsidRPr="00C85550">
        <w:rPr>
          <w:vertAlign w:val="subscript"/>
        </w:rPr>
        <w:t>2</w:t>
      </w:r>
      <w:r w:rsidRPr="00C85550">
        <w:t>(L</w:t>
      </w:r>
      <w:r w:rsidRPr="00C85550">
        <w:rPr>
          <w:vertAlign w:val="superscript"/>
        </w:rPr>
        <w:t>1</w:t>
      </w:r>
      <w:r w:rsidRPr="00C85550">
        <w:t>)]</w:t>
      </w:r>
      <w:r w:rsidRPr="00C85550">
        <w:rPr>
          <w:vertAlign w:val="subscript"/>
        </w:rPr>
        <w:t xml:space="preserve">n </w:t>
      </w:r>
      <w:r w:rsidRPr="00C85550">
        <w:t>(</w:t>
      </w:r>
      <w:r w:rsidRPr="00C85550">
        <w:rPr>
          <w:b/>
        </w:rPr>
        <w:t>1</w:t>
      </w:r>
      <w:r w:rsidRPr="00C85550">
        <w:t>) - blue line; H</w:t>
      </w:r>
      <w:r w:rsidRPr="00C85550">
        <w:rPr>
          <w:vertAlign w:val="subscript"/>
        </w:rPr>
        <w:t>2</w:t>
      </w:r>
      <w:r w:rsidRPr="00C85550">
        <w:t>L</w:t>
      </w:r>
      <w:r w:rsidRPr="00C85550">
        <w:rPr>
          <w:vertAlign w:val="superscript"/>
        </w:rPr>
        <w:t xml:space="preserve">1 </w:t>
      </w:r>
      <w:r w:rsidRPr="00C85550">
        <w:t xml:space="preserve">- red line, </w:t>
      </w:r>
      <w:r w:rsidR="002C135B" w:rsidRPr="00C85550">
        <w:t>[MoO</w:t>
      </w:r>
      <w:r w:rsidR="002C135B" w:rsidRPr="00C85550">
        <w:rPr>
          <w:vertAlign w:val="subscript"/>
        </w:rPr>
        <w:t>2</w:t>
      </w:r>
      <w:r w:rsidR="002C135B" w:rsidRPr="00C85550">
        <w:t>(L</w:t>
      </w:r>
      <w:r w:rsidR="002C135B" w:rsidRPr="00C85550">
        <w:rPr>
          <w:vertAlign w:val="superscript"/>
        </w:rPr>
        <w:t>1</w:t>
      </w:r>
      <w:r w:rsidR="002C135B" w:rsidRPr="00C85550">
        <w:t>)]</w:t>
      </w:r>
      <w:r w:rsidR="002C135B" w:rsidRPr="00C85550">
        <w:rPr>
          <w:vertAlign w:val="subscript"/>
        </w:rPr>
        <w:t xml:space="preserve">n </w:t>
      </w:r>
      <w:r w:rsidR="002C135B" w:rsidRPr="00C85550">
        <w:t>(</w:t>
      </w:r>
      <w:r w:rsidR="002C135B" w:rsidRPr="00C85550">
        <w:rPr>
          <w:b/>
        </w:rPr>
        <w:t>2</w:t>
      </w:r>
      <w:r w:rsidR="002C135B" w:rsidRPr="00C85550">
        <w:t xml:space="preserve">) – green line , </w:t>
      </w:r>
      <w:r w:rsidRPr="00C85550">
        <w:t>H</w:t>
      </w:r>
      <w:r w:rsidRPr="00C85550">
        <w:rPr>
          <w:vertAlign w:val="subscript"/>
        </w:rPr>
        <w:t>2</w:t>
      </w:r>
      <w:r w:rsidRPr="00C85550">
        <w:t>L</w:t>
      </w:r>
      <w:r w:rsidRPr="00C85550">
        <w:rPr>
          <w:b/>
          <w:vertAlign w:val="superscript"/>
        </w:rPr>
        <w:t>2</w:t>
      </w:r>
      <w:r w:rsidRPr="00C85550">
        <w:rPr>
          <w:b/>
        </w:rPr>
        <w:t xml:space="preserve"> – </w:t>
      </w:r>
      <w:r w:rsidRPr="00C85550">
        <w:t>purple line</w:t>
      </w:r>
      <w:r w:rsidRPr="00C85550">
        <w:rPr>
          <w:b/>
        </w:rPr>
        <w:t xml:space="preserve"> </w:t>
      </w:r>
    </w:p>
    <w:p w14:paraId="7FDE1679" w14:textId="061119CB" w:rsidR="007B1A07" w:rsidRPr="00C85550" w:rsidRDefault="007B1A07" w:rsidP="00432512">
      <w:pPr>
        <w:rPr>
          <w:rFonts w:ascii="Times New Roman" w:hAnsi="Times New Roman"/>
        </w:rPr>
      </w:pPr>
    </w:p>
    <w:p w14:paraId="661B7B31" w14:textId="6EFBEA7C" w:rsidR="007B1A07" w:rsidRPr="00C85550" w:rsidRDefault="00CA7096" w:rsidP="00432512">
      <w:pPr>
        <w:rPr>
          <w:rFonts w:ascii="Times New Roman" w:hAnsi="Times New Roman"/>
        </w:rPr>
      </w:pPr>
      <w:r w:rsidRPr="00C85550">
        <w:rPr>
          <w:rFonts w:ascii="Times New Roman" w:hAnsi="Times New Roman"/>
          <w:noProof/>
        </w:rPr>
        <w:lastRenderedPageBreak/>
        <w:drawing>
          <wp:inline distT="0" distB="0" distL="0" distR="0" wp14:anchorId="796482C1" wp14:editId="60415935">
            <wp:extent cx="8125381" cy="6215687"/>
            <wp:effectExtent l="2223"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8"/>
                    <a:stretch/>
                  </pic:blipFill>
                  <pic:spPr bwMode="auto">
                    <a:xfrm rot="16200000">
                      <a:off x="0" y="0"/>
                      <a:ext cx="8186533" cy="6262467"/>
                    </a:xfrm>
                    <a:prstGeom prst="rect">
                      <a:avLst/>
                    </a:prstGeom>
                    <a:noFill/>
                    <a:ln>
                      <a:noFill/>
                    </a:ln>
                    <a:extLst>
                      <a:ext uri="{53640926-AAD7-44D8-BBD7-CCE9431645EC}">
                        <a14:shadowObscured xmlns:a14="http://schemas.microsoft.com/office/drawing/2010/main"/>
                      </a:ext>
                    </a:extLst>
                  </pic:spPr>
                </pic:pic>
              </a:graphicData>
            </a:graphic>
          </wp:inline>
        </w:drawing>
      </w:r>
    </w:p>
    <w:p w14:paraId="10C776EE" w14:textId="77777777" w:rsidR="002C135B" w:rsidRPr="00C85550" w:rsidRDefault="002C135B" w:rsidP="00432512">
      <w:pPr>
        <w:rPr>
          <w:rFonts w:ascii="Times New Roman" w:hAnsi="Times New Roman"/>
        </w:rPr>
      </w:pPr>
    </w:p>
    <w:p w14:paraId="4C6EA5E5" w14:textId="22A0AF05" w:rsidR="002C135B" w:rsidRPr="00C85550" w:rsidRDefault="002C135B" w:rsidP="002C135B">
      <w:pPr>
        <w:pStyle w:val="08ArticleText"/>
        <w:spacing w:line="240" w:lineRule="auto"/>
        <w:jc w:val="center"/>
        <w:rPr>
          <w:b/>
        </w:rPr>
      </w:pPr>
      <w:r w:rsidRPr="00C85550">
        <w:rPr>
          <w:b/>
        </w:rPr>
        <w:t>Figure S</w:t>
      </w:r>
      <w:r w:rsidR="00C85550">
        <w:rPr>
          <w:b/>
        </w:rPr>
        <w:t>6</w:t>
      </w:r>
      <w:r w:rsidRPr="00C85550">
        <w:rPr>
          <w:b/>
        </w:rPr>
        <w:t xml:space="preserve">. </w:t>
      </w:r>
      <w:r w:rsidRPr="00C85550">
        <w:t xml:space="preserve">A portion of the </w:t>
      </w:r>
      <w:r w:rsidRPr="00C85550">
        <w:rPr>
          <w:vertAlign w:val="superscript"/>
        </w:rPr>
        <w:t>13</w:t>
      </w:r>
      <w:r w:rsidRPr="00C85550">
        <w:t>C NMR spectra</w:t>
      </w:r>
      <w:r w:rsidRPr="00C85550">
        <w:rPr>
          <w:b/>
        </w:rPr>
        <w:t xml:space="preserve"> </w:t>
      </w:r>
      <w:r w:rsidRPr="00C85550">
        <w:t>in dmso-</w:t>
      </w:r>
      <w:r w:rsidRPr="00C85550">
        <w:rPr>
          <w:i/>
        </w:rPr>
        <w:t>d</w:t>
      </w:r>
      <w:r w:rsidRPr="00C85550">
        <w:rPr>
          <w:vertAlign w:val="subscript"/>
        </w:rPr>
        <w:t>6</w:t>
      </w:r>
      <w:r w:rsidRPr="00C85550">
        <w:t xml:space="preserve"> of: [MoO</w:t>
      </w:r>
      <w:r w:rsidRPr="00C85550">
        <w:rPr>
          <w:vertAlign w:val="subscript"/>
        </w:rPr>
        <w:t>2</w:t>
      </w:r>
      <w:r w:rsidRPr="00C85550">
        <w:t>(L</w:t>
      </w:r>
      <w:r w:rsidRPr="00C85550">
        <w:rPr>
          <w:vertAlign w:val="superscript"/>
        </w:rPr>
        <w:t>1</w:t>
      </w:r>
      <w:r w:rsidRPr="00C85550">
        <w:t>)]</w:t>
      </w:r>
      <w:r w:rsidRPr="00C85550">
        <w:rPr>
          <w:vertAlign w:val="subscript"/>
        </w:rPr>
        <w:t xml:space="preserve">n </w:t>
      </w:r>
      <w:r w:rsidRPr="00C85550">
        <w:t>(</w:t>
      </w:r>
      <w:r w:rsidRPr="00C85550">
        <w:rPr>
          <w:b/>
        </w:rPr>
        <w:t>1</w:t>
      </w:r>
      <w:r w:rsidRPr="00C85550">
        <w:t>) - blue line; H</w:t>
      </w:r>
      <w:r w:rsidRPr="00C85550">
        <w:rPr>
          <w:vertAlign w:val="subscript"/>
        </w:rPr>
        <w:t>2</w:t>
      </w:r>
      <w:r w:rsidRPr="00C85550">
        <w:t>L</w:t>
      </w:r>
      <w:r w:rsidRPr="00C85550">
        <w:rPr>
          <w:vertAlign w:val="superscript"/>
        </w:rPr>
        <w:t xml:space="preserve">1 </w:t>
      </w:r>
      <w:r w:rsidRPr="00C85550">
        <w:t>- red line, [MoO</w:t>
      </w:r>
      <w:r w:rsidRPr="00C85550">
        <w:rPr>
          <w:vertAlign w:val="subscript"/>
        </w:rPr>
        <w:t>2</w:t>
      </w:r>
      <w:r w:rsidRPr="00C85550">
        <w:t>(L</w:t>
      </w:r>
      <w:r w:rsidRPr="00C85550">
        <w:rPr>
          <w:vertAlign w:val="superscript"/>
        </w:rPr>
        <w:t>1</w:t>
      </w:r>
      <w:r w:rsidRPr="00C85550">
        <w:t>)]</w:t>
      </w:r>
      <w:r w:rsidRPr="00C85550">
        <w:rPr>
          <w:vertAlign w:val="subscript"/>
        </w:rPr>
        <w:t xml:space="preserve">n </w:t>
      </w:r>
      <w:r w:rsidRPr="00C85550">
        <w:t>(</w:t>
      </w:r>
      <w:r w:rsidRPr="00C85550">
        <w:rPr>
          <w:b/>
        </w:rPr>
        <w:t>2</w:t>
      </w:r>
      <w:r w:rsidRPr="00C85550">
        <w:t>) – green line , H</w:t>
      </w:r>
      <w:r w:rsidRPr="00C85550">
        <w:rPr>
          <w:vertAlign w:val="subscript"/>
        </w:rPr>
        <w:t>2</w:t>
      </w:r>
      <w:r w:rsidRPr="00C85550">
        <w:t>L</w:t>
      </w:r>
      <w:r w:rsidRPr="00C85550">
        <w:rPr>
          <w:b/>
          <w:vertAlign w:val="superscript"/>
        </w:rPr>
        <w:t>2</w:t>
      </w:r>
      <w:r w:rsidRPr="00C85550">
        <w:rPr>
          <w:b/>
        </w:rPr>
        <w:t xml:space="preserve"> – </w:t>
      </w:r>
      <w:r w:rsidRPr="00C85550">
        <w:t>purple line</w:t>
      </w:r>
      <w:r w:rsidRPr="00C85550">
        <w:rPr>
          <w:b/>
        </w:rPr>
        <w:t xml:space="preserve"> </w:t>
      </w:r>
    </w:p>
    <w:p w14:paraId="738F1975" w14:textId="15B18789" w:rsidR="000E6956" w:rsidRPr="00C85550" w:rsidRDefault="000E6956" w:rsidP="00432512">
      <w:pPr>
        <w:rPr>
          <w:rFonts w:ascii="Times New Roman" w:hAnsi="Times New Roman"/>
        </w:rPr>
      </w:pPr>
      <w:r w:rsidRPr="00C85550">
        <w:rPr>
          <w:rFonts w:ascii="Times New Roman" w:hAnsi="Times New Roman"/>
          <w:noProof/>
        </w:rPr>
        <w:lastRenderedPageBreak/>
        <w:drawing>
          <wp:inline distT="0" distB="0" distL="0" distR="0" wp14:anchorId="5D45A2ED" wp14:editId="2AF5A818">
            <wp:extent cx="8263864" cy="5461839"/>
            <wp:effectExtent l="0" t="889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293174" cy="5481211"/>
                    </a:xfrm>
                    <a:prstGeom prst="rect">
                      <a:avLst/>
                    </a:prstGeom>
                    <a:noFill/>
                    <a:ln>
                      <a:noFill/>
                    </a:ln>
                  </pic:spPr>
                </pic:pic>
              </a:graphicData>
            </a:graphic>
          </wp:inline>
        </w:drawing>
      </w:r>
    </w:p>
    <w:p w14:paraId="4F7DC24E" w14:textId="77777777" w:rsidR="002C135B" w:rsidRPr="00C85550" w:rsidRDefault="002C135B" w:rsidP="002C135B">
      <w:pPr>
        <w:pStyle w:val="08ArticleText"/>
        <w:spacing w:line="240" w:lineRule="auto"/>
        <w:jc w:val="center"/>
        <w:rPr>
          <w:b/>
        </w:rPr>
      </w:pPr>
    </w:p>
    <w:p w14:paraId="37298E5C" w14:textId="558AE1D1" w:rsidR="002C135B" w:rsidRPr="00C85550" w:rsidRDefault="002C135B" w:rsidP="002C135B">
      <w:pPr>
        <w:pStyle w:val="08ArticleText"/>
        <w:spacing w:line="240" w:lineRule="auto"/>
        <w:jc w:val="center"/>
        <w:rPr>
          <w:b/>
        </w:rPr>
      </w:pPr>
      <w:r w:rsidRPr="00C85550">
        <w:rPr>
          <w:b/>
        </w:rPr>
        <w:t>Figure S</w:t>
      </w:r>
      <w:r w:rsidR="00C85550">
        <w:rPr>
          <w:b/>
        </w:rPr>
        <w:t>7</w:t>
      </w:r>
      <w:r w:rsidRPr="00C85550">
        <w:rPr>
          <w:b/>
        </w:rPr>
        <w:t xml:space="preserve">. </w:t>
      </w:r>
      <w:r w:rsidRPr="00C85550">
        <w:t xml:space="preserve">A portion of the </w:t>
      </w:r>
      <w:r w:rsidRPr="00C85550">
        <w:rPr>
          <w:vertAlign w:val="superscript"/>
        </w:rPr>
        <w:t>1</w:t>
      </w:r>
      <w:r w:rsidRPr="00C85550">
        <w:t>H NMR spectra</w:t>
      </w:r>
      <w:r w:rsidRPr="00C85550">
        <w:rPr>
          <w:b/>
        </w:rPr>
        <w:t xml:space="preserve"> </w:t>
      </w:r>
      <w:r w:rsidRPr="00C85550">
        <w:t>in dmso-</w:t>
      </w:r>
      <w:r w:rsidRPr="00C85550">
        <w:rPr>
          <w:i/>
        </w:rPr>
        <w:t>d</w:t>
      </w:r>
      <w:r w:rsidRPr="00C85550">
        <w:rPr>
          <w:vertAlign w:val="subscript"/>
        </w:rPr>
        <w:t>6</w:t>
      </w:r>
      <w:r w:rsidRPr="00C85550">
        <w:t xml:space="preserve"> of: [MoO</w:t>
      </w:r>
      <w:r w:rsidRPr="00C85550">
        <w:rPr>
          <w:vertAlign w:val="subscript"/>
        </w:rPr>
        <w:t>2</w:t>
      </w:r>
      <w:r w:rsidRPr="00C85550">
        <w:t>(L</w:t>
      </w:r>
      <w:r w:rsidRPr="00C85550">
        <w:rPr>
          <w:vertAlign w:val="superscript"/>
        </w:rPr>
        <w:t>3</w:t>
      </w:r>
      <w:r w:rsidRPr="00C85550">
        <w:t>)]</w:t>
      </w:r>
      <w:r w:rsidRPr="00C85550">
        <w:rPr>
          <w:vertAlign w:val="subscript"/>
        </w:rPr>
        <w:t xml:space="preserve">2 </w:t>
      </w:r>
      <w:r w:rsidRPr="00C85550">
        <w:t>(</w:t>
      </w:r>
      <w:r w:rsidRPr="00C85550">
        <w:rPr>
          <w:b/>
        </w:rPr>
        <w:t>3</w:t>
      </w:r>
      <w:r w:rsidRPr="00C85550">
        <w:t>) - blue line; H</w:t>
      </w:r>
      <w:r w:rsidRPr="00C85550">
        <w:rPr>
          <w:vertAlign w:val="subscript"/>
        </w:rPr>
        <w:t>2</w:t>
      </w:r>
      <w:r w:rsidRPr="00C85550">
        <w:t>L</w:t>
      </w:r>
      <w:r w:rsidRPr="00C85550">
        <w:rPr>
          <w:vertAlign w:val="superscript"/>
        </w:rPr>
        <w:t xml:space="preserve">3 </w:t>
      </w:r>
      <w:r w:rsidRPr="00C85550">
        <w:t>- red line, [MoO</w:t>
      </w:r>
      <w:r w:rsidRPr="00C85550">
        <w:rPr>
          <w:vertAlign w:val="subscript"/>
        </w:rPr>
        <w:t>2</w:t>
      </w:r>
      <w:r w:rsidRPr="00C85550">
        <w:t>(L</w:t>
      </w:r>
      <w:r w:rsidRPr="00C85550">
        <w:rPr>
          <w:vertAlign w:val="superscript"/>
        </w:rPr>
        <w:t>4</w:t>
      </w:r>
      <w:r w:rsidRPr="00C85550">
        <w:t>)]</w:t>
      </w:r>
      <w:r w:rsidRPr="00C85550">
        <w:rPr>
          <w:vertAlign w:val="subscript"/>
        </w:rPr>
        <w:t xml:space="preserve">2 </w:t>
      </w:r>
      <w:r w:rsidRPr="00C85550">
        <w:t>(</w:t>
      </w:r>
      <w:r w:rsidRPr="00C85550">
        <w:rPr>
          <w:b/>
        </w:rPr>
        <w:t>4</w:t>
      </w:r>
      <w:r w:rsidRPr="00C85550">
        <w:t>) – green line, H</w:t>
      </w:r>
      <w:r w:rsidRPr="00C85550">
        <w:rPr>
          <w:vertAlign w:val="subscript"/>
        </w:rPr>
        <w:t>2</w:t>
      </w:r>
      <w:r w:rsidRPr="00C85550">
        <w:t>L</w:t>
      </w:r>
      <w:r w:rsidRPr="00C85550">
        <w:rPr>
          <w:b/>
          <w:vertAlign w:val="superscript"/>
        </w:rPr>
        <w:t>4</w:t>
      </w:r>
      <w:r w:rsidRPr="00C85550">
        <w:rPr>
          <w:b/>
        </w:rPr>
        <w:t xml:space="preserve"> – </w:t>
      </w:r>
      <w:r w:rsidRPr="00C85550">
        <w:t>purple line</w:t>
      </w:r>
      <w:r w:rsidRPr="00C85550">
        <w:rPr>
          <w:b/>
        </w:rPr>
        <w:t xml:space="preserve"> </w:t>
      </w:r>
    </w:p>
    <w:p w14:paraId="56A94785" w14:textId="77777777" w:rsidR="002C135B" w:rsidRPr="00C85550" w:rsidRDefault="002C135B" w:rsidP="00432512">
      <w:pPr>
        <w:rPr>
          <w:rFonts w:ascii="Times New Roman" w:hAnsi="Times New Roman"/>
        </w:rPr>
      </w:pPr>
    </w:p>
    <w:p w14:paraId="58BFB8AC" w14:textId="2F6E3FB9" w:rsidR="00B0189E" w:rsidRPr="00C85550" w:rsidRDefault="00B0189E" w:rsidP="00432512">
      <w:pPr>
        <w:rPr>
          <w:rFonts w:ascii="Times New Roman" w:hAnsi="Times New Roman"/>
        </w:rPr>
      </w:pPr>
      <w:r w:rsidRPr="00C85550">
        <w:rPr>
          <w:rFonts w:ascii="Times New Roman" w:hAnsi="Times New Roman"/>
          <w:noProof/>
        </w:rPr>
        <w:lastRenderedPageBreak/>
        <w:drawing>
          <wp:inline distT="0" distB="0" distL="0" distR="0" wp14:anchorId="1E174FE7" wp14:editId="0C6E61A3">
            <wp:extent cx="8417625" cy="5563463"/>
            <wp:effectExtent l="0" t="1588" r="953" b="952"/>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8451181" cy="5585641"/>
                    </a:xfrm>
                    <a:prstGeom prst="rect">
                      <a:avLst/>
                    </a:prstGeom>
                    <a:noFill/>
                    <a:ln>
                      <a:noFill/>
                    </a:ln>
                  </pic:spPr>
                </pic:pic>
              </a:graphicData>
            </a:graphic>
          </wp:inline>
        </w:drawing>
      </w:r>
    </w:p>
    <w:p w14:paraId="7B4E7A71" w14:textId="77777777" w:rsidR="002C135B" w:rsidRPr="00C85550" w:rsidRDefault="002C135B" w:rsidP="002C135B">
      <w:pPr>
        <w:pStyle w:val="08ArticleText"/>
        <w:spacing w:line="240" w:lineRule="auto"/>
        <w:jc w:val="center"/>
        <w:rPr>
          <w:b/>
        </w:rPr>
      </w:pPr>
    </w:p>
    <w:p w14:paraId="6E42164F" w14:textId="2432B1E7" w:rsidR="002C135B" w:rsidRDefault="002C135B" w:rsidP="002C135B">
      <w:pPr>
        <w:pStyle w:val="08ArticleText"/>
        <w:spacing w:line="240" w:lineRule="auto"/>
        <w:jc w:val="center"/>
        <w:rPr>
          <w:b/>
        </w:rPr>
      </w:pPr>
      <w:r w:rsidRPr="00C85550">
        <w:rPr>
          <w:b/>
        </w:rPr>
        <w:t>Figure S</w:t>
      </w:r>
      <w:r w:rsidR="00C85550">
        <w:rPr>
          <w:b/>
        </w:rPr>
        <w:t>8</w:t>
      </w:r>
      <w:r w:rsidRPr="00C85550">
        <w:rPr>
          <w:b/>
        </w:rPr>
        <w:t xml:space="preserve">. </w:t>
      </w:r>
      <w:r w:rsidRPr="00C85550">
        <w:t xml:space="preserve">A portion of the </w:t>
      </w:r>
      <w:r w:rsidRPr="00C85550">
        <w:rPr>
          <w:vertAlign w:val="superscript"/>
        </w:rPr>
        <w:t>13</w:t>
      </w:r>
      <w:r w:rsidRPr="00C85550">
        <w:t xml:space="preserve">C </w:t>
      </w:r>
      <w:bookmarkStart w:id="6" w:name="_Hlk152251164"/>
      <w:r w:rsidRPr="00C85550">
        <w:t>NMR spectra</w:t>
      </w:r>
      <w:r w:rsidRPr="00C85550">
        <w:rPr>
          <w:b/>
        </w:rPr>
        <w:t xml:space="preserve"> </w:t>
      </w:r>
      <w:r w:rsidRPr="00C85550">
        <w:t>in dmso-</w:t>
      </w:r>
      <w:r w:rsidRPr="00C85550">
        <w:rPr>
          <w:i/>
        </w:rPr>
        <w:t>d</w:t>
      </w:r>
      <w:r w:rsidRPr="00C85550">
        <w:rPr>
          <w:vertAlign w:val="subscript"/>
        </w:rPr>
        <w:t>6</w:t>
      </w:r>
      <w:r w:rsidRPr="00C85550">
        <w:t xml:space="preserve"> </w:t>
      </w:r>
      <w:bookmarkEnd w:id="6"/>
      <w:r w:rsidRPr="00C85550">
        <w:t>of: [MoO</w:t>
      </w:r>
      <w:r w:rsidRPr="00C85550">
        <w:rPr>
          <w:vertAlign w:val="subscript"/>
        </w:rPr>
        <w:t>2</w:t>
      </w:r>
      <w:r w:rsidRPr="00C85550">
        <w:t>(L</w:t>
      </w:r>
      <w:r w:rsidRPr="00C85550">
        <w:rPr>
          <w:vertAlign w:val="superscript"/>
        </w:rPr>
        <w:t>3</w:t>
      </w:r>
      <w:r w:rsidRPr="00C85550">
        <w:t>)]</w:t>
      </w:r>
      <w:r w:rsidRPr="00C85550">
        <w:rPr>
          <w:vertAlign w:val="subscript"/>
        </w:rPr>
        <w:t xml:space="preserve">2 </w:t>
      </w:r>
      <w:r w:rsidRPr="00C85550">
        <w:t>(</w:t>
      </w:r>
      <w:r w:rsidRPr="00C85550">
        <w:rPr>
          <w:b/>
        </w:rPr>
        <w:t>3</w:t>
      </w:r>
      <w:r w:rsidRPr="00C85550">
        <w:t>) - blue line; H</w:t>
      </w:r>
      <w:r w:rsidRPr="00C85550">
        <w:rPr>
          <w:vertAlign w:val="subscript"/>
        </w:rPr>
        <w:t>2</w:t>
      </w:r>
      <w:r w:rsidRPr="00C85550">
        <w:t>L</w:t>
      </w:r>
      <w:r w:rsidRPr="00C85550">
        <w:rPr>
          <w:vertAlign w:val="superscript"/>
        </w:rPr>
        <w:t xml:space="preserve">3 </w:t>
      </w:r>
      <w:r w:rsidRPr="00C85550">
        <w:t>- red line, [MoO</w:t>
      </w:r>
      <w:r w:rsidRPr="00C85550">
        <w:rPr>
          <w:vertAlign w:val="subscript"/>
        </w:rPr>
        <w:t>2</w:t>
      </w:r>
      <w:r w:rsidRPr="00C85550">
        <w:t>(L</w:t>
      </w:r>
      <w:r w:rsidRPr="00C85550">
        <w:rPr>
          <w:vertAlign w:val="superscript"/>
        </w:rPr>
        <w:t>4</w:t>
      </w:r>
      <w:r w:rsidRPr="00C85550">
        <w:t>)]</w:t>
      </w:r>
      <w:r w:rsidRPr="00C85550">
        <w:rPr>
          <w:vertAlign w:val="subscript"/>
        </w:rPr>
        <w:t xml:space="preserve">2 </w:t>
      </w:r>
      <w:r w:rsidRPr="00C85550">
        <w:t>(</w:t>
      </w:r>
      <w:r w:rsidRPr="00C85550">
        <w:rPr>
          <w:b/>
        </w:rPr>
        <w:t>4</w:t>
      </w:r>
      <w:r w:rsidRPr="00C85550">
        <w:t>) – green line, H</w:t>
      </w:r>
      <w:r w:rsidRPr="00C85550">
        <w:rPr>
          <w:vertAlign w:val="subscript"/>
        </w:rPr>
        <w:t>2</w:t>
      </w:r>
      <w:r w:rsidRPr="00C85550">
        <w:t>L</w:t>
      </w:r>
      <w:r w:rsidRPr="00C85550">
        <w:rPr>
          <w:b/>
          <w:vertAlign w:val="superscript"/>
        </w:rPr>
        <w:t>4</w:t>
      </w:r>
      <w:r w:rsidRPr="00C85550">
        <w:rPr>
          <w:b/>
        </w:rPr>
        <w:t xml:space="preserve"> – </w:t>
      </w:r>
      <w:r w:rsidRPr="00C85550">
        <w:t>purple line</w:t>
      </w:r>
      <w:r w:rsidRPr="00C85550">
        <w:rPr>
          <w:b/>
        </w:rPr>
        <w:t xml:space="preserve"> </w:t>
      </w:r>
    </w:p>
    <w:p w14:paraId="36736A6B" w14:textId="77777777" w:rsidR="00C644C8" w:rsidRPr="004742C2" w:rsidRDefault="00C644C8" w:rsidP="00C644C8">
      <w:pPr>
        <w:keepNext/>
        <w:keepLines/>
        <w:spacing w:before="240" w:line="256" w:lineRule="auto"/>
        <w:outlineLvl w:val="0"/>
        <w:rPr>
          <w:rFonts w:ascii="Times New Roman" w:hAnsi="Times New Roman"/>
          <w:b/>
          <w:bCs/>
          <w:lang w:eastAsia="en-US"/>
        </w:rPr>
      </w:pPr>
      <w:bookmarkStart w:id="7" w:name="_Hlk153965326"/>
      <w:bookmarkStart w:id="8" w:name="_Toc153964783"/>
      <w:bookmarkStart w:id="9" w:name="_Toc153964784"/>
      <w:bookmarkStart w:id="10" w:name="_Hlk153965345"/>
      <w:bookmarkStart w:id="11" w:name="_Toc154136691"/>
      <w:r w:rsidRPr="004742C2">
        <w:rPr>
          <w:rFonts w:ascii="Times New Roman" w:hAnsi="Times New Roman"/>
          <w:b/>
          <w:bCs/>
          <w:lang w:eastAsia="en-US"/>
        </w:rPr>
        <w:lastRenderedPageBreak/>
        <w:t xml:space="preserve">Table S13. </w:t>
      </w:r>
      <w:r w:rsidRPr="004742C2">
        <w:rPr>
          <w:rFonts w:ascii="Times New Roman" w:hAnsi="Times New Roman"/>
          <w:bCs/>
          <w:lang w:eastAsia="en-US"/>
        </w:rPr>
        <w:t>Imaginary frequency (cm</w:t>
      </w:r>
      <w:r w:rsidRPr="004742C2">
        <w:rPr>
          <w:rFonts w:ascii="Times New Roman" w:hAnsi="Times New Roman"/>
          <w:bCs/>
          <w:vertAlign w:val="superscript"/>
          <w:lang w:eastAsia="en-US"/>
        </w:rPr>
        <w:t>−1</w:t>
      </w:r>
      <w:r w:rsidRPr="004742C2">
        <w:rPr>
          <w:rFonts w:ascii="Times New Roman" w:hAnsi="Times New Roman"/>
          <w:bCs/>
          <w:lang w:eastAsia="en-US"/>
        </w:rPr>
        <w:t>) of the calculated transition states shown in Table S14</w:t>
      </w:r>
      <w:bookmarkEnd w:id="7"/>
      <w:r w:rsidRPr="004742C2">
        <w:rPr>
          <w:rFonts w:ascii="Times New Roman" w:hAnsi="Times New Roman"/>
          <w:bCs/>
          <w:lang w:eastAsia="en-US"/>
        </w:rPr>
        <w:t>.</w:t>
      </w:r>
      <w:bookmarkEnd w:id="8"/>
      <w:bookmarkEnd w:id="11"/>
    </w:p>
    <w:p w14:paraId="04C660AB" w14:textId="77777777" w:rsidR="00C644C8" w:rsidRDefault="00C644C8" w:rsidP="00C644C8">
      <w:pPr>
        <w:spacing w:after="160" w:line="256" w:lineRule="auto"/>
        <w:rPr>
          <w:rFonts w:asciiTheme="minorHAnsi" w:eastAsiaTheme="minorHAnsi" w:hAnsiTheme="minorHAnsi" w:cstheme="minorBidi"/>
          <w:sz w:val="22"/>
          <w:szCs w:val="22"/>
          <w:lang w:eastAsia="en-US"/>
        </w:rPr>
      </w:pPr>
    </w:p>
    <w:tbl>
      <w:tblPr>
        <w:tblStyle w:val="Grilledutableau1"/>
        <w:tblW w:w="0" w:type="auto"/>
        <w:tblLayout w:type="fixed"/>
        <w:tblLook w:val="04A0" w:firstRow="1" w:lastRow="0" w:firstColumn="1" w:lastColumn="0" w:noHBand="0" w:noVBand="1"/>
      </w:tblPr>
      <w:tblGrid>
        <w:gridCol w:w="1812"/>
        <w:gridCol w:w="1812"/>
        <w:gridCol w:w="1812"/>
        <w:gridCol w:w="1812"/>
        <w:gridCol w:w="1812"/>
      </w:tblGrid>
      <w:tr w:rsidR="00C644C8" w14:paraId="15C1099D" w14:textId="77777777" w:rsidTr="00C644C8">
        <w:tc>
          <w:tcPr>
            <w:tcW w:w="1812" w:type="dxa"/>
            <w:tcBorders>
              <w:top w:val="single" w:sz="4" w:space="0" w:color="auto"/>
              <w:left w:val="single" w:sz="4" w:space="0" w:color="auto"/>
              <w:bottom w:val="single" w:sz="4" w:space="0" w:color="auto"/>
              <w:right w:val="single" w:sz="4" w:space="0" w:color="auto"/>
            </w:tcBorders>
            <w:hideMark/>
          </w:tcPr>
          <w:p w14:paraId="497732C6"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 xml:space="preserve"> </w:t>
            </w:r>
          </w:p>
        </w:tc>
        <w:tc>
          <w:tcPr>
            <w:tcW w:w="1812" w:type="dxa"/>
            <w:tcBorders>
              <w:top w:val="single" w:sz="4" w:space="0" w:color="auto"/>
              <w:left w:val="single" w:sz="4" w:space="0" w:color="auto"/>
              <w:bottom w:val="single" w:sz="4" w:space="0" w:color="auto"/>
              <w:right w:val="single" w:sz="4" w:space="0" w:color="auto"/>
            </w:tcBorders>
            <w:hideMark/>
          </w:tcPr>
          <w:p w14:paraId="7CE3A7AC"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L1</w:t>
            </w:r>
          </w:p>
        </w:tc>
        <w:tc>
          <w:tcPr>
            <w:tcW w:w="1812" w:type="dxa"/>
            <w:tcBorders>
              <w:top w:val="single" w:sz="4" w:space="0" w:color="auto"/>
              <w:left w:val="single" w:sz="4" w:space="0" w:color="auto"/>
              <w:bottom w:val="single" w:sz="4" w:space="0" w:color="auto"/>
              <w:right w:val="single" w:sz="4" w:space="0" w:color="auto"/>
            </w:tcBorders>
            <w:hideMark/>
          </w:tcPr>
          <w:p w14:paraId="44A47835"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L2</w:t>
            </w:r>
          </w:p>
        </w:tc>
        <w:tc>
          <w:tcPr>
            <w:tcW w:w="1812" w:type="dxa"/>
            <w:tcBorders>
              <w:top w:val="single" w:sz="4" w:space="0" w:color="auto"/>
              <w:left w:val="single" w:sz="4" w:space="0" w:color="auto"/>
              <w:bottom w:val="single" w:sz="4" w:space="0" w:color="auto"/>
              <w:right w:val="single" w:sz="4" w:space="0" w:color="auto"/>
            </w:tcBorders>
            <w:hideMark/>
          </w:tcPr>
          <w:p w14:paraId="74A45381"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L3</w:t>
            </w:r>
          </w:p>
        </w:tc>
        <w:tc>
          <w:tcPr>
            <w:tcW w:w="1812" w:type="dxa"/>
            <w:tcBorders>
              <w:top w:val="single" w:sz="4" w:space="0" w:color="auto"/>
              <w:left w:val="single" w:sz="4" w:space="0" w:color="auto"/>
              <w:bottom w:val="single" w:sz="4" w:space="0" w:color="auto"/>
              <w:right w:val="single" w:sz="4" w:space="0" w:color="auto"/>
            </w:tcBorders>
            <w:hideMark/>
          </w:tcPr>
          <w:p w14:paraId="5F247C4A"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L4</w:t>
            </w:r>
          </w:p>
        </w:tc>
      </w:tr>
      <w:tr w:rsidR="00C644C8" w14:paraId="031020E2" w14:textId="77777777" w:rsidTr="00C644C8">
        <w:tc>
          <w:tcPr>
            <w:tcW w:w="1812" w:type="dxa"/>
            <w:tcBorders>
              <w:top w:val="single" w:sz="4" w:space="0" w:color="auto"/>
              <w:left w:val="single" w:sz="4" w:space="0" w:color="auto"/>
              <w:bottom w:val="single" w:sz="4" w:space="0" w:color="auto"/>
              <w:right w:val="single" w:sz="4" w:space="0" w:color="auto"/>
            </w:tcBorders>
            <w:hideMark/>
          </w:tcPr>
          <w:p w14:paraId="299A80A3"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 xml:space="preserve">                TS </w:t>
            </w:r>
          </w:p>
        </w:tc>
        <w:tc>
          <w:tcPr>
            <w:tcW w:w="1812" w:type="dxa"/>
            <w:tcBorders>
              <w:top w:val="single" w:sz="4" w:space="0" w:color="auto"/>
              <w:left w:val="single" w:sz="4" w:space="0" w:color="auto"/>
              <w:bottom w:val="single" w:sz="4" w:space="0" w:color="auto"/>
              <w:right w:val="single" w:sz="4" w:space="0" w:color="auto"/>
            </w:tcBorders>
            <w:hideMark/>
          </w:tcPr>
          <w:p w14:paraId="2745B453"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471i</w:t>
            </w:r>
          </w:p>
        </w:tc>
        <w:tc>
          <w:tcPr>
            <w:tcW w:w="1812" w:type="dxa"/>
            <w:tcBorders>
              <w:top w:val="single" w:sz="4" w:space="0" w:color="auto"/>
              <w:left w:val="single" w:sz="4" w:space="0" w:color="auto"/>
              <w:bottom w:val="single" w:sz="4" w:space="0" w:color="auto"/>
              <w:right w:val="single" w:sz="4" w:space="0" w:color="auto"/>
            </w:tcBorders>
            <w:hideMark/>
          </w:tcPr>
          <w:p w14:paraId="38239617"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470i</w:t>
            </w:r>
          </w:p>
        </w:tc>
        <w:tc>
          <w:tcPr>
            <w:tcW w:w="1812" w:type="dxa"/>
            <w:tcBorders>
              <w:top w:val="single" w:sz="4" w:space="0" w:color="auto"/>
              <w:left w:val="single" w:sz="4" w:space="0" w:color="auto"/>
              <w:bottom w:val="single" w:sz="4" w:space="0" w:color="auto"/>
              <w:right w:val="single" w:sz="4" w:space="0" w:color="auto"/>
            </w:tcBorders>
            <w:hideMark/>
          </w:tcPr>
          <w:p w14:paraId="4841C433"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473i</w:t>
            </w:r>
          </w:p>
        </w:tc>
        <w:tc>
          <w:tcPr>
            <w:tcW w:w="1812" w:type="dxa"/>
            <w:tcBorders>
              <w:top w:val="single" w:sz="4" w:space="0" w:color="auto"/>
              <w:left w:val="single" w:sz="4" w:space="0" w:color="auto"/>
              <w:bottom w:val="single" w:sz="4" w:space="0" w:color="auto"/>
              <w:right w:val="single" w:sz="4" w:space="0" w:color="auto"/>
            </w:tcBorders>
            <w:hideMark/>
          </w:tcPr>
          <w:p w14:paraId="1E10BC2F" w14:textId="77777777" w:rsidR="00C644C8" w:rsidRDefault="00C644C8">
            <w:pPr>
              <w:rPr>
                <w:rFonts w:ascii="Calibri" w:eastAsia="Calibri" w:hAnsi="Calibri" w:cs="Calibri"/>
                <w:sz w:val="18"/>
                <w:szCs w:val="18"/>
                <w:lang w:eastAsia="en-US"/>
              </w:rPr>
            </w:pPr>
            <w:r>
              <w:rPr>
                <w:rFonts w:ascii="Calibri" w:eastAsia="Calibri" w:hAnsi="Calibri" w:cs="Calibri"/>
                <w:sz w:val="18"/>
                <w:szCs w:val="18"/>
                <w:lang w:eastAsia="en-US"/>
              </w:rPr>
              <w:t>476i</w:t>
            </w:r>
          </w:p>
        </w:tc>
      </w:tr>
    </w:tbl>
    <w:p w14:paraId="67F6307C" w14:textId="77777777" w:rsidR="004742C2" w:rsidRDefault="004742C2" w:rsidP="00ED626C">
      <w:pPr>
        <w:keepNext/>
        <w:keepLines/>
        <w:spacing w:before="240" w:line="259" w:lineRule="auto"/>
        <w:outlineLvl w:val="0"/>
        <w:rPr>
          <w:rFonts w:ascii="Times New Roman" w:hAnsi="Times New Roman"/>
          <w:b/>
          <w:bCs/>
          <w:lang w:eastAsia="en-US"/>
        </w:rPr>
      </w:pPr>
      <w:bookmarkStart w:id="12" w:name="_Toc154136692"/>
    </w:p>
    <w:p w14:paraId="2E180A82" w14:textId="6E810DAA" w:rsidR="00ED626C" w:rsidRPr="004742C2" w:rsidRDefault="00ED626C" w:rsidP="00ED626C">
      <w:pPr>
        <w:keepNext/>
        <w:keepLines/>
        <w:spacing w:before="240" w:line="259" w:lineRule="auto"/>
        <w:outlineLvl w:val="0"/>
        <w:rPr>
          <w:rFonts w:ascii="Times New Roman" w:hAnsi="Times New Roman"/>
          <w:b/>
          <w:bCs/>
          <w:lang w:eastAsia="en-US"/>
        </w:rPr>
      </w:pPr>
      <w:r w:rsidRPr="004742C2">
        <w:rPr>
          <w:rFonts w:ascii="Times New Roman" w:hAnsi="Times New Roman"/>
          <w:b/>
          <w:bCs/>
          <w:lang w:eastAsia="en-US"/>
        </w:rPr>
        <w:t>Table S1</w:t>
      </w:r>
      <w:r w:rsidR="007722F5" w:rsidRPr="004742C2">
        <w:rPr>
          <w:rFonts w:ascii="Times New Roman" w:hAnsi="Times New Roman"/>
          <w:b/>
          <w:bCs/>
          <w:lang w:eastAsia="en-US"/>
        </w:rPr>
        <w:t>4</w:t>
      </w:r>
      <w:r w:rsidRPr="004742C2">
        <w:rPr>
          <w:rFonts w:ascii="Times New Roman" w:hAnsi="Times New Roman"/>
          <w:b/>
          <w:bCs/>
          <w:lang w:eastAsia="en-US"/>
        </w:rPr>
        <w:t xml:space="preserve">. </w:t>
      </w:r>
      <w:r w:rsidRPr="004742C2">
        <w:rPr>
          <w:rFonts w:ascii="Times New Roman" w:hAnsi="Times New Roman"/>
          <w:bCs/>
          <w:lang w:eastAsia="en-US"/>
        </w:rPr>
        <w:t>DFT Coordinates of all species.</w:t>
      </w:r>
      <w:bookmarkEnd w:id="9"/>
      <w:bookmarkEnd w:id="12"/>
    </w:p>
    <w:bookmarkEnd w:id="10"/>
    <w:p w14:paraId="6B57E023" w14:textId="77777777" w:rsidR="00ED626C" w:rsidRPr="00BF5560" w:rsidRDefault="00ED626C" w:rsidP="00ED626C">
      <w:pPr>
        <w:spacing w:after="160" w:line="259" w:lineRule="auto"/>
        <w:rPr>
          <w:rFonts w:asciiTheme="minorHAnsi" w:eastAsiaTheme="minorHAnsi" w:hAnsiTheme="minorHAnsi" w:cstheme="minorBidi"/>
          <w:sz w:val="22"/>
          <w:szCs w:val="22"/>
          <w:lang w:eastAsia="en-US"/>
        </w:rPr>
      </w:pPr>
      <w:r w:rsidRPr="00BF5560">
        <w:rPr>
          <w:rFonts w:asciiTheme="minorHAnsi" w:eastAsiaTheme="minorHAnsi" w:hAnsiTheme="minorHAnsi" w:cstheme="minorBidi"/>
          <w:sz w:val="22"/>
          <w:szCs w:val="22"/>
          <w:lang w:eastAsia="en-US"/>
        </w:rPr>
        <w:t xml:space="preserve">A </w:t>
      </w:r>
      <w:proofErr w:type="gramStart"/>
      <w:r w:rsidRPr="00BF5560">
        <w:rPr>
          <w:rFonts w:asciiTheme="minorHAnsi" w:eastAsiaTheme="minorHAnsi" w:hAnsiTheme="minorHAnsi" w:cstheme="minorBidi"/>
          <w:sz w:val="22"/>
          <w:szCs w:val="22"/>
          <w:lang w:eastAsia="en-US"/>
        </w:rPr>
        <w:t xml:space="preserve">- </w:t>
      </w:r>
      <w:r w:rsidRPr="00BF5560">
        <w:rPr>
          <w:rFonts w:asciiTheme="minorHAnsi" w:eastAsiaTheme="minorHAnsi" w:hAnsiTheme="minorHAnsi" w:cstheme="minorBidi"/>
          <w:sz w:val="18"/>
          <w:szCs w:val="18"/>
          <w:lang w:val="en-US" w:eastAsia="en-US"/>
        </w:rPr>
        <w:t xml:space="preserve"> DFT</w:t>
      </w:r>
      <w:proofErr w:type="gramEnd"/>
      <w:r w:rsidRPr="00BF5560">
        <w:rPr>
          <w:rFonts w:asciiTheme="minorHAnsi" w:eastAsiaTheme="minorHAnsi" w:hAnsiTheme="minorHAnsi" w:cstheme="minorBidi"/>
          <w:sz w:val="18"/>
          <w:szCs w:val="18"/>
          <w:lang w:val="en-US" w:eastAsia="en-US"/>
        </w:rPr>
        <w:t xml:space="preserve"> coordinates of organic molecules</w:t>
      </w:r>
    </w:p>
    <w:p w14:paraId="253E806C" w14:textId="77777777" w:rsidR="00ED626C" w:rsidRPr="00BF5560" w:rsidRDefault="00ED626C" w:rsidP="00ED626C">
      <w:pPr>
        <w:spacing w:after="160" w:line="259" w:lineRule="auto"/>
        <w:rPr>
          <w:rFonts w:asciiTheme="minorHAnsi" w:eastAsiaTheme="minorHAnsi" w:hAnsiTheme="minorHAnsi" w:cstheme="minorBidi"/>
          <w:sz w:val="18"/>
          <w:szCs w:val="18"/>
          <w:lang w:eastAsia="en-US"/>
        </w:rPr>
        <w:sectPr w:rsidR="00ED626C" w:rsidRPr="00BF5560" w:rsidSect="00BF5560">
          <w:pgSz w:w="11906" w:h="16838"/>
          <w:pgMar w:top="1417" w:right="1417" w:bottom="1417" w:left="1417" w:header="708" w:footer="708" w:gutter="0"/>
          <w:cols w:space="708"/>
          <w:docGrid w:linePitch="360"/>
        </w:sectPr>
      </w:pPr>
    </w:p>
    <w:p w14:paraId="69D183AD"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r w:rsidRPr="00BF5560">
        <w:rPr>
          <w:rFonts w:asciiTheme="minorHAnsi" w:eastAsiaTheme="minorHAnsi" w:hAnsiTheme="minorHAnsi" w:cstheme="minorBidi"/>
          <w:b/>
          <w:sz w:val="18"/>
          <w:szCs w:val="18"/>
          <w:lang w:val="en-US" w:eastAsia="en-US"/>
        </w:rPr>
        <w:t>A0-MeOH</w:t>
      </w:r>
    </w:p>
    <w:p w14:paraId="25B578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BF5C4FC" wp14:editId="0E92CEC4">
            <wp:extent cx="575505" cy="475046"/>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o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193" cy="507807"/>
                    </a:xfrm>
                    <a:prstGeom prst="rect">
                      <a:avLst/>
                    </a:prstGeom>
                  </pic:spPr>
                </pic:pic>
              </a:graphicData>
            </a:graphic>
          </wp:inline>
        </w:drawing>
      </w:r>
    </w:p>
    <w:p w14:paraId="3DEB6BA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-0.748606000     -0.122482000      0.000001000</w:t>
      </w:r>
    </w:p>
    <w:p w14:paraId="0B8E32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6        0.661940000      0.019648000      0.000035000</w:t>
      </w:r>
    </w:p>
    <w:p w14:paraId="692F49A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1        1.036807000      0.543842000      0.893075000</w:t>
      </w:r>
    </w:p>
    <w:p w14:paraId="5628FE5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1.036822000      0.543722000     -0.893232000</w:t>
      </w:r>
    </w:p>
    <w:p w14:paraId="7DB1CFF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1.079608000     -0.990888000     -0.000013000</w:t>
      </w:r>
    </w:p>
    <w:p w14:paraId="2984A6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-1.136031000      0.765290000     -0.000051000</w:t>
      </w:r>
    </w:p>
    <w:p w14:paraId="60F45F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A1108BA"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r w:rsidRPr="00BF5560">
        <w:rPr>
          <w:rFonts w:asciiTheme="minorHAnsi" w:eastAsiaTheme="minorHAnsi" w:hAnsiTheme="minorHAnsi" w:cstheme="minorBidi"/>
          <w:b/>
          <w:sz w:val="18"/>
          <w:szCs w:val="18"/>
          <w:lang w:val="en-US" w:eastAsia="en-US"/>
        </w:rPr>
        <w:t>A1 – C</w:t>
      </w:r>
      <w:r w:rsidRPr="00BF5560">
        <w:rPr>
          <w:rFonts w:asciiTheme="minorHAnsi" w:eastAsiaTheme="minorHAnsi" w:hAnsiTheme="minorHAnsi" w:cstheme="minorBidi"/>
          <w:b/>
          <w:sz w:val="18"/>
          <w:szCs w:val="18"/>
          <w:vertAlign w:val="subscript"/>
          <w:lang w:val="en-US" w:eastAsia="en-US"/>
        </w:rPr>
        <w:t>2</w:t>
      </w:r>
      <w:r w:rsidRPr="00BF5560">
        <w:rPr>
          <w:rFonts w:asciiTheme="minorHAnsi" w:eastAsiaTheme="minorHAnsi" w:hAnsiTheme="minorHAnsi" w:cstheme="minorBidi"/>
          <w:b/>
          <w:sz w:val="18"/>
          <w:szCs w:val="18"/>
          <w:lang w:val="en-US" w:eastAsia="en-US"/>
        </w:rPr>
        <w:t>H</w:t>
      </w:r>
      <w:r w:rsidRPr="00BF5560">
        <w:rPr>
          <w:rFonts w:asciiTheme="minorHAnsi" w:eastAsiaTheme="minorHAnsi" w:hAnsiTheme="minorHAnsi" w:cstheme="minorBidi"/>
          <w:b/>
          <w:sz w:val="18"/>
          <w:szCs w:val="18"/>
          <w:vertAlign w:val="subscript"/>
          <w:lang w:val="en-US" w:eastAsia="en-US"/>
        </w:rPr>
        <w:t>4</w:t>
      </w:r>
    </w:p>
    <w:p w14:paraId="1A88843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0243FD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22"/>
          <w:szCs w:val="22"/>
          <w:lang w:val="fr-FR" w:eastAsia="fr-FR"/>
        </w:rPr>
        <w:drawing>
          <wp:inline distT="0" distB="0" distL="0" distR="0" wp14:anchorId="3112F92A" wp14:editId="3FED906E">
            <wp:extent cx="614362" cy="361618"/>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pic:nvPicPr>
                  <pic:blipFill>
                    <a:blip r:embed="rId32">
                      <a:extLst>
                        <a:ext uri="{28A0092B-C50C-407E-A947-70E740481C1C}">
                          <a14:useLocalDpi xmlns:a14="http://schemas.microsoft.com/office/drawing/2010/main" val="0"/>
                        </a:ext>
                      </a:extLst>
                    </a:blip>
                    <a:stretch>
                      <a:fillRect/>
                    </a:stretch>
                  </pic:blipFill>
                  <pic:spPr>
                    <a:xfrm>
                      <a:off x="0" y="0"/>
                      <a:ext cx="614362" cy="361618"/>
                    </a:xfrm>
                    <a:prstGeom prst="rect">
                      <a:avLst/>
                    </a:prstGeom>
                  </pic:spPr>
                </pic:pic>
              </a:graphicData>
            </a:graphic>
          </wp:inline>
        </w:drawing>
      </w:r>
    </w:p>
    <w:p w14:paraId="05577B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6        0.000000000      0.665616000      0.000000000</w:t>
      </w:r>
    </w:p>
    <w:p w14:paraId="083B3B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1        0.923789000      1.239603000      0.000000000</w:t>
      </w:r>
    </w:p>
    <w:p w14:paraId="636951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-0.923751000      1.239647000      0.000000000</w:t>
      </w:r>
    </w:p>
    <w:p w14:paraId="5A68AE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0.000000000     -0.665616000      0.000000000</w:t>
      </w:r>
    </w:p>
    <w:p w14:paraId="7CE88E7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-0.923789000     -1.239603000      0.000000000</w:t>
      </w:r>
    </w:p>
    <w:p w14:paraId="00AE62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0.923751000     -1.239647000      0.000000000</w:t>
      </w:r>
    </w:p>
    <w:p w14:paraId="3CFAC2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7B13F9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8568F4B"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r w:rsidRPr="00BF5560">
        <w:rPr>
          <w:rFonts w:asciiTheme="minorHAnsi" w:eastAsiaTheme="minorHAnsi" w:hAnsiTheme="minorHAnsi" w:cstheme="minorBidi"/>
          <w:b/>
          <w:sz w:val="18"/>
          <w:szCs w:val="18"/>
          <w:lang w:val="en-US" w:eastAsia="en-US"/>
        </w:rPr>
        <w:t xml:space="preserve">A2– </w:t>
      </w:r>
      <w:proofErr w:type="spellStart"/>
      <w:r w:rsidRPr="00BF5560">
        <w:rPr>
          <w:rFonts w:asciiTheme="minorHAnsi" w:eastAsiaTheme="minorHAnsi" w:hAnsiTheme="minorHAnsi" w:cstheme="minorBidi"/>
          <w:b/>
          <w:sz w:val="18"/>
          <w:szCs w:val="18"/>
          <w:lang w:val="en-US" w:eastAsia="en-US"/>
        </w:rPr>
        <w:t>epo</w:t>
      </w:r>
      <w:proofErr w:type="spellEnd"/>
    </w:p>
    <w:p w14:paraId="3BC3FF4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6925D24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22"/>
          <w:szCs w:val="22"/>
          <w:lang w:val="fr-FR" w:eastAsia="fr-FR"/>
        </w:rPr>
        <w:drawing>
          <wp:inline distT="0" distB="0" distL="0" distR="0" wp14:anchorId="17CAB371" wp14:editId="5652A39B">
            <wp:extent cx="538162" cy="41822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pic:nvPicPr>
                  <pic:blipFill>
                    <a:blip r:embed="rId33">
                      <a:extLst>
                        <a:ext uri="{28A0092B-C50C-407E-A947-70E740481C1C}">
                          <a14:useLocalDpi xmlns:a14="http://schemas.microsoft.com/office/drawing/2010/main" val="0"/>
                        </a:ext>
                      </a:extLst>
                    </a:blip>
                    <a:stretch>
                      <a:fillRect/>
                    </a:stretch>
                  </pic:blipFill>
                  <pic:spPr>
                    <a:xfrm>
                      <a:off x="0" y="0"/>
                      <a:ext cx="538162" cy="418228"/>
                    </a:xfrm>
                    <a:prstGeom prst="rect">
                      <a:avLst/>
                    </a:prstGeom>
                  </pic:spPr>
                </pic:pic>
              </a:graphicData>
            </a:graphic>
          </wp:inline>
        </w:drawing>
      </w:r>
    </w:p>
    <w:p w14:paraId="6B0125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6        0.000000000      0.823033000      0.000000000</w:t>
      </w:r>
    </w:p>
    <w:p w14:paraId="261780D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0.663277000     -0.487998000      0.000000000</w:t>
      </w:r>
    </w:p>
    <w:p w14:paraId="6EB63F8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-0.044284000      1.406100000      0.920513000</w:t>
      </w:r>
    </w:p>
    <w:p w14:paraId="60AFD0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1.105429000     -0.869573000      0.920803000</w:t>
      </w:r>
    </w:p>
    <w:p w14:paraId="53EBCE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-0.762744000     -0.385408000      0.000000000</w:t>
      </w:r>
    </w:p>
    <w:p w14:paraId="1856460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-0.044284000      1.406100000     -0.920513000</w:t>
      </w:r>
    </w:p>
    <w:p w14:paraId="40C93D2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1.105429000     -0.869573000     -0.920803000</w:t>
      </w:r>
    </w:p>
    <w:p w14:paraId="033BED5E"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p>
    <w:p w14:paraId="2D0DEDB7"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p>
    <w:p w14:paraId="0A6552AA"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p>
    <w:p w14:paraId="6C20EB51"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p>
    <w:p w14:paraId="45F07F08"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r w:rsidRPr="00BF5560">
        <w:rPr>
          <w:rFonts w:asciiTheme="minorHAnsi" w:eastAsiaTheme="minorHAnsi" w:hAnsiTheme="minorHAnsi" w:cstheme="minorBidi"/>
          <w:b/>
          <w:sz w:val="18"/>
          <w:szCs w:val="18"/>
          <w:lang w:val="en-US" w:eastAsia="en-US"/>
        </w:rPr>
        <w:t>A3 – TBHP</w:t>
      </w:r>
    </w:p>
    <w:p w14:paraId="3646327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E09FF6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22"/>
          <w:szCs w:val="22"/>
          <w:lang w:val="fr-FR" w:eastAsia="fr-FR"/>
        </w:rPr>
        <w:drawing>
          <wp:inline distT="0" distB="0" distL="0" distR="0" wp14:anchorId="3B5B5BEF" wp14:editId="3AE2A582">
            <wp:extent cx="571500" cy="549225"/>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pic:nvPicPr>
                  <pic:blipFill>
                    <a:blip r:embed="rId34">
                      <a:extLst>
                        <a:ext uri="{28A0092B-C50C-407E-A947-70E740481C1C}">
                          <a14:useLocalDpi xmlns:a14="http://schemas.microsoft.com/office/drawing/2010/main" val="0"/>
                        </a:ext>
                      </a:extLst>
                    </a:blip>
                    <a:stretch>
                      <a:fillRect/>
                    </a:stretch>
                  </pic:blipFill>
                  <pic:spPr>
                    <a:xfrm>
                      <a:off x="0" y="0"/>
                      <a:ext cx="571500" cy="549225"/>
                    </a:xfrm>
                    <a:prstGeom prst="rect">
                      <a:avLst/>
                    </a:prstGeom>
                  </pic:spPr>
                </pic:pic>
              </a:graphicData>
            </a:graphic>
          </wp:inline>
        </w:drawing>
      </w:r>
    </w:p>
    <w:p w14:paraId="2097F0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6        0.386063000      0.000211000      0.035516000</w:t>
      </w:r>
    </w:p>
    <w:p w14:paraId="0001A9A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-0.724877000     -0.051131000     -0.892876000</w:t>
      </w:r>
    </w:p>
    <w:p w14:paraId="5AD56BE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-1.972121000      0.107335000     -0.155683000</w:t>
      </w:r>
    </w:p>
    <w:p w14:paraId="4899D57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1.585594000     -0.148364000     -0.908710000</w:t>
      </w:r>
    </w:p>
    <w:p w14:paraId="509EF5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0.308477000     -1.169459000      1.023961000</w:t>
      </w:r>
    </w:p>
    <w:p w14:paraId="7D3622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6        0.408392000      1.352799000      0.755437000</w:t>
      </w:r>
    </w:p>
    <w:p w14:paraId="20D1CA0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-2.332288000     -0.792908000     -0.245178000</w:t>
      </w:r>
    </w:p>
    <w:p w14:paraId="2B40C39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1        1.280879000      1.423828000      1.414956000</w:t>
      </w:r>
    </w:p>
    <w:p w14:paraId="6E9B54A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1.184972000     -1.179544000      1.681110000</w:t>
      </w:r>
    </w:p>
    <w:p w14:paraId="580BC01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2.518340000     -0.109351000     -0.336278000</w:t>
      </w:r>
    </w:p>
    <w:p w14:paraId="55D442F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-0.583795000     -1.085739000      1.651566000</w:t>
      </w:r>
    </w:p>
    <w:p w14:paraId="4B18C73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0.273436000     -2.124477000      0.486863000</w:t>
      </w:r>
    </w:p>
    <w:p w14:paraId="109F03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1.545636000     -1.103632000     -1.442442000</w:t>
      </w:r>
    </w:p>
    <w:p w14:paraId="3F6207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1.596327000      0.660559000     -1.645981000</w:t>
      </w:r>
    </w:p>
    <w:p w14:paraId="2ED7B06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1        0.455220000      2.169404000      0.027401000</w:t>
      </w:r>
    </w:p>
    <w:p w14:paraId="2396F8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-0.493901000      1.481099000      1.359235000</w:t>
      </w:r>
    </w:p>
    <w:p w14:paraId="71CBBA4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FB5440E" w14:textId="77777777" w:rsidR="00ED626C" w:rsidRPr="00BF5560" w:rsidRDefault="00ED626C" w:rsidP="00ED626C">
      <w:pPr>
        <w:pBdr>
          <w:bottom w:val="single" w:sz="4" w:space="1" w:color="auto"/>
        </w:pBdr>
        <w:spacing w:after="160" w:line="259" w:lineRule="auto"/>
        <w:rPr>
          <w:rFonts w:asciiTheme="minorHAnsi" w:eastAsiaTheme="minorHAnsi" w:hAnsiTheme="minorHAnsi" w:cstheme="minorBidi"/>
          <w:b/>
          <w:sz w:val="18"/>
          <w:szCs w:val="18"/>
          <w:lang w:val="en-US" w:eastAsia="en-US"/>
        </w:rPr>
      </w:pPr>
      <w:r w:rsidRPr="00BF5560">
        <w:rPr>
          <w:rFonts w:asciiTheme="minorHAnsi" w:eastAsiaTheme="minorHAnsi" w:hAnsiTheme="minorHAnsi" w:cstheme="minorBidi"/>
          <w:b/>
          <w:sz w:val="18"/>
          <w:szCs w:val="18"/>
          <w:lang w:val="en-US" w:eastAsia="en-US"/>
        </w:rPr>
        <w:t xml:space="preserve">A4 – </w:t>
      </w:r>
      <w:proofErr w:type="spellStart"/>
      <w:r w:rsidRPr="00BF5560">
        <w:rPr>
          <w:rFonts w:asciiTheme="minorHAnsi" w:eastAsiaTheme="minorHAnsi" w:hAnsiTheme="minorHAnsi" w:cstheme="minorBidi"/>
          <w:b/>
          <w:sz w:val="18"/>
          <w:szCs w:val="18"/>
          <w:lang w:val="en-US" w:eastAsia="en-US"/>
        </w:rPr>
        <w:t>tBuOH</w:t>
      </w:r>
      <w:proofErr w:type="spellEnd"/>
    </w:p>
    <w:p w14:paraId="58008B0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7E353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22"/>
          <w:szCs w:val="22"/>
          <w:lang w:val="fr-FR" w:eastAsia="fr-FR"/>
        </w:rPr>
        <w:drawing>
          <wp:inline distT="0" distB="0" distL="0" distR="0" wp14:anchorId="23F44338" wp14:editId="6CC390C2">
            <wp:extent cx="585787" cy="586627"/>
            <wp:effectExtent l="0" t="0" r="508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pic:cNvPicPr/>
                  </pic:nvPicPr>
                  <pic:blipFill>
                    <a:blip r:embed="rId35">
                      <a:extLst>
                        <a:ext uri="{28A0092B-C50C-407E-A947-70E740481C1C}">
                          <a14:useLocalDpi xmlns:a14="http://schemas.microsoft.com/office/drawing/2010/main" val="0"/>
                        </a:ext>
                      </a:extLst>
                    </a:blip>
                    <a:stretch>
                      <a:fillRect/>
                    </a:stretch>
                  </pic:blipFill>
                  <pic:spPr>
                    <a:xfrm>
                      <a:off x="0" y="0"/>
                      <a:ext cx="585787" cy="586627"/>
                    </a:xfrm>
                    <a:prstGeom prst="rect">
                      <a:avLst/>
                    </a:prstGeom>
                  </pic:spPr>
                </pic:pic>
              </a:graphicData>
            </a:graphic>
          </wp:inline>
        </w:drawing>
      </w:r>
    </w:p>
    <w:p w14:paraId="5715B6A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770C1AC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-0.005589000     -0.000026000      0.014420000</w:t>
      </w:r>
    </w:p>
    <w:p w14:paraId="266CFBE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0.015118000     -0.000431000      1.451985000</w:t>
      </w:r>
    </w:p>
    <w:p w14:paraId="3E0951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1        0.945639000      0.001902000      1.728630000</w:t>
      </w:r>
    </w:p>
    <w:p w14:paraId="06808B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-1.490947000     -0.005338000     -0.356041000</w:t>
      </w:r>
    </w:p>
    <w:p w14:paraId="0C80245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0.694937000     -1.262772000     -0.510972000</w:t>
      </w:r>
    </w:p>
    <w:p w14:paraId="2AFF1A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0.685524000      1.268259000     -0.510112000</w:t>
      </w:r>
    </w:p>
    <w:p w14:paraId="17B744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0.646742000      1.325318000     -1.604317000</w:t>
      </w:r>
    </w:p>
    <w:p w14:paraId="6CDBA5A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0.656167000     -1.319650000     -1.605180000</w:t>
      </w:r>
    </w:p>
    <w:p w14:paraId="416F50B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-1.623187000     -0.004815000     -1.443350000</w:t>
      </w:r>
    </w:p>
    <w:p w14:paraId="66791E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1.752964000     -1.271531000     -0.216357000</w:t>
      </w:r>
    </w:p>
    <w:p w14:paraId="4F8F402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0.219546000     -2.158915000     -0.098630000</w:t>
      </w:r>
    </w:p>
    <w:p w14:paraId="459D455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-1.981082000     -0.894002000      0.055230000</w:t>
      </w:r>
    </w:p>
    <w:p w14:paraId="3D7978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-1.987701000      0.878867000      0.056897000</w:t>
      </w:r>
    </w:p>
    <w:p w14:paraId="781400D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0.203120000      2.160551000     -0.097564000</w:t>
      </w:r>
    </w:p>
    <w:p w14:paraId="3271E7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sectPr w:rsidR="00ED626C" w:rsidRPr="00BF5560" w:rsidSect="00BF5560">
          <w:type w:val="continuous"/>
          <w:pgSz w:w="11906" w:h="16838"/>
          <w:pgMar w:top="1417" w:right="1417" w:bottom="1417" w:left="1417" w:header="708" w:footer="708" w:gutter="0"/>
          <w:cols w:num="2" w:space="708"/>
          <w:docGrid w:linePitch="360"/>
        </w:sectPr>
      </w:pPr>
      <w:r w:rsidRPr="00BF5560">
        <w:rPr>
          <w:rFonts w:asciiTheme="minorHAnsi" w:eastAsiaTheme="minorHAnsi" w:hAnsiTheme="minorHAnsi" w:cstheme="minorBidi"/>
          <w:sz w:val="18"/>
          <w:szCs w:val="18"/>
          <w:lang w:val="en-US" w:eastAsia="en-US"/>
        </w:rPr>
        <w:t>1        1.743307000      1.284985000     -0.215007000</w:t>
      </w:r>
    </w:p>
    <w:p w14:paraId="56BC32A7" w14:textId="77777777" w:rsidR="00ED626C" w:rsidRPr="00BF5560" w:rsidRDefault="00ED626C" w:rsidP="00ED626C">
      <w:pPr>
        <w:spacing w:after="160" w:line="259" w:lineRule="auto"/>
        <w:rPr>
          <w:rFonts w:asciiTheme="minorHAnsi" w:eastAsiaTheme="minorHAnsi" w:hAnsiTheme="minorHAnsi" w:cstheme="minorBidi"/>
          <w:sz w:val="18"/>
          <w:szCs w:val="18"/>
          <w:lang w:val="en-US" w:eastAsia="en-US"/>
        </w:rPr>
      </w:pPr>
    </w:p>
    <w:p w14:paraId="0CF018D2" w14:textId="77777777" w:rsidR="00ED626C" w:rsidRPr="00BF5560" w:rsidRDefault="00ED626C" w:rsidP="00ED626C">
      <w:pPr>
        <w:spacing w:after="160" w:line="259" w:lineRule="auto"/>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br w:type="page"/>
      </w:r>
    </w:p>
    <w:p w14:paraId="71F4F632" w14:textId="77777777" w:rsidR="00ED626C" w:rsidRPr="00BF5560" w:rsidRDefault="00ED626C" w:rsidP="00ED626C">
      <w:pPr>
        <w:spacing w:after="160" w:line="259" w:lineRule="auto"/>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B- DFT coordinates for TBHP as oxidant – Gas phase</w:t>
      </w:r>
    </w:p>
    <w:p w14:paraId="5D95C80F"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r w:rsidRPr="00BF5560">
        <w:rPr>
          <w:rFonts w:asciiTheme="minorHAnsi" w:eastAsiaTheme="minorHAnsi" w:hAnsiTheme="minorHAnsi" w:cstheme="minorBidi"/>
          <w:b/>
          <w:bCs/>
          <w:sz w:val="18"/>
          <w:szCs w:val="18"/>
          <w:lang w:val="en-US" w:eastAsia="en-US"/>
        </w:rPr>
        <w:t>B1 - With Ligand L</w:t>
      </w:r>
      <w:r w:rsidRPr="00BF5560">
        <w:rPr>
          <w:rFonts w:asciiTheme="minorHAnsi" w:eastAsiaTheme="minorHAnsi" w:hAnsiTheme="minorHAnsi" w:cstheme="minorBidi"/>
          <w:b/>
          <w:bCs/>
          <w:sz w:val="18"/>
          <w:szCs w:val="18"/>
          <w:vertAlign w:val="superscript"/>
          <w:lang w:val="en-US" w:eastAsia="en-US"/>
        </w:rPr>
        <w:t>1</w:t>
      </w:r>
    </w:p>
    <w:p w14:paraId="5628D6DE" w14:textId="77777777" w:rsidR="00ED626C" w:rsidRPr="00BF5560" w:rsidRDefault="00ED626C" w:rsidP="00ED626C">
      <w:pPr>
        <w:pBdr>
          <w:top w:val="single" w:sz="4" w:space="1" w:color="auto"/>
        </w:pBdr>
        <w:spacing w:after="100" w:afterAutospacing="1"/>
        <w:contextualSpacing/>
        <w:rPr>
          <w:rFonts w:asciiTheme="minorHAnsi" w:eastAsiaTheme="minorHAnsi" w:hAnsiTheme="minorHAnsi" w:cstheme="minorBidi"/>
          <w:b/>
          <w:bCs/>
          <w:sz w:val="18"/>
          <w:szCs w:val="18"/>
          <w:lang w:val="en-US" w:eastAsia="en-US"/>
        </w:rPr>
      </w:pPr>
    </w:p>
    <w:p w14:paraId="77C7E04E" w14:textId="77777777" w:rsidR="00ED626C" w:rsidRPr="00BF5560" w:rsidRDefault="00ED626C" w:rsidP="00ED626C">
      <w:pPr>
        <w:pBdr>
          <w:top w:val="single" w:sz="4" w:space="1" w:color="auto"/>
        </w:pBdr>
        <w:spacing w:after="100" w:afterAutospacing="1"/>
        <w:contextualSpacing/>
        <w:rPr>
          <w:rFonts w:asciiTheme="minorHAnsi" w:eastAsiaTheme="minorHAnsi" w:hAnsiTheme="minorHAnsi" w:cstheme="minorBidi"/>
          <w:b/>
          <w:bCs/>
          <w:sz w:val="18"/>
          <w:szCs w:val="18"/>
          <w:lang w:val="en-US" w:eastAsia="en-US"/>
        </w:rPr>
        <w:sectPr w:rsidR="00ED626C" w:rsidRPr="00BF5560" w:rsidSect="00BF5560">
          <w:type w:val="continuous"/>
          <w:pgSz w:w="11906" w:h="16838"/>
          <w:pgMar w:top="1417" w:right="1417" w:bottom="1417" w:left="1417" w:header="708" w:footer="708" w:gutter="0"/>
          <w:cols w:space="708"/>
          <w:docGrid w:linePitch="360"/>
        </w:sectPr>
      </w:pPr>
    </w:p>
    <w:p w14:paraId="49F5127C"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1</w:t>
      </w:r>
      <w:r w:rsidRPr="00BF5560">
        <w:rPr>
          <w:rFonts w:asciiTheme="minorHAnsi" w:eastAsiaTheme="minorHAnsi" w:hAnsiTheme="minorHAnsi" w:cstheme="minorBidi"/>
          <w:i/>
          <w:iCs/>
          <w:sz w:val="18"/>
          <w:szCs w:val="18"/>
          <w:lang w:val="en-US" w:eastAsia="en-US"/>
        </w:rPr>
        <w:t>(MeOH)</w:t>
      </w:r>
    </w:p>
    <w:p w14:paraId="59D30C8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0940C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5956561" wp14:editId="6F5EFA4D">
            <wp:extent cx="1527518" cy="8437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VVL1-meo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8665" cy="860956"/>
                    </a:xfrm>
                    <a:prstGeom prst="rect">
                      <a:avLst/>
                    </a:prstGeom>
                  </pic:spPr>
                </pic:pic>
              </a:graphicData>
            </a:graphic>
          </wp:inline>
        </w:drawing>
      </w:r>
    </w:p>
    <w:p w14:paraId="1AA6ED7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0.287666000     -1.514676000     -0.504120000</w:t>
      </w:r>
    </w:p>
    <w:p w14:paraId="10F0852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2.144014000     -0.752365000     -0.294954000</w:t>
      </w:r>
    </w:p>
    <w:p w14:paraId="76313FB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-1.565353000     -1.411090000      0.082883000</w:t>
      </w:r>
    </w:p>
    <w:p w14:paraId="5A658CA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0.645363000     -1.424014000      2.021257000</w:t>
      </w:r>
    </w:p>
    <w:p w14:paraId="04D16E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1.022133000     -2.319978000      2.057454000</w:t>
      </w:r>
    </w:p>
    <w:p w14:paraId="71979E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-5.624978000      2.342528000     -0.094947000</w:t>
      </w:r>
    </w:p>
    <w:p w14:paraId="60B702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0.108712000     -1.406015000     -2.185325000</w:t>
      </w:r>
    </w:p>
    <w:p w14:paraId="67DCE82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0.703090000     -3.125229000     -0.109334000</w:t>
      </w:r>
    </w:p>
    <w:p w14:paraId="20C2D06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0.142879000      0.712702000     -0.023676000</w:t>
      </w:r>
    </w:p>
    <w:p w14:paraId="6CC298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7        6.385133000      1.929815000      0.010732000</w:t>
      </w:r>
    </w:p>
    <w:p w14:paraId="0054C12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7        1.345001000      1.380290000      0.076735000</w:t>
      </w:r>
    </w:p>
    <w:p w14:paraId="4E81CD4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3.724151000      1.024081000     -0.060427000</w:t>
      </w:r>
    </w:p>
    <w:p w14:paraId="64AC0E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-2.272172000      0.906463000      0.014416000</w:t>
      </w:r>
    </w:p>
    <w:p w14:paraId="37ACB5F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-2.539511000     -0.488793000     -0.007227000</w:t>
      </w:r>
    </w:p>
    <w:p w14:paraId="77CD044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-4.921762000     -0.010062000     -0.100932000</w:t>
      </w:r>
    </w:p>
    <w:p w14:paraId="0F2A82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-5.937399000     -0.385934000     -0.149143000</w:t>
      </w:r>
    </w:p>
    <w:p w14:paraId="6CF02A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-4.666595000      1.371263000     -0.070131000</w:t>
      </w:r>
    </w:p>
    <w:p w14:paraId="54A332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2.328295000      0.539090000     -0.096256000</w:t>
      </w:r>
    </w:p>
    <w:p w14:paraId="13E1B7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-3.867804000     -0.921211000     -0.066366000</w:t>
      </w:r>
    </w:p>
    <w:p w14:paraId="553CE9C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-4.060855000     -1.988940000     -0.081053000</w:t>
      </w:r>
    </w:p>
    <w:p w14:paraId="1CE051A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4.790253000      0.138240000     -0.253309000</w:t>
      </w:r>
    </w:p>
    <w:p w14:paraId="64A8500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4.603904000     -0.914183000     -0.434553000</w:t>
      </w:r>
    </w:p>
    <w:p w14:paraId="2812DB6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-3.346895000      1.813422000     -0.007801000</w:t>
      </w:r>
    </w:p>
    <w:p w14:paraId="76780D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-3.157402000      2.882601000      0.012215000</w:t>
      </w:r>
    </w:p>
    <w:p w14:paraId="76B771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6        4.018770000      2.375365000      0.167166000</w:t>
      </w:r>
    </w:p>
    <w:p w14:paraId="767DD2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1        3.219202000      3.091178000      0.319357000</w:t>
      </w:r>
    </w:p>
    <w:p w14:paraId="5404E5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-0.931308000      1.434271000      0.079755000</w:t>
      </w:r>
    </w:p>
    <w:p w14:paraId="5AF1393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-0.800238000      2.509051000      0.212184000</w:t>
      </w:r>
    </w:p>
    <w:p w14:paraId="732E1A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6.090244000      0.642697000     -0.208336000</w:t>
      </w:r>
    </w:p>
    <w:p w14:paraId="4AAF06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6.938353000     -0.023687000     -0.356031000</w:t>
      </w:r>
    </w:p>
    <w:p w14:paraId="379CAB6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6        5.354420000      2.768014000      0.193007000</w:t>
      </w:r>
    </w:p>
    <w:p w14:paraId="106801A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1        5.612969000      3.810804000      0.368842000</w:t>
      </w:r>
    </w:p>
    <w:p w14:paraId="01154EB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-6.984409000      1.943800000     -0.175304000</w:t>
      </w:r>
    </w:p>
    <w:p w14:paraId="2978DE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-7.184752000      1.374025000     -1.092380000</w:t>
      </w:r>
    </w:p>
    <w:p w14:paraId="1CF7EF4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-7.565691000      2.867247000     -0.191324000</w:t>
      </w:r>
    </w:p>
    <w:p w14:paraId="6EA44D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-7.282326000      1.344269000      0.695383000</w:t>
      </w:r>
    </w:p>
    <w:p w14:paraId="304E635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-0.414593000     -1.326707000      2.981485000</w:t>
      </w:r>
    </w:p>
    <w:p w14:paraId="4A45C19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-1.206470000     -2.056779000      2.782677000</w:t>
      </w:r>
    </w:p>
    <w:p w14:paraId="711FC40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-0.825328000     -0.320143000      2.892063000</w:t>
      </w:r>
    </w:p>
    <w:p w14:paraId="6AAFE6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-0.022459000     -1.462911000      3.995748000</w:t>
      </w:r>
    </w:p>
    <w:p w14:paraId="79318C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7CEB1521"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1</w:t>
      </w:r>
    </w:p>
    <w:p w14:paraId="61968D7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67BF1A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9B5416D" wp14:editId="299BCA57">
            <wp:extent cx="1335136" cy="5012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VVL1-pent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6982" cy="516945"/>
                    </a:xfrm>
                    <a:prstGeom prst="rect">
                      <a:avLst/>
                    </a:prstGeom>
                  </pic:spPr>
                </pic:pic>
              </a:graphicData>
            </a:graphic>
          </wp:inline>
        </w:drawing>
      </w:r>
    </w:p>
    <w:p w14:paraId="2963BB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721DFE0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42       0.300712000      1.662152000      0.087558000</w:t>
      </w:r>
    </w:p>
    <w:p w14:paraId="03A790D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2.131126000      0.868342000     -0.157018000</w:t>
      </w:r>
    </w:p>
    <w:p w14:paraId="4E6D2F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-1.543841000      1.455504000     -0.481142000</w:t>
      </w:r>
    </w:p>
    <w:p w14:paraId="4DD16F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-5.630245000     -2.209257000      0.156519000</w:t>
      </w:r>
    </w:p>
    <w:p w14:paraId="76A3C96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8        0.225834000      1.990496000      1.749401000</w:t>
      </w:r>
    </w:p>
    <w:p w14:paraId="047322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0.669789000      3.074243000     -0.778435000</w:t>
      </w:r>
    </w:p>
    <w:p w14:paraId="50007D4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0.145197000     -0.600811000     -0.069358000</w:t>
      </w:r>
    </w:p>
    <w:p w14:paraId="3DD28CF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6.392482000     -1.800863000     -0.007601000</w:t>
      </w:r>
    </w:p>
    <w:p w14:paraId="5175E15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1.342419000     -1.288922000     -0.067994000</w:t>
      </w:r>
    </w:p>
    <w:p w14:paraId="32521C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3.727298000     -0.912974000     -0.059047000</w:t>
      </w:r>
    </w:p>
    <w:p w14:paraId="132D4A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-2.270159000     -0.815108000     -0.092462000</w:t>
      </w:r>
    </w:p>
    <w:p w14:paraId="4B7EC24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-2.530092000      0.566999000     -0.284022000</w:t>
      </w:r>
    </w:p>
    <w:p w14:paraId="58EF99F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-4.911996000      0.114421000     -0.177960000</w:t>
      </w:r>
    </w:p>
    <w:p w14:paraId="7AF2B5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-5.926944000      0.493371000     -0.212643000</w:t>
      </w:r>
    </w:p>
    <w:p w14:paraId="4C1D89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-4.664984000     -1.258787000      0.006929000</w:t>
      </w:r>
    </w:p>
    <w:p w14:paraId="243A04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2.330083000     -0.438522000     -0.086999000</w:t>
      </w:r>
    </w:p>
    <w:p w14:paraId="60C6EC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-3.855864000      1.009770000     -0.324720000</w:t>
      </w:r>
    </w:p>
    <w:p w14:paraId="4A6EE6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-4.042961000      2.067151000     -0.479305000</w:t>
      </w:r>
    </w:p>
    <w:p w14:paraId="1B99E6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4.788157000     -0.000879000     -0.095367000</w:t>
      </w:r>
    </w:p>
    <w:p w14:paraId="7A20F9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4.596485000      1.064921000     -0.144699000</w:t>
      </w:r>
    </w:p>
    <w:p w14:paraId="5E0464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-3.348662000     -1.710094000      0.042008000</w:t>
      </w:r>
    </w:p>
    <w:p w14:paraId="69A0C4D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-3.163758000     -2.770657000      0.183887000</w:t>
      </w:r>
    </w:p>
    <w:p w14:paraId="57AB754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4.028122000     -2.280661000      0.003791000</w:t>
      </w:r>
    </w:p>
    <w:p w14:paraId="67BEAE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3.232849000     -3.016664000      0.033977000</w:t>
      </w:r>
    </w:p>
    <w:p w14:paraId="1943286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-0.932089000     -1.334077000     -0.063664000</w:t>
      </w:r>
    </w:p>
    <w:p w14:paraId="407124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-0.790437000     -2.414537000     -0.028710000</w:t>
      </w:r>
    </w:p>
    <w:p w14:paraId="4F96CC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6.091498000     -0.498081000     -0.066703000</w:t>
      </w:r>
    </w:p>
    <w:p w14:paraId="67348F9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6.936485000      0.187537000     -0.093181000</w:t>
      </w:r>
    </w:p>
    <w:p w14:paraId="66760EB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5.366646000     -2.663593000      0.026201000</w:t>
      </w:r>
    </w:p>
    <w:p w14:paraId="5A1F61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5.631457000     -3.718319000      0.074453000</w:t>
      </w:r>
    </w:p>
    <w:p w14:paraId="00E8FEA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-6.990511000     -1.802689000      0.126139000</w:t>
      </w:r>
    </w:p>
    <w:p w14:paraId="057EB3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-7.220071000     -1.099047000      0.937103000</w:t>
      </w:r>
    </w:p>
    <w:p w14:paraId="68C566F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-7.575795000     -2.713181000      0.263920000</w:t>
      </w:r>
    </w:p>
    <w:p w14:paraId="780CEC3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-7.253897000     -1.345764000     -0.836904000</w:t>
      </w:r>
    </w:p>
    <w:p w14:paraId="22CF78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0C57B451"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1</w:t>
      </w:r>
      <w:r w:rsidRPr="00BF5560">
        <w:rPr>
          <w:rFonts w:asciiTheme="minorHAnsi" w:eastAsiaTheme="minorHAnsi" w:hAnsiTheme="minorHAnsi" w:cstheme="minorBidi"/>
          <w:i/>
          <w:iCs/>
          <w:sz w:val="18"/>
          <w:szCs w:val="18"/>
          <w:lang w:val="en-US" w:eastAsia="en-US"/>
        </w:rPr>
        <w:t>(TBHP)</w:t>
      </w:r>
    </w:p>
    <w:p w14:paraId="1BAD501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62E6FCF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58AE39FB" wp14:editId="2EF32BE0">
            <wp:extent cx="1607886" cy="9212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VVL1-tbh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1288" cy="946075"/>
                    </a:xfrm>
                    <a:prstGeom prst="rect">
                      <a:avLst/>
                    </a:prstGeom>
                  </pic:spPr>
                </pic:pic>
              </a:graphicData>
            </a:graphic>
          </wp:inline>
        </w:drawing>
      </w:r>
    </w:p>
    <w:p w14:paraId="528466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C55837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-0.200539000      0.318714000      1.597070000</w:t>
      </w:r>
    </w:p>
    <w:p w14:paraId="37A26BB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-2.024500000     -0.201903000      0.966892000</w:t>
      </w:r>
    </w:p>
    <w:p w14:paraId="6D0B17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8        1.608686000      0.708141000      1.024988000</w:t>
      </w:r>
    </w:p>
    <w:p w14:paraId="5D8CE48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5.803066000     -2.129558000     -1.192853000</w:t>
      </w:r>
    </w:p>
    <w:p w14:paraId="012774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0.041564000     -0.744004000      2.890367000</w:t>
      </w:r>
    </w:p>
    <w:p w14:paraId="61B0C07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-0.669602000      1.848953000      2.211773000</w:t>
      </w:r>
    </w:p>
    <w:p w14:paraId="54D54A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-0.013600000     -1.090092000     -0.170877000</w:t>
      </w:r>
    </w:p>
    <w:p w14:paraId="158528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-6.229456000     -2.188571000     -0.943908000</w:t>
      </w:r>
    </w:p>
    <w:p w14:paraId="307A7C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-1.197745000     -1.590814000     -0.669697000</w:t>
      </w:r>
    </w:p>
    <w:p w14:paraId="661030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-3.584013000     -1.467361000     -0.331038000</w:t>
      </w:r>
    </w:p>
    <w:p w14:paraId="162965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2.403221000     -1.113035000     -0.353952000</w:t>
      </w:r>
    </w:p>
    <w:p w14:paraId="4D2C64B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2.624092000     -0.012739000      0.515019000</w:t>
      </w:r>
    </w:p>
    <w:p w14:paraId="3B21C1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5.019590000     -0.312918000      0.259861000</w:t>
      </w:r>
    </w:p>
    <w:p w14:paraId="18F670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1        6.022983000      0.010651000      0.511591000</w:t>
      </w:r>
    </w:p>
    <w:p w14:paraId="4153153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4.811631000     -1.400696000     -0.606453000</w:t>
      </w:r>
    </w:p>
    <w:p w14:paraId="2B627CA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-2.197538000     -1.081243000     -0.005342000</w:t>
      </w:r>
    </w:p>
    <w:p w14:paraId="7C560FE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6        3.935696000      0.370678000      0.806967000</w:t>
      </w:r>
    </w:p>
    <w:p w14:paraId="0CACF1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1        4.091723000      1.217242000      1.467378000</w:t>
      </w:r>
    </w:p>
    <w:p w14:paraId="61CAD9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6       -4.662057000     -0.870418000      0.332002000</w:t>
      </w:r>
    </w:p>
    <w:p w14:paraId="3E12AE9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-4.490959000     -0.114728000      1.089856000</w:t>
      </w:r>
    </w:p>
    <w:p w14:paraId="6DBFDEB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3.507130000     -1.784758000     -0.909567000</w:t>
      </w:r>
    </w:p>
    <w:p w14:paraId="74D118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3.353729000     -2.624875000     -1.580252000</w:t>
      </w:r>
    </w:p>
    <w:p w14:paraId="14ADB0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-3.857347000     -2.433641000     -1.308963000</w:t>
      </w:r>
    </w:p>
    <w:p w14:paraId="666BE7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-3.047878000     -2.917216000     -1.843669000</w:t>
      </w:r>
    </w:p>
    <w:p w14:paraId="5489C5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1.077558000     -1.543009000     -0.714226000</w:t>
      </w:r>
    </w:p>
    <w:p w14:paraId="447C5BD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0.966198000     -2.300338000     -1.490558000</w:t>
      </w:r>
    </w:p>
    <w:p w14:paraId="71DC090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-5.954430000     -1.266983000     -0.012965000</w:t>
      </w:r>
    </w:p>
    <w:p w14:paraId="2153BE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-6.812487000     -0.819200000      0.485038000</w:t>
      </w:r>
    </w:p>
    <w:p w14:paraId="24CD21D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-5.187156000     -2.751683000     -1.571865000</w:t>
      </w:r>
    </w:p>
    <w:p w14:paraId="6C97DF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-5.430702000     -3.498357000     -2.325648000</w:t>
      </w:r>
    </w:p>
    <w:p w14:paraId="19669D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7.151290000     -1.782421000     -0.914035000</w:t>
      </w:r>
    </w:p>
    <w:p w14:paraId="10B31E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7.379881000     -1.878801000      0.155530000</w:t>
      </w:r>
    </w:p>
    <w:p w14:paraId="429925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7.762936000     -2.488655000     -1.477697000</w:t>
      </w:r>
    </w:p>
    <w:p w14:paraId="084DC1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7.381652000     -0.760722000     -1.243916000</w:t>
      </w:r>
    </w:p>
    <w:p w14:paraId="2A0863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-1.608235000      2.793260000      0.905892000</w:t>
      </w:r>
    </w:p>
    <w:p w14:paraId="1EDCD37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-1.969909000      2.861220000     -0.006449000</w:t>
      </w:r>
    </w:p>
    <w:p w14:paraId="18A9C3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-0.978379000      2.057130000     -0.708141000</w:t>
      </w:r>
    </w:p>
    <w:p w14:paraId="43CAE4C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-0.224636000      2.926920000     -1.606441000</w:t>
      </w:r>
    </w:p>
    <w:p w14:paraId="59B664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-1.194558000      3.604470000     -2.580376000</w:t>
      </w:r>
    </w:p>
    <w:p w14:paraId="4546F30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-1.771308000      2.852762000     -3.129558000</w:t>
      </w:r>
    </w:p>
    <w:p w14:paraId="4DE54CF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-1.892277000      4.251078000     -2.043607000</w:t>
      </w:r>
    </w:p>
    <w:p w14:paraId="70C6BD9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-0.639555000      4.213424000     -3.302930000</w:t>
      </w:r>
    </w:p>
    <w:p w14:paraId="1364B24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-0.085268000      4.592289000     -0.219613000</w:t>
      </w:r>
    </w:p>
    <w:p w14:paraId="19185F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0.582107000      3.947216000     -0.797521000</w:t>
      </w:r>
    </w:p>
    <w:p w14:paraId="570FE34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0.689837000      1.944232000     -2.344124000</w:t>
      </w:r>
    </w:p>
    <w:p w14:paraId="179003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0.098899000      1.170252000     -2.844729000</w:t>
      </w:r>
    </w:p>
    <w:p w14:paraId="0AEBA8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1.268678000      2.481437000     -3.103008000</w:t>
      </w:r>
    </w:p>
    <w:p w14:paraId="0DB0C27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1.391556000      1.465065000     -1.655898000</w:t>
      </w:r>
    </w:p>
    <w:p w14:paraId="512210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1.174608000      4.581387000     -1.466535000</w:t>
      </w:r>
    </w:p>
    <w:p w14:paraId="22DAF9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1.264143000      3.438893000     -0.107737000</w:t>
      </w:r>
    </w:p>
    <w:p w14:paraId="45B4FA7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AFA3AE4"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TS</w:t>
      </w:r>
    </w:p>
    <w:p w14:paraId="7CB220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5894FED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41E6F41C" wp14:editId="542FB7CD">
            <wp:extent cx="1358975" cy="752603"/>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ts-VVL1-tbhp-c2h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8328" cy="774397"/>
                    </a:xfrm>
                    <a:prstGeom prst="rect">
                      <a:avLst/>
                    </a:prstGeom>
                  </pic:spPr>
                </pic:pic>
              </a:graphicData>
            </a:graphic>
          </wp:inline>
        </w:drawing>
      </w:r>
    </w:p>
    <w:p w14:paraId="6701C7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42       0.442669000      1.041296000      1.399288000</w:t>
      </w:r>
    </w:p>
    <w:p w14:paraId="4A5E2F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-1.297058000      0.222217000      0.762924000</w:t>
      </w:r>
    </w:p>
    <w:p w14:paraId="1A4C3C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8        2.262441000      1.562163000      0.968882000</w:t>
      </w:r>
    </w:p>
    <w:p w14:paraId="79BB12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0.823365000     -0.103332000      2.587051000</w:t>
      </w:r>
    </w:p>
    <w:p w14:paraId="18B85A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-0.265388000      2.377284000      2.246976000</w:t>
      </w:r>
    </w:p>
    <w:p w14:paraId="73768E5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-0.213692000     -1.109378000     -0.784762000</w:t>
      </w:r>
    </w:p>
    <w:p w14:paraId="263F85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-2.606265000     -1.262673000     -0.573088000</w:t>
      </w:r>
    </w:p>
    <w:p w14:paraId="6DF1A7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6        4.608964000      1.336513000      1.037660000</w:t>
      </w:r>
    </w:p>
    <w:p w14:paraId="6AAAA9C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1        4.643792000      2.243597000      1.632155000</w:t>
      </w:r>
    </w:p>
    <w:p w14:paraId="30401B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4.492533000     -0.972672000     -0.510705000</w:t>
      </w:r>
    </w:p>
    <w:p w14:paraId="267084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4.462302000     -1.873645000     -1.116291000</w:t>
      </w:r>
    </w:p>
    <w:p w14:paraId="45A803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0.882208000     -0.471353000     -0.246799000</w:t>
      </w:r>
    </w:p>
    <w:p w14:paraId="5991FD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6        3.358701000      0.854101000      0.639821000</w:t>
      </w:r>
    </w:p>
    <w:p w14:paraId="50BCC1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6.821893000     -1.204704000     -0.505143000</w:t>
      </w:r>
    </w:p>
    <w:p w14:paraId="744960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3.296795000     -0.328428000     -0.148220000</w:t>
      </w:r>
    </w:p>
    <w:p w14:paraId="3E036A3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-4.986441000     -1.447360000     -0.304802000</w:t>
      </w:r>
    </w:p>
    <w:p w14:paraId="240DA48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2.050737000     -0.887780000     -0.620818000</w:t>
      </w:r>
    </w:p>
    <w:p w14:paraId="3A6CC6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2.088540000     -1.719204000     -1.325891000</w:t>
      </w:r>
    </w:p>
    <w:p w14:paraId="7A031E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-5.104317000     -2.335884000     -1.298898000</w:t>
      </w:r>
    </w:p>
    <w:p w14:paraId="64BE94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-3.976699000     -2.692807000     -1.930935000</w:t>
      </w:r>
    </w:p>
    <w:p w14:paraId="7E6103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-4.090186000     -3.416930000     -2.735913000</w:t>
      </w:r>
    </w:p>
    <w:p w14:paraId="6AC4A8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-1.297445000     -0.691919000     -0.185850000</w:t>
      </w:r>
    </w:p>
    <w:p w14:paraId="158007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8.107435000     -0.751035000     -0.113122000</w:t>
      </w:r>
    </w:p>
    <w:p w14:paraId="6BBF73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8.319942000      0.251977000     -0.507035000</w:t>
      </w:r>
    </w:p>
    <w:p w14:paraId="2AC32DC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8.217006000     -0.740544000      0.979589000</w:t>
      </w:r>
    </w:p>
    <w:p w14:paraId="1CC0A3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8.817666000     -1.462082000     -0.538671000</w:t>
      </w:r>
    </w:p>
    <w:p w14:paraId="255FA8D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6        5.784395000      0.677881000      0.681299000</w:t>
      </w:r>
    </w:p>
    <w:p w14:paraId="61DD96C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1        6.733272000      1.082213000      1.014725000</w:t>
      </w:r>
    </w:p>
    <w:p w14:paraId="0CEE132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-3.775440000     -0.883048000      0.095606000</w:t>
      </w:r>
    </w:p>
    <w:p w14:paraId="2460B3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-3.732266000     -0.169194000      0.910130000</w:t>
      </w:r>
    </w:p>
    <w:p w14:paraId="2CDBBF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-2.715238000     -2.195964000     -1.612891000</w:t>
      </w:r>
    </w:p>
    <w:p w14:paraId="0540700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-1.831916000     -2.517190000     -2.152629000</w:t>
      </w:r>
    </w:p>
    <w:p w14:paraId="14161C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5.732862000     -0.487931000     -0.099831000</w:t>
      </w:r>
    </w:p>
    <w:p w14:paraId="2F43B23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-1.040647000      3.265236000      1.071115000</w:t>
      </w:r>
    </w:p>
    <w:p w14:paraId="531856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-1.471127000      3.520047000      0.206803000</w:t>
      </w:r>
    </w:p>
    <w:p w14:paraId="67ADC0C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-0.114032000      2.395103000     -0.494736000</w:t>
      </w:r>
    </w:p>
    <w:p w14:paraId="0FCA5F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2.002054000      4.048337000     -0.298402000</w:t>
      </w:r>
    </w:p>
    <w:p w14:paraId="61CCE15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1.226805000      4.363867000     -1.004057000</w:t>
      </w:r>
    </w:p>
    <w:p w14:paraId="0BED1BE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0.480970000      3.138795000     -1.557296000</w:t>
      </w:r>
    </w:p>
    <w:p w14:paraId="22540B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-0.616658000      3.560768000     -2.550804000</w:t>
      </w:r>
    </w:p>
    <w:p w14:paraId="0D57F7C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-0.177164000      4.056566000     -3.424403000</w:t>
      </w:r>
    </w:p>
    <w:p w14:paraId="02CA37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-1.171912000      2.681278000     -2.894007000</w:t>
      </w:r>
    </w:p>
    <w:p w14:paraId="22B1EE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-1.320022000      4.251900000     -2.079638000</w:t>
      </w:r>
    </w:p>
    <w:p w14:paraId="1F04E1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0.529640000      5.024249000     -0.479242000</w:t>
      </w:r>
    </w:p>
    <w:p w14:paraId="193A99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1.701931000      4.934702000     -1.811085000</w:t>
      </w:r>
    </w:p>
    <w:p w14:paraId="781210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1.464223000      2.201559000     -2.289119000</w:t>
      </w:r>
    </w:p>
    <w:p w14:paraId="67FFE83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2.293474000      1.910033000     -1.642160000</w:t>
      </w:r>
    </w:p>
    <w:p w14:paraId="5F7B95A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0.948163000      1.300933000     -2.635751000</w:t>
      </w:r>
    </w:p>
    <w:p w14:paraId="232969E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1.880153000      2.718628000     -3.162021000</w:t>
      </w:r>
    </w:p>
    <w:p w14:paraId="06CFD5C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-2.248779000      5.059022000      2.283639000</w:t>
      </w:r>
    </w:p>
    <w:p w14:paraId="6E47E7A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-2.671760000      4.974449000      1.287686000</w:t>
      </w:r>
    </w:p>
    <w:p w14:paraId="578E3D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-2.642405000      5.853075000      0.653307000</w:t>
      </w:r>
    </w:p>
    <w:p w14:paraId="06DDC0E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-3.172748000      3.775675000      0.824385000</w:t>
      </w:r>
    </w:p>
    <w:p w14:paraId="043EC2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-3.316919000      2.936361000      1.497123000</w:t>
      </w:r>
    </w:p>
    <w:p w14:paraId="76C7CEF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-3.710342000      3.725682000     -0.115929000</w:t>
      </w:r>
    </w:p>
    <w:p w14:paraId="6A5CAD2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-5.910399000     -1.170967000      0.200777000</w:t>
      </w:r>
    </w:p>
    <w:p w14:paraId="006BAB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D8EE60C"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proofErr w:type="spellStart"/>
      <w:proofErr w:type="gramStart"/>
      <w:r w:rsidRPr="00BF5560">
        <w:rPr>
          <w:rFonts w:asciiTheme="minorHAnsi" w:eastAsiaTheme="minorHAnsi" w:hAnsiTheme="minorHAnsi" w:cstheme="minorBidi"/>
          <w:i/>
          <w:iCs/>
          <w:sz w:val="18"/>
          <w:szCs w:val="18"/>
          <w:lang w:val="en-US" w:eastAsia="en-US"/>
        </w:rPr>
        <w:t>MoO</w:t>
      </w:r>
      <w:proofErr w:type="spellEnd"/>
      <w:r w:rsidRPr="00BF5560">
        <w:rPr>
          <w:rFonts w:asciiTheme="minorHAnsi" w:eastAsiaTheme="minorHAnsi" w:hAnsiTheme="minorHAnsi" w:cstheme="minorBidi"/>
          <w:i/>
          <w:iCs/>
          <w:sz w:val="18"/>
          <w:szCs w:val="18"/>
          <w:lang w:val="en-US" w:eastAsia="en-US"/>
        </w:rPr>
        <w:t>(</w:t>
      </w:r>
      <w:proofErr w:type="gramEnd"/>
      <w:r w:rsidRPr="00BF5560">
        <w:rPr>
          <w:rFonts w:asciiTheme="minorHAnsi" w:eastAsiaTheme="minorHAnsi" w:hAnsiTheme="minorHAnsi" w:cstheme="minorBidi"/>
          <w:i/>
          <w:iCs/>
          <w:sz w:val="18"/>
          <w:szCs w:val="18"/>
          <w:lang w:val="en-US" w:eastAsia="en-US"/>
        </w:rPr>
        <w:t>OR)(OH)L</w:t>
      </w:r>
      <w:r w:rsidRPr="00BF5560">
        <w:rPr>
          <w:rFonts w:asciiTheme="minorHAnsi" w:eastAsiaTheme="minorHAnsi" w:hAnsiTheme="minorHAnsi" w:cstheme="minorBidi"/>
          <w:i/>
          <w:iCs/>
          <w:sz w:val="18"/>
          <w:szCs w:val="18"/>
          <w:vertAlign w:val="superscript"/>
          <w:lang w:val="en-US" w:eastAsia="en-US"/>
        </w:rPr>
        <w:t>1</w:t>
      </w:r>
    </w:p>
    <w:p w14:paraId="2E1C34A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45AB2750" wp14:editId="520FFADC">
            <wp:extent cx="1671725" cy="909815"/>
            <wp:effectExtent l="0" t="0" r="508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VVL1-oro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1119" cy="931255"/>
                    </a:xfrm>
                    <a:prstGeom prst="rect">
                      <a:avLst/>
                    </a:prstGeom>
                  </pic:spPr>
                </pic:pic>
              </a:graphicData>
            </a:graphic>
          </wp:inline>
        </w:drawing>
      </w:r>
    </w:p>
    <w:p w14:paraId="0B1CA4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0.186435000      0.907250000     -1.131216000</w:t>
      </w:r>
    </w:p>
    <w:p w14:paraId="64EE77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2.016452000      0.090270000     -0.896490000</w:t>
      </w:r>
    </w:p>
    <w:p w14:paraId="2B6A431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-1.662138000      1.091154000     -0.580431000</w:t>
      </w:r>
    </w:p>
    <w:p w14:paraId="269C6C9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-5.779218000     -2.366780000      0.691713000</w:t>
      </w:r>
    </w:p>
    <w:p w14:paraId="59FE05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-0.240146000     -0.092879000     -2.437374000</w:t>
      </w:r>
    </w:p>
    <w:p w14:paraId="01170E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0.731849000      2.373588000     -2.215740000</w:t>
      </w:r>
    </w:p>
    <w:p w14:paraId="6CA117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0.014876000     -0.913235000      0.187339000</w:t>
      </w:r>
    </w:p>
    <w:p w14:paraId="7B195C8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6.192126000     -2.427989000      0.329053000</w:t>
      </w:r>
    </w:p>
    <w:p w14:paraId="16FF470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1.201857000     -1.534986000      0.515042000</w:t>
      </w:r>
    </w:p>
    <w:p w14:paraId="5A5513B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3.565384000     -1.467964000      0.039680000</w:t>
      </w:r>
    </w:p>
    <w:p w14:paraId="0CE1249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-2.408186000     -1.031837000      0.282622000</w:t>
      </w:r>
    </w:p>
    <w:p w14:paraId="3445DD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-2.655587000      0.226622000     -0.327243000</w:t>
      </w:r>
    </w:p>
    <w:p w14:paraId="774A4C8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-5.040132000     -0.233480000     -0.274131000</w:t>
      </w:r>
    </w:p>
    <w:p w14:paraId="786751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-6.048430000      0.091682000     -0.503548000</w:t>
      </w:r>
    </w:p>
    <w:p w14:paraId="2EBB0A0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-4.806801000     -1.476606000      0.336563000</w:t>
      </w:r>
    </w:p>
    <w:p w14:paraId="587DA56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2.188009000     -0.953915000     -0.114115000</w:t>
      </w:r>
    </w:p>
    <w:p w14:paraId="673F7D5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-3.973898000      0.605252000     -0.594932000</w:t>
      </w:r>
    </w:p>
    <w:p w14:paraId="09B773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-4.151223000      1.571066000     -1.056440000</w:t>
      </w:r>
    </w:p>
    <w:p w14:paraId="5DE638D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4.628303000     -0.871621000     -0.647981000</w:t>
      </w:r>
    </w:p>
    <w:p w14:paraId="641F54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4.452637000     -0.028853000     -1.306896000</w:t>
      </w:r>
    </w:p>
    <w:p w14:paraId="20F45FD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-3.495608000     -1.859176000      0.612975000</w:t>
      </w:r>
    </w:p>
    <w:p w14:paraId="5A0D45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-3.323602000     -2.824210000      1.080364000</w:t>
      </w:r>
    </w:p>
    <w:p w14:paraId="4A2B22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6        3.845114000     -2.558015000      0.874868000</w:t>
      </w:r>
    </w:p>
    <w:p w14:paraId="73E7E0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3.047144000     -3.046983000      1.421721000</w:t>
      </w:r>
    </w:p>
    <w:p w14:paraId="21AF7CF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-1.074942000     -1.498336000      0.578718000</w:t>
      </w:r>
    </w:p>
    <w:p w14:paraId="645AD4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-0.963810000     -2.425013000      1.142035000</w:t>
      </w:r>
    </w:p>
    <w:p w14:paraId="0B98C2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5.910989000     -1.389807000     -0.467621000</w:t>
      </w:r>
    </w:p>
    <w:p w14:paraId="7E5CE3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6.756152000     -0.946336000     -0.991273000</w:t>
      </w:r>
    </w:p>
    <w:p w14:paraId="4C95575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5.164436000     -2.990608000      0.981289000</w:t>
      </w:r>
    </w:p>
    <w:p w14:paraId="1844021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5.411477000     -3.834112000      1.623626000</w:t>
      </w:r>
    </w:p>
    <w:p w14:paraId="041003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-7.129120000     -2.034979000      0.408785000</w:t>
      </w:r>
    </w:p>
    <w:p w14:paraId="756D5B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-7.294291000     -1.898003000     -0.668238000</w:t>
      </w:r>
    </w:p>
    <w:p w14:paraId="7F6AB33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-7.724017000     -2.880172000      0.759187000</w:t>
      </w:r>
    </w:p>
    <w:p w14:paraId="3B6ADF3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-7.443373000     -1.126979000      0.940969000</w:t>
      </w:r>
    </w:p>
    <w:p w14:paraId="0E02E3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1.086908000      3.092968000     -1.663392000</w:t>
      </w:r>
    </w:p>
    <w:p w14:paraId="1FEEE0D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8        0.596799000      1.983677000      0.432459000</w:t>
      </w:r>
    </w:p>
    <w:p w14:paraId="2A34D84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6        0.667506000      2.571289000      1.718172000</w:t>
      </w:r>
    </w:p>
    <w:p w14:paraId="485AB1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6        1.787028000      1.868304000      2.504726000</w:t>
      </w:r>
    </w:p>
    <w:p w14:paraId="5A68B4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1        1.571753000      0.799117000      2.601772000</w:t>
      </w:r>
    </w:p>
    <w:p w14:paraId="7DE27A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1        2.745561000      1.980206000      1.987003000</w:t>
      </w:r>
    </w:p>
    <w:p w14:paraId="747AE55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1        1.883789000      2.295529000      3.509582000</w:t>
      </w:r>
    </w:p>
    <w:p w14:paraId="29BC2C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1        1.946977000      4.185338000      1.009410000</w:t>
      </w:r>
    </w:p>
    <w:p w14:paraId="32FCFB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6        0.991801000      4.064075000      1.533006000</w:t>
      </w:r>
    </w:p>
    <w:p w14:paraId="2E5532F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-0.688612000      2.397955000      2.422652000</w:t>
      </w:r>
    </w:p>
    <w:p w14:paraId="159187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-0.924096000      1.336073000      2.547631000</w:t>
      </w:r>
    </w:p>
    <w:p w14:paraId="0B09E0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-0.670123000      2.865762000      3.413921000</w:t>
      </w:r>
    </w:p>
    <w:p w14:paraId="1502C5C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-1.487549000      2.858870000      1.833593000</w:t>
      </w:r>
    </w:p>
    <w:p w14:paraId="26698BC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1        1.066166000      4.572131000      2.501239000</w:t>
      </w:r>
    </w:p>
    <w:p w14:paraId="3A2425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1        0.206776000      4.555736000      0.947478000</w:t>
      </w:r>
    </w:p>
    <w:p w14:paraId="17B193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26F6D52" w14:textId="77777777" w:rsidR="00ED626C" w:rsidRPr="00BF5560" w:rsidRDefault="00ED626C" w:rsidP="00ED626C">
      <w:pPr>
        <w:spacing w:after="160" w:line="259" w:lineRule="auto"/>
        <w:rPr>
          <w:rFonts w:asciiTheme="minorHAnsi" w:eastAsiaTheme="minorHAnsi" w:hAnsiTheme="minorHAnsi" w:cstheme="minorBidi"/>
          <w:b/>
          <w:bCs/>
          <w:sz w:val="18"/>
          <w:szCs w:val="18"/>
          <w:lang w:val="en-US" w:eastAsia="en-US"/>
        </w:rPr>
      </w:pPr>
      <w:r w:rsidRPr="00BF5560">
        <w:rPr>
          <w:rFonts w:asciiTheme="minorHAnsi" w:eastAsiaTheme="minorHAnsi" w:hAnsiTheme="minorHAnsi" w:cstheme="minorBidi"/>
          <w:b/>
          <w:bCs/>
          <w:sz w:val="18"/>
          <w:szCs w:val="18"/>
          <w:lang w:val="en-US" w:eastAsia="en-US"/>
        </w:rPr>
        <w:br w:type="page"/>
      </w:r>
    </w:p>
    <w:p w14:paraId="57C1930B"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lang w:val="en-US" w:eastAsia="en-US"/>
        </w:rPr>
        <w:sectPr w:rsidR="00ED626C" w:rsidRPr="00BF5560" w:rsidSect="00BF5560">
          <w:type w:val="continuous"/>
          <w:pgSz w:w="11906" w:h="16838"/>
          <w:pgMar w:top="1417" w:right="1417" w:bottom="1417" w:left="1417" w:header="708" w:footer="708" w:gutter="0"/>
          <w:cols w:num="2" w:space="708"/>
          <w:docGrid w:linePitch="360"/>
        </w:sectPr>
      </w:pPr>
    </w:p>
    <w:p w14:paraId="3832E5F0"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r w:rsidRPr="00BF5560">
        <w:rPr>
          <w:rFonts w:asciiTheme="minorHAnsi" w:eastAsiaTheme="minorHAnsi" w:hAnsiTheme="minorHAnsi" w:cstheme="minorBidi"/>
          <w:b/>
          <w:bCs/>
          <w:sz w:val="18"/>
          <w:szCs w:val="18"/>
          <w:lang w:val="en-US" w:eastAsia="en-US"/>
        </w:rPr>
        <w:lastRenderedPageBreak/>
        <w:t>B2 - With Ligand L</w:t>
      </w:r>
      <w:r w:rsidRPr="00BF5560">
        <w:rPr>
          <w:rFonts w:asciiTheme="minorHAnsi" w:eastAsiaTheme="minorHAnsi" w:hAnsiTheme="minorHAnsi" w:cstheme="minorBidi"/>
          <w:b/>
          <w:bCs/>
          <w:sz w:val="18"/>
          <w:szCs w:val="18"/>
          <w:vertAlign w:val="superscript"/>
          <w:lang w:val="en-US" w:eastAsia="en-US"/>
        </w:rPr>
        <w:t>2</w:t>
      </w:r>
    </w:p>
    <w:p w14:paraId="13ABF2F8"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sectPr w:rsidR="00ED626C" w:rsidRPr="00BF5560" w:rsidSect="00BF5560">
          <w:type w:val="continuous"/>
          <w:pgSz w:w="11906" w:h="16838"/>
          <w:pgMar w:top="1417" w:right="1417" w:bottom="1417" w:left="1417" w:header="708" w:footer="708" w:gutter="0"/>
          <w:cols w:space="708"/>
          <w:docGrid w:linePitch="360"/>
        </w:sectPr>
      </w:pPr>
    </w:p>
    <w:p w14:paraId="4694D236"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p>
    <w:p w14:paraId="56512B58"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2</w:t>
      </w:r>
      <w:r w:rsidRPr="00BF5560">
        <w:rPr>
          <w:rFonts w:asciiTheme="minorHAnsi" w:eastAsiaTheme="minorHAnsi" w:hAnsiTheme="minorHAnsi" w:cstheme="minorBidi"/>
          <w:i/>
          <w:iCs/>
          <w:sz w:val="18"/>
          <w:szCs w:val="18"/>
          <w:lang w:val="en-US" w:eastAsia="en-US"/>
        </w:rPr>
        <w:t>(MeOH)</w:t>
      </w:r>
    </w:p>
    <w:p w14:paraId="02F8C4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CA9AE3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4A1798BF" wp14:editId="064BB487">
            <wp:extent cx="1542011" cy="916652"/>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VVL2-meo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6702" cy="925385"/>
                    </a:xfrm>
                    <a:prstGeom prst="rect">
                      <a:avLst/>
                    </a:prstGeom>
                  </pic:spPr>
                </pic:pic>
              </a:graphicData>
            </a:graphic>
          </wp:inline>
        </w:drawing>
      </w:r>
    </w:p>
    <w:p w14:paraId="348E71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579D22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0.227751000     -1.433078000     -0.567858000</w:t>
      </w:r>
    </w:p>
    <w:p w14:paraId="425033B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2.073895000     -0.662662000     -0.318689000</w:t>
      </w:r>
    </w:p>
    <w:p w14:paraId="19DD81E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-1.591271000     -1.405056000      0.157720000</w:t>
      </w:r>
    </w:p>
    <w:p w14:paraId="61CD1C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-0.053075000     -1.132358000     -2.212166000</w:t>
      </w:r>
    </w:p>
    <w:p w14:paraId="14D628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0.479929000     -1.466194000      1.918391000</w:t>
      </w:r>
    </w:p>
    <w:p w14:paraId="76E656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-0.406082000     -1.789601000      2.152923000</w:t>
      </w:r>
    </w:p>
    <w:p w14:paraId="7D9F6B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0.652908000     -3.076516000     -0.403993000</w:t>
      </w:r>
    </w:p>
    <w:p w14:paraId="67FC1E8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7        1.256893000      1.450529000      0.143995000</w:t>
      </w:r>
    </w:p>
    <w:p w14:paraId="4E2B897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3.633354000      1.127048000     -0.056774000</w:t>
      </w:r>
    </w:p>
    <w:p w14:paraId="7744859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-3.904607000     -0.957226000      0.030592000</w:t>
      </w:r>
    </w:p>
    <w:p w14:paraId="1AC523D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-4.072336000     -2.028624000     -0.010928000</w:t>
      </w:r>
    </w:p>
    <w:p w14:paraId="17FD5F1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-3.446520000      1.783795000      0.159802000</w:t>
      </w:r>
    </w:p>
    <w:p w14:paraId="6E363A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-3.282333000      2.856316000      0.206703000</w:t>
      </w:r>
    </w:p>
    <w:p w14:paraId="316BE9C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7        0.061775000      0.774329000      0.043272000</w:t>
      </w:r>
    </w:p>
    <w:p w14:paraId="13F40EC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-2.586729000     -0.496055000      0.091742000</w:t>
      </w:r>
    </w:p>
    <w:p w14:paraId="14E6899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-5.736849000      2.262990000      0.103728000</w:t>
      </w:r>
    </w:p>
    <w:p w14:paraId="6B39DF7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-2.350167000      0.903958000      0.147546000</w:t>
      </w:r>
    </w:p>
    <w:p w14:paraId="263DCD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5.990865000      0.642239000     -0.272890000</w:t>
      </w:r>
    </w:p>
    <w:p w14:paraId="2C05D8A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-1.020859000      1.466334000      0.210944000</w:t>
      </w:r>
    </w:p>
    <w:p w14:paraId="77563A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-0.915152000      2.536532000      0.394778000</w:t>
      </w:r>
    </w:p>
    <w:p w14:paraId="42005F8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6.241812000      1.934165000     -0.028667000</w:t>
      </w:r>
    </w:p>
    <w:p w14:paraId="235C79C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7.291627000      2.223447000     -0.023684000</w:t>
      </w:r>
    </w:p>
    <w:p w14:paraId="2DB9B88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6        5.245937000      2.886457000      0.209673000</w:t>
      </w:r>
    </w:p>
    <w:p w14:paraId="48E964C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1        5.511010000      3.922010000      0.400397000</w:t>
      </w:r>
    </w:p>
    <w:p w14:paraId="3CCB9CD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2.246717000      0.628314000     -0.080816000</w:t>
      </w:r>
    </w:p>
    <w:p w14:paraId="6A4D35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-7.086816000      1.835467000      0.018133000</w:t>
      </w:r>
    </w:p>
    <w:p w14:paraId="2F05B07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-7.367120000      1.205717000      0.873289000</w:t>
      </w:r>
    </w:p>
    <w:p w14:paraId="084EAF9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-7.278390000      1.285959000     -0.913172000</w:t>
      </w:r>
    </w:p>
    <w:p w14:paraId="4DB364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-7.689505000      2.745236000      0.029487000</w:t>
      </w:r>
    </w:p>
    <w:p w14:paraId="7624C17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-4.981085000     -0.071689000      0.028955000</w:t>
      </w:r>
    </w:p>
    <w:p w14:paraId="7B1E1E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-5.987930000     -0.470045000     -0.021797000</w:t>
      </w:r>
    </w:p>
    <w:p w14:paraId="4D94AB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4.710765000      0.256689000     -0.285892000</w:t>
      </w:r>
    </w:p>
    <w:p w14:paraId="5B7427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4.520160000     -0.793499000     -0.489643000</w:t>
      </w:r>
    </w:p>
    <w:p w14:paraId="1226233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1.473600000     -2.315568000      2.519210000</w:t>
      </w:r>
    </w:p>
    <w:p w14:paraId="5C225B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1.366720000     -3.349131000      2.176459000</w:t>
      </w:r>
    </w:p>
    <w:p w14:paraId="2D1E6D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1.405553000     -2.259946000      3.611151000</w:t>
      </w:r>
    </w:p>
    <w:p w14:paraId="034BC86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2.440001000     -1.929082000      2.195018000</w:t>
      </w:r>
    </w:p>
    <w:p w14:paraId="0D54B28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6        3.918334000      2.477206000      0.195791000</w:t>
      </w:r>
    </w:p>
    <w:p w14:paraId="055095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1        3.104358000      3.171576000      0.374173000</w:t>
      </w:r>
    </w:p>
    <w:p w14:paraId="7F758E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-4.756598000      1.312954000      0.095484000</w:t>
      </w:r>
    </w:p>
    <w:p w14:paraId="5BF09923"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p>
    <w:p w14:paraId="382FAF81"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2</w:t>
      </w:r>
    </w:p>
    <w:p w14:paraId="186CAEE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1594A0E" wp14:editId="797AB899">
            <wp:extent cx="1615627" cy="620058"/>
            <wp:effectExtent l="0" t="0" r="381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VVL2-pent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44344" cy="631079"/>
                    </a:xfrm>
                    <a:prstGeom prst="rect">
                      <a:avLst/>
                    </a:prstGeom>
                  </pic:spPr>
                </pic:pic>
              </a:graphicData>
            </a:graphic>
          </wp:inline>
        </w:drawing>
      </w:r>
    </w:p>
    <w:p w14:paraId="1C7E68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87CB4A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-0.305616000     -1.655195000      0.089458000</w:t>
      </w:r>
    </w:p>
    <w:p w14:paraId="232B01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-2.133738000     -0.859062000     -0.155329000</w:t>
      </w:r>
    </w:p>
    <w:p w14:paraId="43DAB50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1.538174000     -1.453051000     -0.483503000</w:t>
      </w:r>
    </w:p>
    <w:p w14:paraId="385FDF2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-0.227376000     -1.979417000      1.752115000</w:t>
      </w:r>
    </w:p>
    <w:p w14:paraId="50FFCC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-0.676160000     -3.069255000     -0.772685000</w:t>
      </w:r>
    </w:p>
    <w:p w14:paraId="0044117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-1.341901000      1.297720000     -0.068623000</w:t>
      </w:r>
    </w:p>
    <w:p w14:paraId="4E5F27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-3.724191000      0.924208000     -0.057964000</w:t>
      </w:r>
    </w:p>
    <w:p w14:paraId="33764E3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3.851473000     -1.013441000     -0.328394000</w:t>
      </w:r>
    </w:p>
    <w:p w14:paraId="5CA4638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4.035379000     -2.071179000     -0.484508000</w:t>
      </w:r>
    </w:p>
    <w:p w14:paraId="298A5A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6        3.351444000      1.706642000      0.042341000</w:t>
      </w:r>
    </w:p>
    <w:p w14:paraId="3BCE203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1        3.169617000      2.767562000      0.185720000</w:t>
      </w:r>
    </w:p>
    <w:p w14:paraId="6DB7B99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-0.146186000      0.608238000     -0.069657000</w:t>
      </w:r>
    </w:p>
    <w:p w14:paraId="3C5708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2.526950000     -0.567145000     -0.286183000</w:t>
      </w:r>
    </w:p>
    <w:p w14:paraId="71DDD2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8        5.634626000      2.200171000      0.156283000</w:t>
      </w:r>
    </w:p>
    <w:p w14:paraId="65EC5BF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2.270458000      0.815100000     -0.092879000</w:t>
      </w:r>
    </w:p>
    <w:p w14:paraId="3790B86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-6.076144000      0.376414000     -0.081431000</w:t>
      </w:r>
    </w:p>
    <w:p w14:paraId="45FFC8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0.933175000      1.337902000     -0.063715000</w:t>
      </w:r>
    </w:p>
    <w:p w14:paraId="00C4319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0.795226000      2.418855000     -0.028494000</w:t>
      </w:r>
    </w:p>
    <w:p w14:paraId="01AFDD5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-6.343911000      1.686308000     -0.016287000</w:t>
      </w:r>
    </w:p>
    <w:p w14:paraId="52CAA71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-7.398449000      1.957115000     -0.001236000</w:t>
      </w:r>
    </w:p>
    <w:p w14:paraId="437854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-5.359803000      2.678904000      0.031781000</w:t>
      </w:r>
    </w:p>
    <w:p w14:paraId="7A597C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-5.639077000      3.726756000      0.084864000</w:t>
      </w:r>
    </w:p>
    <w:p w14:paraId="55FDF6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-2.332564000      0.448533000     -0.085966000</w:t>
      </w:r>
    </w:p>
    <w:p w14:paraId="0AF048A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6        6.993452000      1.789627000      0.125278000</w:t>
      </w:r>
    </w:p>
    <w:p w14:paraId="3F2099F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7.255608000      1.333213000     -0.838392000</w:t>
      </w:r>
    </w:p>
    <w:p w14:paraId="60BE99E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1        7.221019000      1.083937000      0.935075000</w:t>
      </w:r>
    </w:p>
    <w:p w14:paraId="0B2212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1        7.581709000      2.698050000      0.264430000</w:t>
      </w:r>
    </w:p>
    <w:p w14:paraId="35350FB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4.910395000     -0.121346000     -0.181109000</w:t>
      </w:r>
    </w:p>
    <w:p w14:paraId="4FA87E0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5.924301000     -0.502963000     -0.216961000</w:t>
      </w:r>
    </w:p>
    <w:p w14:paraId="0DF896C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-4.790651000      0.011790000     -0.101728000</w:t>
      </w:r>
    </w:p>
    <w:p w14:paraId="14BC68B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-4.586378000     -1.053995000     -0.155763000</w:t>
      </w:r>
    </w:p>
    <w:p w14:paraId="1B0B19D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-4.025681000      2.292670000      0.011234000</w:t>
      </w:r>
    </w:p>
    <w:p w14:paraId="13EA23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-3.220960000      3.019277000      0.047036000</w:t>
      </w:r>
    </w:p>
    <w:p w14:paraId="186B02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6        4.666669000      1.251891000      0.005908000</w:t>
      </w:r>
    </w:p>
    <w:p w14:paraId="5C5C0714" w14:textId="77777777" w:rsidR="00ED626C" w:rsidRPr="00BF5560" w:rsidRDefault="00ED626C" w:rsidP="00ED626C">
      <w:pPr>
        <w:spacing w:after="100" w:afterAutospacing="1"/>
        <w:contextualSpacing/>
        <w:rPr>
          <w:rFonts w:asciiTheme="minorHAnsi" w:eastAsiaTheme="minorHAnsi" w:hAnsiTheme="minorHAnsi" w:cstheme="minorBidi"/>
          <w:i/>
          <w:iCs/>
          <w:sz w:val="18"/>
          <w:szCs w:val="18"/>
          <w:lang w:val="en-US" w:eastAsia="en-US"/>
        </w:rPr>
      </w:pPr>
    </w:p>
    <w:p w14:paraId="518860F5"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2</w:t>
      </w:r>
      <w:r w:rsidRPr="00BF5560">
        <w:rPr>
          <w:rFonts w:asciiTheme="minorHAnsi" w:eastAsiaTheme="minorHAnsi" w:hAnsiTheme="minorHAnsi" w:cstheme="minorBidi"/>
          <w:i/>
          <w:iCs/>
          <w:sz w:val="18"/>
          <w:szCs w:val="18"/>
          <w:lang w:val="en-US" w:eastAsia="en-US"/>
        </w:rPr>
        <w:t>(TBHP)</w:t>
      </w:r>
    </w:p>
    <w:p w14:paraId="77FC76E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B6AB5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7408CAA7" wp14:editId="1053594A">
            <wp:extent cx="1427187" cy="860339"/>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VVL2-tbh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3288" cy="870045"/>
                    </a:xfrm>
                    <a:prstGeom prst="rect">
                      <a:avLst/>
                    </a:prstGeom>
                  </pic:spPr>
                </pic:pic>
              </a:graphicData>
            </a:graphic>
          </wp:inline>
        </w:drawing>
      </w:r>
    </w:p>
    <w:p w14:paraId="37C81FB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-0.207381000      0.305002000      1.593394000</w:t>
      </w:r>
    </w:p>
    <w:p w14:paraId="137470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-2.029337000     -0.212509000      0.958198000</w:t>
      </w:r>
    </w:p>
    <w:p w14:paraId="74FDE5D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8        1.602777000      0.700210000      1.027465000</w:t>
      </w:r>
    </w:p>
    <w:p w14:paraId="4B6688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0.034918000     -0.764556000      2.881248000</w:t>
      </w:r>
    </w:p>
    <w:p w14:paraId="3793313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-0.678043000      1.831871000      2.215004000</w:t>
      </w:r>
    </w:p>
    <w:p w14:paraId="24D410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-1.199943000     -1.588418000     -0.688520000</w:t>
      </w:r>
    </w:p>
    <w:p w14:paraId="7695720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-3.583455000     -1.470806000     -0.348822000</w:t>
      </w:r>
    </w:p>
    <w:p w14:paraId="5E450D9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6        3.930465000      0.364367000      0.813717000</w:t>
      </w:r>
    </w:p>
    <w:p w14:paraId="1A26AA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1        4.084343000      1.207090000      1.479551000</w:t>
      </w:r>
    </w:p>
    <w:p w14:paraId="587071B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3.506568000     -1.780738000     -0.916094000</w:t>
      </w:r>
    </w:p>
    <w:p w14:paraId="6CC86D7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3.355239000     -2.616987000     -1.592096000</w:t>
      </w:r>
    </w:p>
    <w:p w14:paraId="601D9B6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-0.017278000     -1.091607000     -0.184282000</w:t>
      </w:r>
    </w:p>
    <w:p w14:paraId="6AE0427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2.619719000     -0.017555000      0.515979000</w:t>
      </w:r>
    </w:p>
    <w:p w14:paraId="3863C7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5.803536000     -2.123932000     -1.195610000</w:t>
      </w:r>
    </w:p>
    <w:p w14:paraId="66F59A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2.400995000     -1.112560000     -0.359885000</w:t>
      </w:r>
    </w:p>
    <w:p w14:paraId="7732515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-5.944158000     -1.186887000      0.073384000</w:t>
      </w:r>
    </w:p>
    <w:p w14:paraId="606664B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1.075873000     -1.540323000     -0.726814000</w:t>
      </w:r>
    </w:p>
    <w:p w14:paraId="5332CE0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0.967556000     -2.292620000     -1.508457000</w:t>
      </w:r>
    </w:p>
    <w:p w14:paraId="5F1674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-6.185415000     -2.102752000     -0.872531000</w:t>
      </w:r>
    </w:p>
    <w:p w14:paraId="7B75A9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-7.233640000     -2.333498000     -1.056220000</w:t>
      </w:r>
    </w:p>
    <w:p w14:paraId="6C007B1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-5.182695000     -2.747665000     -1.603483000</w:t>
      </w:r>
    </w:p>
    <w:p w14:paraId="697FC66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-5.440884000     -3.482511000     -2.359927000</w:t>
      </w:r>
    </w:p>
    <w:p w14:paraId="65EB20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-2.202681000     -1.085229000     -0.020866000</w:t>
      </w:r>
    </w:p>
    <w:p w14:paraId="083E587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6        7.150613000     -1.778415000     -0.910465000</w:t>
      </w:r>
    </w:p>
    <w:p w14:paraId="5AD5435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7.382077000     -0.754661000     -1.233276000</w:t>
      </w:r>
    </w:p>
    <w:p w14:paraId="4286617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7.375953000     -1.881081000      0.159247000</w:t>
      </w:r>
    </w:p>
    <w:p w14:paraId="3854DB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7.764332000     -2.481107000     -1.476387000</w:t>
      </w:r>
    </w:p>
    <w:p w14:paraId="2A8615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5.016182000     -0.315706000      0.265696000</w:t>
      </w:r>
    </w:p>
    <w:p w14:paraId="7503DE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1        6.018827000      0.006524000      0.522063000</w:t>
      </w:r>
    </w:p>
    <w:p w14:paraId="306D07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-4.667062000     -0.882296000      0.322876000</w:t>
      </w:r>
    </w:p>
    <w:p w14:paraId="61C5BB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-4.483604000     -0.133531000      1.088220000</w:t>
      </w:r>
    </w:p>
    <w:p w14:paraId="79AB7D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-3.857368000     -2.427682000     -1.337293000</w:t>
      </w:r>
    </w:p>
    <w:p w14:paraId="42F985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-3.038713000     -2.897051000     -1.872283000</w:t>
      </w:r>
    </w:p>
    <w:p w14:paraId="7970C03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4.810278000     -1.398255000     -0.607301000</w:t>
      </w:r>
    </w:p>
    <w:p w14:paraId="758C09E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-1.617373000      2.780067000      0.910837000</w:t>
      </w:r>
    </w:p>
    <w:p w14:paraId="1864B4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-1.971204000      2.857565000     -0.003794000</w:t>
      </w:r>
    </w:p>
    <w:p w14:paraId="6A73BE3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-0.974284000      2.060823000     -0.705976000</w:t>
      </w:r>
    </w:p>
    <w:p w14:paraId="75542ED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1.267035000      3.430102000     -0.072621000</w:t>
      </w:r>
    </w:p>
    <w:p w14:paraId="39970F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0.590490000      3.948486000     -0.760293000</w:t>
      </w:r>
    </w:p>
    <w:p w14:paraId="7335EB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-0.212437000      2.940081000     -1.587776000</w:t>
      </w:r>
    </w:p>
    <w:p w14:paraId="7698A9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-1.173718000      3.632125000     -2.560144000</w:t>
      </w:r>
    </w:p>
    <w:p w14:paraId="59BCB34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-0.611880000      4.247751000     -3.271753000</w:t>
      </w:r>
    </w:p>
    <w:p w14:paraId="3737A40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-1.749042000      2.888644000     -3.121919000</w:t>
      </w:r>
    </w:p>
    <w:p w14:paraId="6C9D9C6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-1.873162000      4.274495000     -2.020569000</w:t>
      </w:r>
    </w:p>
    <w:p w14:paraId="7586FE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-0.080002000      4.586697000     -0.178401000</w:t>
      </w:r>
    </w:p>
    <w:p w14:paraId="56E42C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1.188414000      4.590620000     -1.416831000</w:t>
      </w:r>
    </w:p>
    <w:p w14:paraId="0A91D0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0.705243000      1.964849000     -2.331320000</w:t>
      </w:r>
    </w:p>
    <w:p w14:paraId="16F38DD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1.399836000      1.474333000     -1.643979000</w:t>
      </w:r>
    </w:p>
    <w:p w14:paraId="1895A6A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0.116094000      1.199319000     -2.846858000</w:t>
      </w:r>
    </w:p>
    <w:p w14:paraId="402759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1.291761000      2.510394000     -3.078340000</w:t>
      </w:r>
    </w:p>
    <w:p w14:paraId="409959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55FA3A83"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TS</w:t>
      </w:r>
    </w:p>
    <w:p w14:paraId="7BA397E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68951FA8" wp14:editId="3BEC5D94">
            <wp:extent cx="1589194" cy="78585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ts-VVL2-tbhp-c2h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1836" cy="806944"/>
                    </a:xfrm>
                    <a:prstGeom prst="rect">
                      <a:avLst/>
                    </a:prstGeom>
                  </pic:spPr>
                </pic:pic>
              </a:graphicData>
            </a:graphic>
          </wp:inline>
        </w:drawing>
      </w:r>
    </w:p>
    <w:p w14:paraId="4E07F4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23CB71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42       0.455243000      1.040208000      1.400969000</w:t>
      </w:r>
    </w:p>
    <w:p w14:paraId="0E488A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-1.285749000      0.222523000      0.770933000</w:t>
      </w:r>
    </w:p>
    <w:p w14:paraId="1004A2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8        2.273682000      1.560220000      0.965164000</w:t>
      </w:r>
    </w:p>
    <w:p w14:paraId="1CEBE3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0.836832000     -0.096869000      2.595945000</w:t>
      </w:r>
    </w:p>
    <w:p w14:paraId="2075FC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-0.251758000      2.383278000      2.237539000</w:t>
      </w:r>
    </w:p>
    <w:p w14:paraId="695ED0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-0.208514000     -1.111874000     -0.779002000</w:t>
      </w:r>
    </w:p>
    <w:p w14:paraId="7570B29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-2.600691000     -1.244880000     -0.573792000</w:t>
      </w:r>
    </w:p>
    <w:p w14:paraId="7F80DF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6        4.620400000      1.334207000      1.029025000</w:t>
      </w:r>
    </w:p>
    <w:p w14:paraId="0E162F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1        4.656510000      2.242889000      1.621025000</w:t>
      </w:r>
    </w:p>
    <w:p w14:paraId="04259FB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4.499715000     -0.978340000     -0.513086000</w:t>
      </w:r>
    </w:p>
    <w:p w14:paraId="326C2D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4.468105000     -1.880701000     -1.116572000</w:t>
      </w:r>
    </w:p>
    <w:p w14:paraId="7B10FC4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0.889521000     -0.478335000     -0.241342000</w:t>
      </w:r>
    </w:p>
    <w:p w14:paraId="55AB8F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6        3.369246000      0.850832000      0.635444000</w:t>
      </w:r>
    </w:p>
    <w:p w14:paraId="31A856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6.829324000     -1.210725000     -0.513405000</w:t>
      </w:r>
    </w:p>
    <w:p w14:paraId="22120D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3.304927000     -0.333465000     -0.149383000</w:t>
      </w:r>
    </w:p>
    <w:p w14:paraId="29AC35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-4.996727000     -1.268115000     -0.252037000</w:t>
      </w:r>
    </w:p>
    <w:p w14:paraId="4E950B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2.057212000     -0.893304000     -0.618819000</w:t>
      </w:r>
    </w:p>
    <w:p w14:paraId="46EB5BF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2.094021000     -1.723620000     -1.325288000</w:t>
      </w:r>
    </w:p>
    <w:p w14:paraId="4E346C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-5.082094000     -2.184727000     -1.224175000</w:t>
      </w:r>
    </w:p>
    <w:p w14:paraId="4C3DB16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-6.084801000     -2.537519000     -1.460761000</w:t>
      </w:r>
    </w:p>
    <w:p w14:paraId="75CCD0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-3.975575000     -2.684820000     -1.917049000</w:t>
      </w:r>
    </w:p>
    <w:p w14:paraId="4D64F5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-4.106886000     -3.430193000     -2.695693000</w:t>
      </w:r>
    </w:p>
    <w:p w14:paraId="3526A0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-1.292008000     -0.689453000     -0.180584000</w:t>
      </w:r>
    </w:p>
    <w:p w14:paraId="25E13C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8.115637000     -0.755513000     -0.126469000</w:t>
      </w:r>
    </w:p>
    <w:p w14:paraId="4CEC74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8.326552000      0.246692000     -0.523391000</w:t>
      </w:r>
    </w:p>
    <w:p w14:paraId="2644B3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8.228630000     -0.742084000      0.965897000</w:t>
      </w:r>
    </w:p>
    <w:p w14:paraId="349473B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8.825111000     -1.467198000     -0.552330000</w:t>
      </w:r>
    </w:p>
    <w:p w14:paraId="3E276C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6        5.795215000      0.674873000      0.671440000</w:t>
      </w:r>
    </w:p>
    <w:p w14:paraId="09728A6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1        6.744911000      1.080107000      1.001416000</w:t>
      </w:r>
    </w:p>
    <w:p w14:paraId="0A33A53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-3.777510000     -0.816524000      0.058972000</w:t>
      </w:r>
    </w:p>
    <w:p w14:paraId="7A564A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-3.719268000     -0.077031000      0.852792000</w:t>
      </w:r>
    </w:p>
    <w:p w14:paraId="5B7340A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-2.712653000     -2.207896000     -1.587048000</w:t>
      </w:r>
    </w:p>
    <w:p w14:paraId="6F84DC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-1.819162000     -2.559380000     -2.091624000</w:t>
      </w:r>
    </w:p>
    <w:p w14:paraId="56FDA91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5.741237000     -0.492604000     -0.106598000</w:t>
      </w:r>
    </w:p>
    <w:p w14:paraId="5C4BCB5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-1.059157000      3.238518000      1.049310000</w:t>
      </w:r>
    </w:p>
    <w:p w14:paraId="62C3A99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-1.500845000      3.463120000      0.182786000</w:t>
      </w:r>
    </w:p>
    <w:p w14:paraId="074E8E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-0.109048000      2.375078000     -0.508849000</w:t>
      </w:r>
    </w:p>
    <w:p w14:paraId="6BC0937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1.983992000      4.054471000     -0.267693000</w:t>
      </w:r>
    </w:p>
    <w:p w14:paraId="55E7067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1.212185000      4.367214000     -0.978344000</w:t>
      </w:r>
    </w:p>
    <w:p w14:paraId="1AEEE36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0.489906000      3.138534000     -1.554453000</w:t>
      </w:r>
    </w:p>
    <w:p w14:paraId="5996FC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-0.599630000      3.557840000     -2.558074000</w:t>
      </w:r>
    </w:p>
    <w:p w14:paraId="10532E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-0.154633000      4.067803000     -3.420726000</w:t>
      </w:r>
    </w:p>
    <w:p w14:paraId="6224B95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-1.139822000      2.675362000     -2.917339000</w:t>
      </w:r>
    </w:p>
    <w:p w14:paraId="35E6DE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-1.317389000      4.235429000     -2.089006000</w:t>
      </w:r>
    </w:p>
    <w:p w14:paraId="7502026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0.499425000      5.011083000     -0.453766000</w:t>
      </w:r>
    </w:p>
    <w:p w14:paraId="69233C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1.687949000      4.954899000     -1.772811000</w:t>
      </w:r>
    </w:p>
    <w:p w14:paraId="07CF2A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1.494093000      2.220864000     -2.283006000</w:t>
      </w:r>
    </w:p>
    <w:p w14:paraId="3191E6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2.316544000      1.929908000     -1.627324000</w:t>
      </w:r>
    </w:p>
    <w:p w14:paraId="453B004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0.992457000      1.318941000     -2.647170000</w:t>
      </w:r>
    </w:p>
    <w:p w14:paraId="0386E4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1.917168000      2.752313000     -3.143841000</w:t>
      </w:r>
    </w:p>
    <w:p w14:paraId="690A6F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-2.338151000      4.997000000      2.242214000</w:t>
      </w:r>
    </w:p>
    <w:p w14:paraId="505832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-2.758431000      4.882457000      1.248085000</w:t>
      </w:r>
    </w:p>
    <w:p w14:paraId="628E47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-2.765853000      5.753422000      0.602559000</w:t>
      </w:r>
    </w:p>
    <w:p w14:paraId="07552F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-3.211295000      3.658517000      0.801309000</w:t>
      </w:r>
    </w:p>
    <w:p w14:paraId="6A17A3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-3.320625000      2.822402000      1.484479000</w:t>
      </w:r>
    </w:p>
    <w:p w14:paraId="27FA02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-3.747702000      3.574369000     -0.137212000</w:t>
      </w:r>
    </w:p>
    <w:p w14:paraId="3D2DF6A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75C5284"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proofErr w:type="spellStart"/>
      <w:proofErr w:type="gramStart"/>
      <w:r w:rsidRPr="00BF5560">
        <w:rPr>
          <w:rFonts w:asciiTheme="minorHAnsi" w:eastAsiaTheme="minorHAnsi" w:hAnsiTheme="minorHAnsi" w:cstheme="minorBidi"/>
          <w:i/>
          <w:iCs/>
          <w:sz w:val="18"/>
          <w:szCs w:val="18"/>
          <w:lang w:val="en-US" w:eastAsia="en-US"/>
        </w:rPr>
        <w:t>MoO</w:t>
      </w:r>
      <w:proofErr w:type="spellEnd"/>
      <w:r w:rsidRPr="00BF5560">
        <w:rPr>
          <w:rFonts w:asciiTheme="minorHAnsi" w:eastAsiaTheme="minorHAnsi" w:hAnsiTheme="minorHAnsi" w:cstheme="minorBidi"/>
          <w:i/>
          <w:iCs/>
          <w:sz w:val="18"/>
          <w:szCs w:val="18"/>
          <w:lang w:val="en-US" w:eastAsia="en-US"/>
        </w:rPr>
        <w:t>(</w:t>
      </w:r>
      <w:proofErr w:type="gramEnd"/>
      <w:r w:rsidRPr="00BF5560">
        <w:rPr>
          <w:rFonts w:asciiTheme="minorHAnsi" w:eastAsiaTheme="minorHAnsi" w:hAnsiTheme="minorHAnsi" w:cstheme="minorBidi"/>
          <w:i/>
          <w:iCs/>
          <w:sz w:val="18"/>
          <w:szCs w:val="18"/>
          <w:lang w:val="en-US" w:eastAsia="en-US"/>
        </w:rPr>
        <w:t>OR)(OH)L</w:t>
      </w:r>
      <w:r w:rsidRPr="00BF5560">
        <w:rPr>
          <w:rFonts w:asciiTheme="minorHAnsi" w:eastAsiaTheme="minorHAnsi" w:hAnsiTheme="minorHAnsi" w:cstheme="minorBidi"/>
          <w:i/>
          <w:iCs/>
          <w:sz w:val="18"/>
          <w:szCs w:val="18"/>
          <w:vertAlign w:val="superscript"/>
          <w:lang w:val="en-US" w:eastAsia="en-US"/>
        </w:rPr>
        <w:t>2</w:t>
      </w:r>
    </w:p>
    <w:p w14:paraId="1BD6505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75CEBFAB" wp14:editId="179BF936">
            <wp:extent cx="1677335" cy="953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VVL2-oroh.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1238" cy="966964"/>
                    </a:xfrm>
                    <a:prstGeom prst="rect">
                      <a:avLst/>
                    </a:prstGeom>
                  </pic:spPr>
                </pic:pic>
              </a:graphicData>
            </a:graphic>
          </wp:inline>
        </w:drawing>
      </w:r>
    </w:p>
    <w:p w14:paraId="07D60BC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0.189384000      0.895975000     -1.132356000</w:t>
      </w:r>
    </w:p>
    <w:p w14:paraId="398DAA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2.015564000      0.073076000     -0.900397000</w:t>
      </w:r>
    </w:p>
    <w:p w14:paraId="0ACA44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-1.656332000      1.093366000     -0.572913000</w:t>
      </w:r>
    </w:p>
    <w:p w14:paraId="0CAD13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-0.254067000     -0.107160000     -2.430513000</w:t>
      </w:r>
    </w:p>
    <w:p w14:paraId="66CD2C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0.739619000      2.353103000     -2.226504000</w:t>
      </w:r>
    </w:p>
    <w:p w14:paraId="6824C6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1.200615000     -1.538885000      0.526472000</w:t>
      </w:r>
    </w:p>
    <w:p w14:paraId="65E170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3.561081000     -1.477920000      0.048753000</w:t>
      </w:r>
    </w:p>
    <w:p w14:paraId="149A4D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-3.969491000      0.613059000     -0.591192000</w:t>
      </w:r>
    </w:p>
    <w:p w14:paraId="7E8C28C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-4.143494000      1.579159000     -1.053415000</w:t>
      </w:r>
    </w:p>
    <w:p w14:paraId="6205F1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-3.499114000     -1.851397000      0.618695000</w:t>
      </w:r>
    </w:p>
    <w:p w14:paraId="191C06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-3.330424000     -2.816592000      1.087018000</w:t>
      </w:r>
    </w:p>
    <w:p w14:paraId="6337C8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0.014942000     -0.918042000      0.194639000</w:t>
      </w:r>
    </w:p>
    <w:p w14:paraId="6E177B8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-2.652514000      0.231181000     -0.321576000</w:t>
      </w:r>
    </w:p>
    <w:p w14:paraId="15EBFEF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-5.784311000     -2.353588000      0.694622000</w:t>
      </w:r>
    </w:p>
    <w:p w14:paraId="19A0C6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-2.409052000     -1.027421000      0.289364000</w:t>
      </w:r>
    </w:p>
    <w:p w14:paraId="47FD898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5.901083000     -1.277039000     -0.517697000</w:t>
      </w:r>
    </w:p>
    <w:p w14:paraId="649303A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-1.076988000     -1.497021000      0.588522000</w:t>
      </w:r>
    </w:p>
    <w:p w14:paraId="76FFC2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-0.969718000     -2.421304000      1.156542000</w:t>
      </w:r>
    </w:p>
    <w:p w14:paraId="4CE242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6.145024000     -2.329757000      0.272339000</w:t>
      </w:r>
    </w:p>
    <w:p w14:paraId="1F2A12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7.185415000     -2.643963000      0.340543000</w:t>
      </w:r>
    </w:p>
    <w:p w14:paraId="2C23427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5.153355000     -3.012686000      0.983246000</w:t>
      </w:r>
    </w:p>
    <w:p w14:paraId="5FB9AB5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5.412202000     -3.862184000      1.608025000</w:t>
      </w:r>
    </w:p>
    <w:p w14:paraId="70EE255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2.188601000     -0.964950000     -0.109110000</w:t>
      </w:r>
    </w:p>
    <w:p w14:paraId="7B1AFE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-7.132591000     -2.018564000      0.408888000</w:t>
      </w:r>
    </w:p>
    <w:p w14:paraId="55AAFF1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-7.445781000     -1.109491000      0.939960000</w:t>
      </w:r>
    </w:p>
    <w:p w14:paraId="1C09B16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1       -7.295406000     -1.881456000     -0.668518000</w:t>
      </w:r>
    </w:p>
    <w:p w14:paraId="3AE7D3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-7.730513000     -2.862056000      0.758384000</w:t>
      </w:r>
    </w:p>
    <w:p w14:paraId="6AAE69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-5.038626000     -0.222548000     -0.271517000</w:t>
      </w:r>
    </w:p>
    <w:p w14:paraId="401B05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-6.045752000      0.105109000     -0.502545000</w:t>
      </w:r>
    </w:p>
    <w:p w14:paraId="67A150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4.632814000     -0.867546000     -0.621316000</w:t>
      </w:r>
    </w:p>
    <w:p w14:paraId="32AB8B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4.447106000     -0.013888000     -1.267525000</w:t>
      </w:r>
    </w:p>
    <w:p w14:paraId="7A1E947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3.837656000     -2.580601000      0.869959000</w:t>
      </w:r>
    </w:p>
    <w:p w14:paraId="0233133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3.027433000     -3.072467000      1.397429000</w:t>
      </w:r>
    </w:p>
    <w:p w14:paraId="7C7416D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-4.809003000     -1.465661000      0.340127000</w:t>
      </w:r>
    </w:p>
    <w:p w14:paraId="0C9D205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1.107484000      3.070913000     -1.680544000</w:t>
      </w:r>
    </w:p>
    <w:p w14:paraId="02EF235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8        0.608652000      1.979179000      0.425075000</w:t>
      </w:r>
    </w:p>
    <w:p w14:paraId="2B2BAA1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1        0.214119000      4.553207000      0.927413000</w:t>
      </w:r>
    </w:p>
    <w:p w14:paraId="45299E0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6        0.997892000      4.064905000      1.517393000</w:t>
      </w:r>
    </w:p>
    <w:p w14:paraId="68A184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6        0.674250000      2.572629000      1.708042000</w:t>
      </w:r>
    </w:p>
    <w:p w14:paraId="176642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6        1.792222000      1.874179000      2.501030000</w:t>
      </w:r>
    </w:p>
    <w:p w14:paraId="491214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1        1.885723000      2.305801000      3.504376000</w:t>
      </w:r>
    </w:p>
    <w:p w14:paraId="55A2763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1        1.577320000      0.805222000      2.601702000</w:t>
      </w:r>
    </w:p>
    <w:p w14:paraId="549EE3F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1        2.752054000      1.984738000      1.985425000</w:t>
      </w:r>
    </w:p>
    <w:p w14:paraId="6E9B6F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1        1.954350000      4.184616000      0.995845000</w:t>
      </w:r>
    </w:p>
    <w:p w14:paraId="5C23214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1        1.069067000      4.577310000      2.483613000</w:t>
      </w:r>
    </w:p>
    <w:p w14:paraId="4AC0BD2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-0.683429000      2.401414000      2.410132000</w:t>
      </w:r>
    </w:p>
    <w:p w14:paraId="5F25F7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-1.481343000      2.858985000      1.817186000</w:t>
      </w:r>
    </w:p>
    <w:p w14:paraId="4E9BBEF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-0.918487000      1.339921000      2.539137000</w:t>
      </w:r>
    </w:p>
    <w:p w14:paraId="47FA64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-0.667497000      2.873652000      3.399391000</w:t>
      </w:r>
    </w:p>
    <w:p w14:paraId="6BFAAA9F" w14:textId="77777777" w:rsidR="00ED626C" w:rsidRPr="00BF5560" w:rsidRDefault="00ED626C" w:rsidP="00ED626C">
      <w:pPr>
        <w:spacing w:after="160" w:line="259" w:lineRule="auto"/>
        <w:rPr>
          <w:rFonts w:asciiTheme="minorHAnsi" w:eastAsiaTheme="minorHAnsi" w:hAnsiTheme="minorHAnsi" w:cstheme="minorBidi"/>
          <w:b/>
          <w:bCs/>
          <w:sz w:val="18"/>
          <w:szCs w:val="18"/>
          <w:lang w:val="en-US" w:eastAsia="en-US"/>
        </w:rPr>
      </w:pPr>
      <w:r w:rsidRPr="00BF5560">
        <w:rPr>
          <w:rFonts w:asciiTheme="minorHAnsi" w:eastAsiaTheme="minorHAnsi" w:hAnsiTheme="minorHAnsi" w:cstheme="minorBidi"/>
          <w:b/>
          <w:bCs/>
          <w:sz w:val="18"/>
          <w:szCs w:val="18"/>
          <w:lang w:val="en-US" w:eastAsia="en-US"/>
        </w:rPr>
        <w:br w:type="page"/>
      </w:r>
    </w:p>
    <w:p w14:paraId="0A7089E7"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lang w:val="en-US" w:eastAsia="en-US"/>
        </w:rPr>
        <w:sectPr w:rsidR="00ED626C" w:rsidRPr="00BF5560" w:rsidSect="00BF5560">
          <w:type w:val="continuous"/>
          <w:pgSz w:w="11906" w:h="16838"/>
          <w:pgMar w:top="1417" w:right="1417" w:bottom="1417" w:left="1417" w:header="708" w:footer="708" w:gutter="0"/>
          <w:cols w:num="2" w:space="708"/>
          <w:docGrid w:linePitch="360"/>
        </w:sectPr>
      </w:pPr>
    </w:p>
    <w:p w14:paraId="1A672B60"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r w:rsidRPr="00BF5560">
        <w:rPr>
          <w:rFonts w:asciiTheme="minorHAnsi" w:eastAsiaTheme="minorHAnsi" w:hAnsiTheme="minorHAnsi" w:cstheme="minorBidi"/>
          <w:b/>
          <w:bCs/>
          <w:sz w:val="18"/>
          <w:szCs w:val="18"/>
          <w:lang w:val="en-US" w:eastAsia="en-US"/>
        </w:rPr>
        <w:lastRenderedPageBreak/>
        <w:t>B3 - With Ligand L</w:t>
      </w:r>
      <w:r w:rsidRPr="00BF5560">
        <w:rPr>
          <w:rFonts w:asciiTheme="minorHAnsi" w:eastAsiaTheme="minorHAnsi" w:hAnsiTheme="minorHAnsi" w:cstheme="minorBidi"/>
          <w:b/>
          <w:bCs/>
          <w:sz w:val="18"/>
          <w:szCs w:val="18"/>
          <w:vertAlign w:val="superscript"/>
          <w:lang w:val="en-US" w:eastAsia="en-US"/>
        </w:rPr>
        <w:t>3</w:t>
      </w:r>
    </w:p>
    <w:p w14:paraId="02F7CE28"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sectPr w:rsidR="00ED626C" w:rsidRPr="00BF5560" w:rsidSect="00BF5560">
          <w:type w:val="continuous"/>
          <w:pgSz w:w="11906" w:h="16838"/>
          <w:pgMar w:top="1417" w:right="1417" w:bottom="1417" w:left="1417" w:header="708" w:footer="708" w:gutter="0"/>
          <w:cols w:space="708"/>
          <w:docGrid w:linePitch="360"/>
        </w:sectPr>
      </w:pPr>
    </w:p>
    <w:p w14:paraId="77AC848F"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p>
    <w:p w14:paraId="30664C5A"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3</w:t>
      </w:r>
      <w:r w:rsidRPr="00BF5560">
        <w:rPr>
          <w:rFonts w:asciiTheme="minorHAnsi" w:eastAsiaTheme="minorHAnsi" w:hAnsiTheme="minorHAnsi" w:cstheme="minorBidi"/>
          <w:i/>
          <w:iCs/>
          <w:sz w:val="18"/>
          <w:szCs w:val="18"/>
          <w:lang w:val="en-US" w:eastAsia="en-US"/>
        </w:rPr>
        <w:t>]</w:t>
      </w:r>
      <w:r w:rsidRPr="00BF5560">
        <w:rPr>
          <w:rFonts w:asciiTheme="minorHAnsi" w:eastAsiaTheme="minorHAnsi" w:hAnsiTheme="minorHAnsi" w:cstheme="minorBidi"/>
          <w:i/>
          <w:iCs/>
          <w:sz w:val="18"/>
          <w:szCs w:val="18"/>
          <w:vertAlign w:val="subscript"/>
          <w:lang w:val="en-US" w:eastAsia="en-US"/>
        </w:rPr>
        <w:t>2</w:t>
      </w:r>
    </w:p>
    <w:p w14:paraId="5F8BE0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432627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55B44A48" wp14:editId="009298CE">
            <wp:extent cx="2019300" cy="1025584"/>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VVL3-dim.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3260" cy="1027595"/>
                    </a:xfrm>
                    <a:prstGeom prst="rect">
                      <a:avLst/>
                    </a:prstGeom>
                  </pic:spPr>
                </pic:pic>
              </a:graphicData>
            </a:graphic>
          </wp:inline>
        </w:drawing>
      </w:r>
    </w:p>
    <w:p w14:paraId="6BF8D9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4C3CF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2.205517000     -2.731399000     -0.540364000</w:t>
      </w:r>
    </w:p>
    <w:p w14:paraId="270086F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2.817790000     -3.208164000      1.240762000</w:t>
      </w:r>
    </w:p>
    <w:p w14:paraId="5A47604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1.156231000     -1.419242000     -1.671221000</w:t>
      </w:r>
    </w:p>
    <w:p w14:paraId="7F45E2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2.323864000     -0.650453000      0.398865000</w:t>
      </w:r>
    </w:p>
    <w:p w14:paraId="37113C1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5.935074000     -0.881489000      5.174129000</w:t>
      </w:r>
    </w:p>
    <w:p w14:paraId="2B3B751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3.679566000     -2.658741000     -1.378363000</w:t>
      </w:r>
    </w:p>
    <w:p w14:paraId="230867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1.724036000      0.359021000     -0.324667000</w:t>
      </w:r>
    </w:p>
    <w:p w14:paraId="14765E8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1.381050000     -4.144093000     -1.029451000</w:t>
      </w:r>
    </w:p>
    <w:p w14:paraId="1C16400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0.106432000      2.601149000     -0.827563000</w:t>
      </w:r>
    </w:p>
    <w:p w14:paraId="1CA25F1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0.234161000      3.609205000     -0.785899000</w:t>
      </w:r>
    </w:p>
    <w:p w14:paraId="1C26274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0.774089000      2.132123000     -0.212227000</w:t>
      </w:r>
    </w:p>
    <w:p w14:paraId="7EBDC4A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1.173735000     -0.126540000     -1.411972000</w:t>
      </w:r>
    </w:p>
    <w:p w14:paraId="512E302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0.584587000      0.770357000     -2.425859000</w:t>
      </w:r>
    </w:p>
    <w:p w14:paraId="73FA41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-0.341046000      2.409655000     -4.504859000</w:t>
      </w:r>
    </w:p>
    <w:p w14:paraId="62A342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-0.691497000      3.057478000     -5.303652000</w:t>
      </w:r>
    </w:p>
    <w:p w14:paraId="2C3ECD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-0.284970000      2.899073000     -3.204145000</w:t>
      </w:r>
    </w:p>
    <w:p w14:paraId="004F89B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-0.611132000      3.912185000     -2.986899000</w:t>
      </w:r>
    </w:p>
    <w:p w14:paraId="0663AD9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3.686716000     -1.217590000      2.319712000</w:t>
      </w:r>
    </w:p>
    <w:p w14:paraId="3908425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0.495384000      0.287792000     -3.744946000</w:t>
      </w:r>
    </w:p>
    <w:p w14:paraId="0CE5F7C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0.812337000     -0.731127000     -3.937586000</w:t>
      </w:r>
    </w:p>
    <w:p w14:paraId="6D60789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0.041150000      1.093682000     -4.781065000</w:t>
      </w:r>
    </w:p>
    <w:p w14:paraId="29003C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-0.006610000      0.704774000     -5.793482000</w:t>
      </w:r>
    </w:p>
    <w:p w14:paraId="0930657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2.976767000     -0.298689000      1.463105000</w:t>
      </w:r>
    </w:p>
    <w:p w14:paraId="20B253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1        3.007126000      0.763725000      1.708114000</w:t>
      </w:r>
    </w:p>
    <w:p w14:paraId="7434E04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0.165815000      2.095705000     -2.146880000</w:t>
      </w:r>
    </w:p>
    <w:p w14:paraId="2B8D57F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4.476593000     -0.686004000      3.353840000</w:t>
      </w:r>
    </w:p>
    <w:p w14:paraId="68756E5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1        4.540907000      0.389271000      3.491671000</w:t>
      </w:r>
    </w:p>
    <w:p w14:paraId="7C16A28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3.608303000     -2.626665000      2.160525000</w:t>
      </w:r>
    </w:p>
    <w:p w14:paraId="0B65BA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5.124375000     -2.903983000      4.041795000</w:t>
      </w:r>
    </w:p>
    <w:p w14:paraId="58BF3F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5.674605000     -3.573882000      4.692670000</w:t>
      </w:r>
    </w:p>
    <w:p w14:paraId="3BF7C61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4.335393000     -3.446086000      3.028332000</w:t>
      </w:r>
    </w:p>
    <w:p w14:paraId="2B76733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4.267621000     -4.521276000      2.897915000</w:t>
      </w:r>
    </w:p>
    <w:p w14:paraId="7A2DB9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5.198071000     -1.512258000      4.213312000</w:t>
      </w:r>
    </w:p>
    <w:p w14:paraId="472B8A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6.695832000     -1.677969000      6.067838000</w:t>
      </w:r>
    </w:p>
    <w:p w14:paraId="6C6E541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7.446683000     -2.278097000      5.536575000</w:t>
      </w:r>
    </w:p>
    <w:p w14:paraId="5F9D5B5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6.055672000     -2.344212000      6.661894000</w:t>
      </w:r>
    </w:p>
    <w:p w14:paraId="32C5CF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7.201864000     -0.977887000      6.734852000</w:t>
      </w:r>
    </w:p>
    <w:p w14:paraId="69BD0D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-2.205517000      2.731399000      0.540364000</w:t>
      </w:r>
    </w:p>
    <w:p w14:paraId="14AC25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-2.817790000      3.208164000     -1.240762000</w:t>
      </w:r>
    </w:p>
    <w:p w14:paraId="2B18A9B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-1.156231000      1.419242000      1.671221000</w:t>
      </w:r>
    </w:p>
    <w:p w14:paraId="6C34C0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-2.323864000      0.650453000     -0.398865000</w:t>
      </w:r>
    </w:p>
    <w:p w14:paraId="3ECBDBF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-5.935074000      0.881489000     -5.174129000</w:t>
      </w:r>
    </w:p>
    <w:p w14:paraId="2DC20DD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-3.679566000      2.658741000      1.378363000</w:t>
      </w:r>
    </w:p>
    <w:p w14:paraId="089A922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-1.724036000     -0.359021000      0.324667000</w:t>
      </w:r>
    </w:p>
    <w:p w14:paraId="2CE6BFB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-1.381050000      4.144093000      1.029451000</w:t>
      </w:r>
    </w:p>
    <w:p w14:paraId="2B556A2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-0.106432000     -2.601149000      0.827563000</w:t>
      </w:r>
    </w:p>
    <w:p w14:paraId="06D64D7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-0.234161000     -3.609205000      0.785899000</w:t>
      </w:r>
    </w:p>
    <w:p w14:paraId="6667566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-0.774089000     -2.132123000      0.212227000</w:t>
      </w:r>
    </w:p>
    <w:p w14:paraId="256B7F4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-1.173735000      0.126540000      1.411972000</w:t>
      </w:r>
    </w:p>
    <w:p w14:paraId="27FE54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-0.584587000     -0.770357000      2.425859000</w:t>
      </w:r>
    </w:p>
    <w:p w14:paraId="62FF9B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0.341046000     -2.409655000      4.504859000</w:t>
      </w:r>
    </w:p>
    <w:p w14:paraId="03086F0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0.691497000     -3.057478000      5.303652000</w:t>
      </w:r>
    </w:p>
    <w:p w14:paraId="7598F0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0.284970000     -2.899073000      3.204145000</w:t>
      </w:r>
    </w:p>
    <w:p w14:paraId="0760B9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0.611132000     -3.912185000      2.986899000</w:t>
      </w:r>
    </w:p>
    <w:p w14:paraId="24B6740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-3.686716000      1.217590000     -2.319712000</w:t>
      </w:r>
    </w:p>
    <w:p w14:paraId="068DD37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-0.495384000     -0.287792000      3.744946000</w:t>
      </w:r>
    </w:p>
    <w:p w14:paraId="09F6221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-0.812337000      0.731127000      3.937586000</w:t>
      </w:r>
    </w:p>
    <w:p w14:paraId="4285DBF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-0.041150000     -1.093682000      4.781065000</w:t>
      </w:r>
    </w:p>
    <w:p w14:paraId="24545AE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0.006610000     -0.704774000      5.793482000</w:t>
      </w:r>
    </w:p>
    <w:p w14:paraId="532F8D3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-2.976767000      0.298689000     -1.463105000</w:t>
      </w:r>
    </w:p>
    <w:p w14:paraId="6249F74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-3.007126000     -0.763725000     -1.708114000</w:t>
      </w:r>
    </w:p>
    <w:p w14:paraId="4AA17A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-0.165815000     -2.095705000      2.146880000</w:t>
      </w:r>
    </w:p>
    <w:p w14:paraId="2FE924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-4.476593000      0.686004000     -3.353840000</w:t>
      </w:r>
    </w:p>
    <w:p w14:paraId="1E3602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-4.540907000     -0.389271000     -3.491671000</w:t>
      </w:r>
    </w:p>
    <w:p w14:paraId="19011E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-3.608303000      2.626665000     -2.160525000</w:t>
      </w:r>
    </w:p>
    <w:p w14:paraId="5AEAB9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-5.124375000      2.903983000     -4.041795000</w:t>
      </w:r>
    </w:p>
    <w:p w14:paraId="79DC63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-5.674605000      3.573882000     -4.692670000</w:t>
      </w:r>
    </w:p>
    <w:p w14:paraId="16F387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-4.335393000      3.446086000     -3.028332000</w:t>
      </w:r>
    </w:p>
    <w:p w14:paraId="17AC5B6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-4.267621000      4.521276000     -2.897915000</w:t>
      </w:r>
    </w:p>
    <w:p w14:paraId="4A3C035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-5.198071000      1.512258000     -4.213312000</w:t>
      </w:r>
    </w:p>
    <w:p w14:paraId="7B58266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-6.695832000      1.677969000     -6.067838000</w:t>
      </w:r>
    </w:p>
    <w:p w14:paraId="7FC5E71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-7.446683000      2.278097000     -5.536575000</w:t>
      </w:r>
    </w:p>
    <w:p w14:paraId="663EC3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-6.055672000      2.344212000     -6.661894000</w:t>
      </w:r>
    </w:p>
    <w:p w14:paraId="10EA921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-7.201864000      0.977887000     -6.734852000</w:t>
      </w:r>
    </w:p>
    <w:p w14:paraId="11F2AD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5F25136"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3</w:t>
      </w:r>
      <w:r w:rsidRPr="00BF5560">
        <w:rPr>
          <w:rFonts w:asciiTheme="minorHAnsi" w:eastAsiaTheme="minorHAnsi" w:hAnsiTheme="minorHAnsi" w:cstheme="minorBidi"/>
          <w:i/>
          <w:iCs/>
          <w:sz w:val="18"/>
          <w:szCs w:val="18"/>
          <w:lang w:val="en-US" w:eastAsia="en-US"/>
        </w:rPr>
        <w:t>(MeOH)</w:t>
      </w:r>
    </w:p>
    <w:p w14:paraId="5C22387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27DD21B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12FCD8DA" wp14:editId="0917D7A6">
            <wp:extent cx="1511939" cy="8185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VVL3-meoh.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5868" cy="820642"/>
                    </a:xfrm>
                    <a:prstGeom prst="rect">
                      <a:avLst/>
                    </a:prstGeom>
                  </pic:spPr>
                </pic:pic>
              </a:graphicData>
            </a:graphic>
          </wp:inline>
        </w:drawing>
      </w:r>
    </w:p>
    <w:p w14:paraId="6964612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AF0A5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0.057873000     -1.618291000     -0.533534000</w:t>
      </w:r>
    </w:p>
    <w:p w14:paraId="0CF9F7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1.887717000     -0.844000000     -0.283766000</w:t>
      </w:r>
    </w:p>
    <w:p w14:paraId="6C8AD1C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-1.771613000     -1.573380000      0.173124000</w:t>
      </w:r>
    </w:p>
    <w:p w14:paraId="249DC3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0.474209000     -3.259324000     -0.319938000</w:t>
      </w:r>
    </w:p>
    <w:p w14:paraId="535C90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0.274583000     -1.592025000      1.960913000</w:t>
      </w:r>
    </w:p>
    <w:p w14:paraId="211288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-0.605100000     -1.936810000      2.188434000</w:t>
      </w:r>
    </w:p>
    <w:p w14:paraId="5F01CA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7        2.940980000      3.240904000      0.489648000</w:t>
      </w:r>
    </w:p>
    <w:p w14:paraId="62C472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-6.058498000      1.911472000     -0.004680000</w:t>
      </w:r>
    </w:p>
    <w:p w14:paraId="255ABC2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7        1.078609000      1.275537000      0.111170000</w:t>
      </w:r>
    </w:p>
    <w:p w14:paraId="24F0A9B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-0.113800000      0.601375000      0.015236000</w:t>
      </w:r>
    </w:p>
    <w:p w14:paraId="3FAB95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-0.213333000     -1.363912000     -2.188027000</w:t>
      </w:r>
    </w:p>
    <w:p w14:paraId="34A21F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-2.763951000     -0.666608000      0.082409000</w:t>
      </w:r>
    </w:p>
    <w:p w14:paraId="4A9D4D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2.089380000      0.453996000     -0.083638000</w:t>
      </w:r>
    </w:p>
    <w:p w14:paraId="0FB40A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-3.632093000      1.618192000      0.075813000</w:t>
      </w:r>
    </w:p>
    <w:p w14:paraId="08F88F1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-3.430059000      2.683603000      0.089460000</w:t>
      </w:r>
    </w:p>
    <w:p w14:paraId="429708A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6        3.851219000      2.273659000      0.157449000</w:t>
      </w:r>
    </w:p>
    <w:p w14:paraId="3734B71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-2.530516000      0.728978000      0.094061000</w:t>
      </w:r>
    </w:p>
    <w:p w14:paraId="7C60591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-4.934570000      1.137343000      0.026807000</w:t>
      </w:r>
    </w:p>
    <w:p w14:paraId="1747F8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4.488477000     -0.032013000     -0.362460000</w:t>
      </w:r>
    </w:p>
    <w:p w14:paraId="3F213B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4.182820000     -1.055857000     -0.545085000</w:t>
      </w:r>
    </w:p>
    <w:p w14:paraId="7900D5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3.478238000      0.915011000     -0.084988000</w:t>
      </w:r>
    </w:p>
    <w:p w14:paraId="300E9D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6        5.223156000      2.608811000      0.087157000</w:t>
      </w:r>
    </w:p>
    <w:p w14:paraId="3BB779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1        5.512338000      3.641509000      0.269130000</w:t>
      </w:r>
    </w:p>
    <w:p w14:paraId="08AA30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-1.202807000      1.292319000      0.151289000</w:t>
      </w:r>
    </w:p>
    <w:p w14:paraId="0412574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-1.104341000      2.368268000      0.305812000</w:t>
      </w:r>
    </w:p>
    <w:p w14:paraId="4EAAA6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-4.087039000     -1.136723000      0.037188000</w:t>
      </w:r>
    </w:p>
    <w:p w14:paraId="03B7760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-4.250437000     -2.209509000      0.029248000</w:t>
      </w:r>
    </w:p>
    <w:p w14:paraId="3036DF0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-5.153353000     -0.253835000      0.007316000</w:t>
      </w:r>
    </w:p>
    <w:p w14:paraId="4416E1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-6.176411000     -0.614645000     -0.030483000</w:t>
      </w:r>
    </w:p>
    <w:p w14:paraId="3CC7F48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6        5.826418000      0.318519000     -0.419149000</w:t>
      </w:r>
    </w:p>
    <w:p w14:paraId="5DFBA4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6.581476000     -0.429270000     -0.639740000</w:t>
      </w:r>
    </w:p>
    <w:p w14:paraId="19EFE43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1.282964000     -2.401941000      2.589797000</w:t>
      </w:r>
    </w:p>
    <w:p w14:paraId="2312BB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2.242359000     -1.993541000      2.271726000</w:t>
      </w:r>
    </w:p>
    <w:p w14:paraId="20A13D0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1.209490000     -3.444088000      2.264205000</w:t>
      </w:r>
    </w:p>
    <w:p w14:paraId="64AEE1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1.198636000     -2.329815000      3.679767000</w:t>
      </w:r>
    </w:p>
    <w:p w14:paraId="241A42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-5.898842000      3.320075000     -0.001237000</w:t>
      </w:r>
    </w:p>
    <w:p w14:paraId="1E857D4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-5.332759000      3.663679000     -0.877623000</w:t>
      </w:r>
    </w:p>
    <w:p w14:paraId="02249D3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-5.395775000      3.667113000      0.911656000</w:t>
      </w:r>
    </w:p>
    <w:p w14:paraId="51B0CB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-6.906794000      3.737028000     -0.037173000</w:t>
      </w:r>
    </w:p>
    <w:p w14:paraId="067643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6.187110000      1.656013000     -0.194384000</w:t>
      </w:r>
    </w:p>
    <w:p w14:paraId="020CE1E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7.231642000      1.954016000     -0.239503000</w:t>
      </w:r>
    </w:p>
    <w:p w14:paraId="4343757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1        3.225160000      4.205496000      0.404762000</w:t>
      </w:r>
    </w:p>
    <w:p w14:paraId="0DFF586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1        1.959310000      3.014916000      0.369868000</w:t>
      </w:r>
    </w:p>
    <w:p w14:paraId="17EFABBC"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p>
    <w:p w14:paraId="609BFAE0"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3</w:t>
      </w:r>
    </w:p>
    <w:p w14:paraId="5AF44A53" w14:textId="77777777" w:rsidR="00ED626C" w:rsidRPr="00BF5560" w:rsidRDefault="00ED626C" w:rsidP="00ED626C">
      <w:pPr>
        <w:spacing w:after="100" w:afterAutospacing="1"/>
        <w:contextualSpacing/>
        <w:jc w:val="center"/>
        <w:rPr>
          <w:rFonts w:asciiTheme="minorHAnsi" w:eastAsiaTheme="minorHAnsi" w:hAnsiTheme="minorHAnsi" w:cstheme="minorBidi"/>
          <w:sz w:val="18"/>
          <w:szCs w:val="18"/>
          <w:lang w:val="en-US" w:eastAsia="en-US"/>
        </w:rPr>
      </w:pPr>
    </w:p>
    <w:p w14:paraId="68D44205" w14:textId="77777777" w:rsidR="00ED626C" w:rsidRPr="00BF5560" w:rsidRDefault="00ED626C" w:rsidP="00ED626C">
      <w:pPr>
        <w:spacing w:after="100" w:afterAutospacing="1"/>
        <w:contextualSpacing/>
        <w:jc w:val="center"/>
        <w:rPr>
          <w:rFonts w:asciiTheme="minorHAnsi" w:eastAsiaTheme="minorHAnsi" w:hAnsiTheme="minorHAnsi" w:cstheme="minorBidi"/>
          <w:sz w:val="18"/>
          <w:szCs w:val="18"/>
          <w:lang w:val="en-US" w:eastAsia="en-US"/>
        </w:rPr>
      </w:pPr>
    </w:p>
    <w:p w14:paraId="31F59AED" w14:textId="77777777" w:rsidR="00ED626C" w:rsidRPr="00BF5560" w:rsidRDefault="00ED626C" w:rsidP="00ED626C">
      <w:pPr>
        <w:spacing w:after="100" w:afterAutospacing="1"/>
        <w:contextualSpacing/>
        <w:jc w:val="center"/>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72B8BFF9" wp14:editId="34A9B2A6">
            <wp:extent cx="1897950" cy="771525"/>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VVL3-pent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18722" cy="779969"/>
                    </a:xfrm>
                    <a:prstGeom prst="rect">
                      <a:avLst/>
                    </a:prstGeom>
                  </pic:spPr>
                </pic:pic>
              </a:graphicData>
            </a:graphic>
          </wp:inline>
        </w:drawing>
      </w:r>
    </w:p>
    <w:p w14:paraId="36453929" w14:textId="77777777" w:rsidR="00ED626C" w:rsidRPr="00BF5560" w:rsidRDefault="00ED626C" w:rsidP="00ED626C">
      <w:pPr>
        <w:spacing w:after="100" w:afterAutospacing="1"/>
        <w:contextualSpacing/>
        <w:jc w:val="center"/>
        <w:rPr>
          <w:rFonts w:asciiTheme="minorHAnsi" w:eastAsiaTheme="minorHAnsi" w:hAnsiTheme="minorHAnsi" w:cstheme="minorBidi"/>
          <w:sz w:val="18"/>
          <w:szCs w:val="18"/>
          <w:lang w:val="en-US" w:eastAsia="en-US"/>
        </w:rPr>
      </w:pPr>
    </w:p>
    <w:p w14:paraId="18AEA3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-0.115035000     -1.827918000      0.101699000</w:t>
      </w:r>
    </w:p>
    <w:p w14:paraId="7EB6C18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-1.924330000     -1.035092000     -0.176508000</w:t>
      </w:r>
    </w:p>
    <w:p w14:paraId="442C0D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1.732765000     -1.639083000     -0.475948000</w:t>
      </w:r>
    </w:p>
    <w:p w14:paraId="6914617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-0.474294000     -3.267582000     -0.724204000</w:t>
      </w:r>
    </w:p>
    <w:p w14:paraId="4DEBC2A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-3.024632000      3.108147000     -0.118635000</w:t>
      </w:r>
    </w:p>
    <w:p w14:paraId="6896A7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8        5.983885000      1.830543000      0.093248000</w:t>
      </w:r>
    </w:p>
    <w:p w14:paraId="76AD737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-1.141638000      1.116841000     -0.106359000</w:t>
      </w:r>
    </w:p>
    <w:p w14:paraId="7733A7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0.051364000      0.430582000     -0.091233000</w:t>
      </w:r>
    </w:p>
    <w:p w14:paraId="13BA0C6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-0.034828000     -2.109597000      1.772886000</w:t>
      </w:r>
    </w:p>
    <w:p w14:paraId="637B12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2.721176000     -0.752928000     -0.293456000</w:t>
      </w:r>
    </w:p>
    <w:p w14:paraId="037BEA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-2.152179000      0.273987000     -0.117867000</w:t>
      </w:r>
    </w:p>
    <w:p w14:paraId="43DA488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6        3.560837000      1.525930000      0.010016000</w:t>
      </w:r>
    </w:p>
    <w:p w14:paraId="281C2D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1        3.345394000      2.580547000      0.141312000</w:t>
      </w:r>
    </w:p>
    <w:p w14:paraId="5BFBB0D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-3.930535000      2.085294000     -0.052271000</w:t>
      </w:r>
    </w:p>
    <w:p w14:paraId="61BBF2E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2.471771000      0.627106000     -0.114800000</w:t>
      </w:r>
    </w:p>
    <w:p w14:paraId="0261AC9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4.866946000      1.058291000     -0.026502000</w:t>
      </w:r>
    </w:p>
    <w:p w14:paraId="782699D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-4.548005000     -0.285765000     -0.073117000</w:t>
      </w:r>
    </w:p>
    <w:p w14:paraId="7BE95C9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-4.231906000     -1.322078000     -0.105237000</w:t>
      </w:r>
    </w:p>
    <w:p w14:paraId="4291411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-3.544556000      0.709090000     -0.087153000</w:t>
      </w:r>
    </w:p>
    <w:p w14:paraId="597B6A3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-5.310547000      2.385952000      0.016512000</w:t>
      </w:r>
    </w:p>
    <w:p w14:paraId="6EA6D62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-5.611047000      3.430884000      0.044714000</w:t>
      </w:r>
    </w:p>
    <w:p w14:paraId="1171D6D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1.136976000      1.153027000     -0.094416000</w:t>
      </w:r>
    </w:p>
    <w:p w14:paraId="574C56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1.007326000      2.235763000     -0.076716000</w:t>
      </w:r>
    </w:p>
    <w:p w14:paraId="26AB5FC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4.049429000     -1.210591000     -0.336811000</w:t>
      </w:r>
    </w:p>
    <w:p w14:paraId="1787071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4.225316000     -2.271208000     -0.481801000</w:t>
      </w:r>
    </w:p>
    <w:p w14:paraId="3227484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5.101268000     -0.322354000     -0.202023000</w:t>
      </w:r>
    </w:p>
    <w:p w14:paraId="280DC17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6.129842000     -0.667923000     -0.231410000</w:t>
      </w:r>
    </w:p>
    <w:p w14:paraId="32C39FA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-5.892502000      0.033934000     -0.012373000</w:t>
      </w:r>
    </w:p>
    <w:p w14:paraId="15D00C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-6.643357000     -0.749435000      0.000068000</w:t>
      </w:r>
    </w:p>
    <w:p w14:paraId="698BC7D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6        5.814837000      3.227283000      0.274319000</w:t>
      </w:r>
    </w:p>
    <w:p w14:paraId="327E7FB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1        5.261409000      3.449209000      1.196715000</w:t>
      </w:r>
    </w:p>
    <w:p w14:paraId="39F645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5.294396000      3.683687000     -0.578500000</w:t>
      </w:r>
    </w:p>
    <w:p w14:paraId="37D81E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1        6.820509000      3.644284000      0.347907000</w:t>
      </w:r>
    </w:p>
    <w:p w14:paraId="79097A6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-6.267248000      1.386153000      0.036160000</w:t>
      </w:r>
    </w:p>
    <w:p w14:paraId="7BA9E9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-7.318432000      1.658202000      0.088267000</w:t>
      </w:r>
    </w:p>
    <w:p w14:paraId="406EFDB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-3.332017000      4.033960000      0.138895000</w:t>
      </w:r>
    </w:p>
    <w:p w14:paraId="7D07E37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-2.043242000      2.877714000     -0.015095000</w:t>
      </w:r>
    </w:p>
    <w:p w14:paraId="32AF3157" w14:textId="77777777" w:rsidR="00ED626C" w:rsidRPr="00BF5560" w:rsidRDefault="00ED626C" w:rsidP="00ED626C">
      <w:pPr>
        <w:spacing w:after="100" w:afterAutospacing="1"/>
        <w:contextualSpacing/>
        <w:rPr>
          <w:rFonts w:asciiTheme="minorHAnsi" w:eastAsiaTheme="minorHAnsi" w:hAnsiTheme="minorHAnsi" w:cstheme="minorBidi"/>
          <w:i/>
          <w:iCs/>
          <w:sz w:val="18"/>
          <w:szCs w:val="18"/>
          <w:lang w:val="en-US" w:eastAsia="en-US"/>
        </w:rPr>
      </w:pPr>
    </w:p>
    <w:p w14:paraId="0604A50F"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3</w:t>
      </w:r>
      <w:r w:rsidRPr="00BF5560">
        <w:rPr>
          <w:rFonts w:asciiTheme="minorHAnsi" w:eastAsiaTheme="minorHAnsi" w:hAnsiTheme="minorHAnsi" w:cstheme="minorBidi"/>
          <w:i/>
          <w:iCs/>
          <w:sz w:val="18"/>
          <w:szCs w:val="18"/>
          <w:lang w:val="en-US" w:eastAsia="en-US"/>
        </w:rPr>
        <w:t>(TBHP)</w:t>
      </w:r>
    </w:p>
    <w:p w14:paraId="7B3CEA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6D375DD9" wp14:editId="00183BFB">
            <wp:extent cx="1711274" cy="1035685"/>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VVL3-tbh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6614" cy="1038917"/>
                    </a:xfrm>
                    <a:prstGeom prst="rect">
                      <a:avLst/>
                    </a:prstGeom>
                  </pic:spPr>
                </pic:pic>
              </a:graphicData>
            </a:graphic>
          </wp:inline>
        </w:drawing>
      </w:r>
    </w:p>
    <w:p w14:paraId="6B0661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6EC41F1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-0.074846000     -0.702266000     -1.570721000</w:t>
      </w:r>
    </w:p>
    <w:p w14:paraId="74E939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-1.882163000     -0.127859000     -0.990991000</w:t>
      </w:r>
    </w:p>
    <w:p w14:paraId="3254969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1.748064000     -0.979024000     -0.963726000</w:t>
      </w:r>
    </w:p>
    <w:p w14:paraId="722265F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-0.512181000     -2.316630000     -1.952027000</w:t>
      </w:r>
    </w:p>
    <w:p w14:paraId="2CAD99C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-2.926458000      3.125829000      1.597143000</w:t>
      </w:r>
    </w:p>
    <w:p w14:paraId="1AF14F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8        6.071045000      2.091713000      0.570473000</w:t>
      </w:r>
    </w:p>
    <w:p w14:paraId="3678EEB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-1.071105000      1.522250000      0.377586000</w:t>
      </w:r>
    </w:p>
    <w:p w14:paraId="586A8E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0.112146000      0.969213000     -0.049351000</w:t>
      </w:r>
    </w:p>
    <w:p w14:paraId="0AD6F76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0.144258000      0.163385000     -3.008253000</w:t>
      </w:r>
    </w:p>
    <w:p w14:paraId="73DD52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2.756950000     -0.170713000     -0.597444000</w:t>
      </w:r>
    </w:p>
    <w:p w14:paraId="0CBF5BE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-2.091233000      0.903294000     -0.179404000</w:t>
      </w:r>
    </w:p>
    <w:p w14:paraId="243521C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6        3.642306000      1.830575000      0.492840000</w:t>
      </w:r>
    </w:p>
    <w:p w14:paraId="255CC0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1        3.448798000      2.762635000      1.012108000</w:t>
      </w:r>
    </w:p>
    <w:p w14:paraId="725100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-3.842622000      2.401966000      0.884804000</w:t>
      </w:r>
    </w:p>
    <w:p w14:paraId="28901C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6        2.534882000      1.051321000      0.077360000</w:t>
      </w:r>
    </w:p>
    <w:p w14:paraId="3B9153A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6        4.939793000      1.412545000      0.227061000</w:t>
      </w:r>
    </w:p>
    <w:p w14:paraId="5143E0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-4.491025000      0.566624000     -0.603375000</w:t>
      </w:r>
    </w:p>
    <w:p w14:paraId="341100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-4.189729000     -0.270798000     -1.221818000</w:t>
      </w:r>
    </w:p>
    <w:p w14:paraId="0B5F8CF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-3.475681000      1.300050000      0.050707000</w:t>
      </w:r>
    </w:p>
    <w:p w14:paraId="6BB02CF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-5.215333000      2.722946000      0.994918000</w:t>
      </w:r>
    </w:p>
    <w:p w14:paraId="60B9A08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-5.500903000      3.561860000      1.625532000</w:t>
      </w:r>
    </w:p>
    <w:p w14:paraId="4C510A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6        1.209332000      1.515062000      0.389269000</w:t>
      </w:r>
    </w:p>
    <w:p w14:paraId="5C0423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1        1.104983000      2.388317000      1.034229000</w:t>
      </w:r>
    </w:p>
    <w:p w14:paraId="25D0F4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4.074608000     -0.586704000     -0.849929000</w:t>
      </w:r>
    </w:p>
    <w:p w14:paraId="5C51157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4.228543000     -1.530049000     -1.363231000</w:t>
      </w:r>
    </w:p>
    <w:p w14:paraId="2DB2641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5.146196000      0.192363000     -0.448932000</w:t>
      </w:r>
    </w:p>
    <w:p w14:paraId="2FB737C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6.166973000     -0.120165000     -0.645098000</w:t>
      </w:r>
    </w:p>
    <w:p w14:paraId="22E38A3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-5.828346000      0.895012000     -0.472888000</w:t>
      </w:r>
    </w:p>
    <w:p w14:paraId="0E3A06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-6.588789000      0.315719000     -0.986468000</w:t>
      </w:r>
    </w:p>
    <w:p w14:paraId="632936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6        5.928264000      3.333612000      1.240823000</w:t>
      </w:r>
    </w:p>
    <w:p w14:paraId="3F2720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1        5.373182000      4.058535000      0.630390000</w:t>
      </w:r>
    </w:p>
    <w:p w14:paraId="5B29B30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1        5.422885000      3.213438000      2.208643000</w:t>
      </w:r>
    </w:p>
    <w:p w14:paraId="69C5C59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1        6.941493000      3.702986000      1.407181000</w:t>
      </w:r>
    </w:p>
    <w:p w14:paraId="633A3E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-6.183611000      1.988677000      0.332707000</w:t>
      </w:r>
    </w:p>
    <w:p w14:paraId="4C8DA4E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-7.228857000      2.265793000      0.444359000</w:t>
      </w:r>
    </w:p>
    <w:p w14:paraId="70FB12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-3.211507000      4.016815000      1.974859000</w:t>
      </w:r>
    </w:p>
    <w:p w14:paraId="6B0ED0C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-1.944830000      2.974872000      1.395431000</w:t>
      </w:r>
    </w:p>
    <w:p w14:paraId="326BE9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-1.710506000     -3.103577000      0.409472000</w:t>
      </w:r>
    </w:p>
    <w:p w14:paraId="70E644D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-0.767673000     -2.153097000      0.983964000</w:t>
      </w:r>
    </w:p>
    <w:p w14:paraId="4CED162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0.021329000     -2.836333000      2.001866000</w:t>
      </w:r>
    </w:p>
    <w:p w14:paraId="3E7782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-0.919078000     -3.400408000      3.072716000</w:t>
      </w:r>
    </w:p>
    <w:p w14:paraId="09D45D0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-1.579953000     -4.157622000      2.645136000</w:t>
      </w:r>
    </w:p>
    <w:p w14:paraId="3301BAE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-1.536606000     -2.601364000      3.496283000</w:t>
      </w:r>
    </w:p>
    <w:p w14:paraId="646CC0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-0.338797000     -3.858490000      3.881826000</w:t>
      </w:r>
    </w:p>
    <w:p w14:paraId="3B1C4DF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0.244954000     -4.694255000      0.901321000</w:t>
      </w:r>
    </w:p>
    <w:p w14:paraId="47E877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0.879205000     -3.930441000      1.359401000</w:t>
      </w:r>
    </w:p>
    <w:p w14:paraId="3C467A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1.529559000     -3.505137000      0.587810000</w:t>
      </w:r>
    </w:p>
    <w:p w14:paraId="76D78A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1.507863000     -4.415528000      2.114839000</w:t>
      </w:r>
    </w:p>
    <w:p w14:paraId="45E2609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1.565397000     -1.307822000      1.819564000</w:t>
      </w:r>
    </w:p>
    <w:p w14:paraId="18A0D4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0.884819000     -1.708347000      2.575973000</w:t>
      </w:r>
    </w:p>
    <w:p w14:paraId="6D0BDD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0.254893000     -0.895155000      2.951456000</w:t>
      </w:r>
    </w:p>
    <w:p w14:paraId="7B4892A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1.485402000     -2.092323000      3.407523000</w:t>
      </w:r>
    </w:p>
    <w:p w14:paraId="2A2E1B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-1.364792000     -3.124047000     -0.511376000</w:t>
      </w:r>
    </w:p>
    <w:p w14:paraId="45D874B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1C01693E"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lastRenderedPageBreak/>
        <w:t>TS</w:t>
      </w:r>
    </w:p>
    <w:p w14:paraId="7D2F39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3CC1C042" wp14:editId="6FF98708">
            <wp:extent cx="1400621" cy="90360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ts-VVL3-tbhp-c2h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06422" cy="907347"/>
                    </a:xfrm>
                    <a:prstGeom prst="rect">
                      <a:avLst/>
                    </a:prstGeom>
                  </pic:spPr>
                </pic:pic>
              </a:graphicData>
            </a:graphic>
          </wp:inline>
        </w:drawing>
      </w:r>
    </w:p>
    <w:p w14:paraId="17B1626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-0.064539000     -0.909551000     -1.057168000</w:t>
      </w:r>
    </w:p>
    <w:p w14:paraId="0B1877A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-1.786167000     -0.047263000     -0.482234000</w:t>
      </w:r>
    </w:p>
    <w:p w14:paraId="44B3665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1.765330000     -1.380003000     -0.595267000</w:t>
      </w:r>
    </w:p>
    <w:p w14:paraId="316ABA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-0.775696000     -2.334582000     -1.742235000</w:t>
      </w:r>
    </w:p>
    <w:p w14:paraId="668958B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-2.301748000      3.058415000      2.422216000</w:t>
      </w:r>
    </w:p>
    <w:p w14:paraId="3E1D4F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8        6.441924000      1.390878000      0.393360000</w:t>
      </w:r>
    </w:p>
    <w:p w14:paraId="0587837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-0.708127000      1.427772000      0.917347000</w:t>
      </w:r>
    </w:p>
    <w:p w14:paraId="3ACAFB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7        0.384495000      0.758957000      0.422788000</w:t>
      </w:r>
    </w:p>
    <w:p w14:paraId="182E323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0.304965000      0.097467000     -2.367427000</w:t>
      </w:r>
    </w:p>
    <w:p w14:paraId="3F4A5B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2.858727000     -0.634686000     -0.360998000</w:t>
      </w:r>
    </w:p>
    <w:p w14:paraId="229B81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-1.815201000      0.956918000      0.378323000</w:t>
      </w:r>
    </w:p>
    <w:p w14:paraId="42B8E21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6        4.003849000      1.314575000      0.568968000</w:t>
      </w:r>
    </w:p>
    <w:p w14:paraId="49C64E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1        3.937426000      2.270964000      1.076039000</w:t>
      </w:r>
    </w:p>
    <w:p w14:paraId="57B667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-3.322245000      2.565926000      1.653245000</w:t>
      </w:r>
    </w:p>
    <w:p w14:paraId="0B9DC1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6        2.801707000      0.618796000      0.295695000</w:t>
      </w:r>
    </w:p>
    <w:p w14:paraId="3E0259E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6        5.232649000      0.791428000      0.186085000</w:t>
      </w:r>
    </w:p>
    <w:p w14:paraId="7B3F7C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-4.245457000      1.039437000     -0.019853000</w:t>
      </w:r>
    </w:p>
    <w:p w14:paraId="4DA3EA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-4.071696000      0.257671000     -0.750363000</w:t>
      </w:r>
    </w:p>
    <w:p w14:paraId="245A31E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-3.127967000      1.529188000      0.688967000</w:t>
      </w:r>
    </w:p>
    <w:p w14:paraId="333A62E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-4.632802000      3.063187000      1.840181000</w:t>
      </w:r>
    </w:p>
    <w:p w14:paraId="61F14A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-4.785996000      3.851905000      2.573474000</w:t>
      </w:r>
    </w:p>
    <w:p w14:paraId="00BA6FA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6        1.559439000      1.211305000      0.733538000</w:t>
      </w:r>
    </w:p>
    <w:p w14:paraId="0B5999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1        1.607569000      2.105971000      1.356505000</w:t>
      </w:r>
    </w:p>
    <w:p w14:paraId="076C5D4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4.110395000     -1.155635000     -0.730158000</w:t>
      </w:r>
    </w:p>
    <w:p w14:paraId="63433B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4.138460000     -2.120803000     -1.225151000</w:t>
      </w:r>
    </w:p>
    <w:p w14:paraId="255A29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5.275600000     -0.455469000     -0.467333000</w:t>
      </w:r>
    </w:p>
    <w:p w14:paraId="0EEBD6D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6.243236000     -0.852904000     -0.757139000</w:t>
      </w:r>
    </w:p>
    <w:p w14:paraId="089D77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-5.521094000      1.539045000      0.181700000</w:t>
      </w:r>
    </w:p>
    <w:p w14:paraId="1BFF613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-6.361292000      1.148184000     -0.383674000</w:t>
      </w:r>
    </w:p>
    <w:p w14:paraId="2F4064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6        6.458548000      2.651913000      1.040352000</w:t>
      </w:r>
    </w:p>
    <w:p w14:paraId="546BAC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1        5.900898000      3.406045000      0.468478000</w:t>
      </w:r>
    </w:p>
    <w:p w14:paraId="41B4B9D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1        6.043502000      2.590313000      2.055702000</w:t>
      </w:r>
    </w:p>
    <w:p w14:paraId="4D4ACA7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1        7.507848000      2.946699000      1.097922000</w:t>
      </w:r>
    </w:p>
    <w:p w14:paraId="4945409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-5.706042000      2.563450000      1.122524000</w:t>
      </w:r>
    </w:p>
    <w:p w14:paraId="00CCD9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-6.698050000      2.973735000      1.294475000</w:t>
      </w:r>
    </w:p>
    <w:p w14:paraId="4DAD82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-2.450744000      3.936954000      2.896008000</w:t>
      </w:r>
    </w:p>
    <w:p w14:paraId="14680CD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-1.356473000      2.814929000      2.144869000</w:t>
      </w:r>
    </w:p>
    <w:p w14:paraId="76C2134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-3.272168000     -4.728872000     -0.482664000</w:t>
      </w:r>
    </w:p>
    <w:p w14:paraId="0E6BB12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-2.897637000     -4.914670000     -1.484262000</w:t>
      </w:r>
    </w:p>
    <w:p w14:paraId="54786E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-3.255344000     -5.553407000      0.221081000</w:t>
      </w:r>
    </w:p>
    <w:p w14:paraId="2B39C0B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-4.182767000     -3.317287000      0.854677000</w:t>
      </w:r>
    </w:p>
    <w:p w14:paraId="61A290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-3.684728000     -3.468944000     -0.096599000</w:t>
      </w:r>
    </w:p>
    <w:p w14:paraId="348F94C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-3.825681000     -2.681665000     -0.830207000</w:t>
      </w:r>
    </w:p>
    <w:p w14:paraId="034AD1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-1.551394000     -3.080944000     -0.463688000</w:t>
      </w:r>
    </w:p>
    <w:p w14:paraId="6845EC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-1.968932000     -3.231614000      0.430852000</w:t>
      </w:r>
    </w:p>
    <w:p w14:paraId="5D8CF5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-0.578863000     -2.073653000      0.992120000</w:t>
      </w:r>
    </w:p>
    <w:p w14:paraId="03B645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0.048624000     -2.732264000      2.089728000</w:t>
      </w:r>
    </w:p>
    <w:p w14:paraId="0281CBB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1.538087000     -3.734574000      0.865448000</w:t>
      </w:r>
    </w:p>
    <w:p w14:paraId="487221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1.048789000     -1.736761000      2.714461000</w:t>
      </w:r>
    </w:p>
    <w:p w14:paraId="5D7A020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1.858940000     -1.500122000      2.022558000</w:t>
      </w:r>
    </w:p>
    <w:p w14:paraId="2CADDCA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0.537925000     -0.810869000      2.996742000</w:t>
      </w:r>
    </w:p>
    <w:p w14:paraId="24F6DF6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1.489858000     -2.178136000      3.616268000</w:t>
      </w:r>
    </w:p>
    <w:p w14:paraId="2DE4C84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1.278605000     -4.504939000      2.448099000</w:t>
      </w:r>
    </w:p>
    <w:p w14:paraId="3CE5556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0.782082000     -3.996208000      1.612697000</w:t>
      </w:r>
    </w:p>
    <w:p w14:paraId="4509BD3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-1.016724000     -3.076411000      3.146969000</w:t>
      </w:r>
    </w:p>
    <w:p w14:paraId="21AD93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-0.547511000     -3.491284000      4.047058000</w:t>
      </w:r>
    </w:p>
    <w:p w14:paraId="1B0C9DC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-1.725434000     -3.811505000      2.757256000</w:t>
      </w:r>
    </w:p>
    <w:p w14:paraId="4E0DC7D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-1.571622000     -2.174953000      3.428227000</w:t>
      </w:r>
    </w:p>
    <w:p w14:paraId="01B94AB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0.072131000     -4.693853000      1.157639000</w:t>
      </w:r>
    </w:p>
    <w:p w14:paraId="3C73473C"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proofErr w:type="spellStart"/>
      <w:proofErr w:type="gramStart"/>
      <w:r w:rsidRPr="00BF5560">
        <w:rPr>
          <w:rFonts w:asciiTheme="minorHAnsi" w:eastAsiaTheme="minorHAnsi" w:hAnsiTheme="minorHAnsi" w:cstheme="minorBidi"/>
          <w:i/>
          <w:iCs/>
          <w:sz w:val="18"/>
          <w:szCs w:val="18"/>
          <w:lang w:val="en-US" w:eastAsia="en-US"/>
        </w:rPr>
        <w:t>MoO</w:t>
      </w:r>
      <w:proofErr w:type="spellEnd"/>
      <w:r w:rsidRPr="00BF5560">
        <w:rPr>
          <w:rFonts w:asciiTheme="minorHAnsi" w:eastAsiaTheme="minorHAnsi" w:hAnsiTheme="minorHAnsi" w:cstheme="minorBidi"/>
          <w:i/>
          <w:iCs/>
          <w:sz w:val="18"/>
          <w:szCs w:val="18"/>
          <w:lang w:val="en-US" w:eastAsia="en-US"/>
        </w:rPr>
        <w:t>(</w:t>
      </w:r>
      <w:proofErr w:type="gramEnd"/>
      <w:r w:rsidRPr="00BF5560">
        <w:rPr>
          <w:rFonts w:asciiTheme="minorHAnsi" w:eastAsiaTheme="minorHAnsi" w:hAnsiTheme="minorHAnsi" w:cstheme="minorBidi"/>
          <w:i/>
          <w:iCs/>
          <w:sz w:val="18"/>
          <w:szCs w:val="18"/>
          <w:lang w:val="en-US" w:eastAsia="en-US"/>
        </w:rPr>
        <w:t>OR)(OH)L</w:t>
      </w:r>
      <w:r w:rsidRPr="00BF5560">
        <w:rPr>
          <w:rFonts w:asciiTheme="minorHAnsi" w:eastAsiaTheme="minorHAnsi" w:hAnsiTheme="minorHAnsi" w:cstheme="minorBidi"/>
          <w:i/>
          <w:iCs/>
          <w:sz w:val="18"/>
          <w:szCs w:val="18"/>
          <w:vertAlign w:val="superscript"/>
          <w:lang w:val="en-US" w:eastAsia="en-US"/>
        </w:rPr>
        <w:t>3</w:t>
      </w:r>
    </w:p>
    <w:p w14:paraId="2D80A7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52BE2A54" wp14:editId="646AAC0F">
            <wp:extent cx="1628775" cy="100834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VVL3-oroh.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2502" cy="1010652"/>
                    </a:xfrm>
                    <a:prstGeom prst="rect">
                      <a:avLst/>
                    </a:prstGeom>
                  </pic:spPr>
                </pic:pic>
              </a:graphicData>
            </a:graphic>
          </wp:inline>
        </w:drawing>
      </w:r>
    </w:p>
    <w:p w14:paraId="3BB846B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-0.047265000     -1.174109000     -1.064491000</w:t>
      </w:r>
    </w:p>
    <w:p w14:paraId="277D6C6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-1.862657000     -0.353604000     -0.904957000</w:t>
      </w:r>
    </w:p>
    <w:p w14:paraId="11B3FB9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1.816962000     -1.278276000     -0.517754000</w:t>
      </w:r>
    </w:p>
    <w:p w14:paraId="40C8943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-0.590834000     -2.768514000     -1.956790000</w:t>
      </w:r>
    </w:p>
    <w:p w14:paraId="69EB0E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-2.928795000      3.161288000      1.297101000</w:t>
      </w:r>
    </w:p>
    <w:p w14:paraId="7999E16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8        6.060316000      2.170850000      0.215643000</w:t>
      </w:r>
    </w:p>
    <w:p w14:paraId="1F6936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-1.063339000      1.422292000      0.303003000</w:t>
      </w:r>
    </w:p>
    <w:p w14:paraId="2265B0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7        0.125176000      0.789302000      0.019838000</w:t>
      </w:r>
    </w:p>
    <w:p w14:paraId="32228FB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0.380079000     -0.354842000     -2.491177000</w:t>
      </w:r>
    </w:p>
    <w:p w14:paraId="72EF71D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2.801139000     -0.383392000     -0.378890000</w:t>
      </w:r>
    </w:p>
    <w:p w14:paraId="66EFE8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-2.071128000      0.769332000     -0.238512000</w:t>
      </w:r>
    </w:p>
    <w:p w14:paraId="1CBFFF5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6        3.640740000      1.817161000      0.275739000</w:t>
      </w:r>
    </w:p>
    <w:p w14:paraId="0CB26E7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1        3.426729000      2.825498000      0.612812000</w:t>
      </w:r>
    </w:p>
    <w:p w14:paraId="344398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-3.825430000      2.424006000      0.569129000</w:t>
      </w:r>
    </w:p>
    <w:p w14:paraId="203984F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6        2.551796000      0.938195000      0.059560000</w:t>
      </w:r>
    </w:p>
    <w:p w14:paraId="59AF261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6        4.945598000      1.399891000      0.047695000</w:t>
      </w:r>
    </w:p>
    <w:p w14:paraId="2F550DD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-4.448614000      0.510123000     -0.824129000</w:t>
      </w:r>
    </w:p>
    <w:p w14:paraId="6D0077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-4.140775000     -0.378956000     -1.362691000</w:t>
      </w:r>
    </w:p>
    <w:p w14:paraId="45E8C8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-3.451481000      1.246436000     -0.148449000</w:t>
      </w:r>
    </w:p>
    <w:p w14:paraId="0E541D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-5.186067000      2.807298000      0.552551000</w:t>
      </w:r>
    </w:p>
    <w:p w14:paraId="4BEDFFA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-5.477113000      3.703020000      1.096732000</w:t>
      </w:r>
    </w:p>
    <w:p w14:paraId="0474CDB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6        1.218828000      1.424462000      0.314480000</w:t>
      </w:r>
    </w:p>
    <w:p w14:paraId="10055DA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1        1.110888000      2.411894000      0.764500000</w:t>
      </w:r>
    </w:p>
    <w:p w14:paraId="38E64D3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4.127168000     -0.794587000     -0.596812000</w:t>
      </w:r>
    </w:p>
    <w:p w14:paraId="762C513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4.304367000     -1.812710000     -0.927249000</w:t>
      </w:r>
    </w:p>
    <w:p w14:paraId="1D3504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5.179087000      0.081887000     -0.392296000</w:t>
      </w:r>
    </w:p>
    <w:p w14:paraId="1600216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6.204599000     -0.228516000     -0.566465000</w:t>
      </w:r>
    </w:p>
    <w:p w14:paraId="1E0E691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-5.776254000      0.902271000     -0.821969000</w:t>
      </w:r>
    </w:p>
    <w:p w14:paraId="29E2C7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-6.522107000      0.320233000     -1.353822000</w:t>
      </w:r>
    </w:p>
    <w:p w14:paraId="7C0CC7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6        5.886159000      3.508338000      0.651090000</w:t>
      </w:r>
    </w:p>
    <w:p w14:paraId="115BD9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5.287749000      4.090471000     -0.062913000</w:t>
      </w:r>
    </w:p>
    <w:p w14:paraId="0BA76B3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1        5.409771000      3.552243000      1.640160000</w:t>
      </w:r>
    </w:p>
    <w:p w14:paraId="30C9DF7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1        6.887897000      3.936866000      0.714935000</w:t>
      </w:r>
    </w:p>
    <w:p w14:paraId="4B8EF66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-6.138180000      2.065902000     -0.126244000</w:t>
      </w:r>
    </w:p>
    <w:p w14:paraId="468FB84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-7.174465000      2.394323000     -0.115150000</w:t>
      </w:r>
    </w:p>
    <w:p w14:paraId="129CE3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-3.197628000      4.097226000      1.562653000</w:t>
      </w:r>
    </w:p>
    <w:p w14:paraId="27C87EE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-1.943897000      2.972257000      1.145067000</w:t>
      </w:r>
    </w:p>
    <w:p w14:paraId="51B82D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-0.410656000     -2.069968000      0.622999000</w:t>
      </w:r>
    </w:p>
    <w:p w14:paraId="21C6625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-0.417755000     -2.520957000      1.963703000</w:t>
      </w:r>
    </w:p>
    <w:p w14:paraId="52B798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-1.547030000     -1.785354000      2.705908000</w:t>
      </w:r>
    </w:p>
    <w:p w14:paraId="687060C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-2.511797000     -1.987308000      2.228795000</w:t>
      </w:r>
    </w:p>
    <w:p w14:paraId="3A3C99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-1.375832000     -0.704058000      2.686125000</w:t>
      </w:r>
    </w:p>
    <w:p w14:paraId="41D4690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-1.601573000     -2.109927000      3.751689000</w:t>
      </w:r>
    </w:p>
    <w:p w14:paraId="0CCE7FD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-1.642611000     -4.254023000      1.471924000</w:t>
      </w:r>
    </w:p>
    <w:p w14:paraId="690A774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-0.679538000     -4.037373000      1.948346000</w:t>
      </w:r>
    </w:p>
    <w:p w14:paraId="518FA0E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0.110112000     -4.555804000      1.392908000</w:t>
      </w:r>
    </w:p>
    <w:p w14:paraId="0E1CDF9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-0.704830000     -4.441899000      2.966763000</w:t>
      </w:r>
    </w:p>
    <w:p w14:paraId="04BB632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1.750025000     -2.709857000      2.049578000</w:t>
      </w:r>
    </w:p>
    <w:p w14:paraId="23D69B5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0.946510000     -2.217006000      2.605375000</w:t>
      </w:r>
    </w:p>
    <w:p w14:paraId="7B1234D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1.139561000     -1.139344000      2.602593000</w:t>
      </w:r>
    </w:p>
    <w:p w14:paraId="04820C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0.971041000     -2.569489000      3.643304000</w:t>
      </w:r>
    </w:p>
    <w:p w14:paraId="0C378F0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-0.935244000     -3.414682000     -1.314608000</w:t>
      </w:r>
      <w:r w:rsidRPr="00BF5560">
        <w:rPr>
          <w:rFonts w:asciiTheme="minorHAnsi" w:eastAsiaTheme="minorHAnsi" w:hAnsiTheme="minorHAnsi" w:cstheme="minorBidi"/>
          <w:sz w:val="18"/>
          <w:szCs w:val="18"/>
          <w:lang w:val="en-US" w:eastAsia="en-US"/>
        </w:rPr>
        <w:br w:type="page"/>
      </w:r>
    </w:p>
    <w:p w14:paraId="4A770E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sectPr w:rsidR="00ED626C" w:rsidRPr="00BF5560" w:rsidSect="00BF5560">
          <w:type w:val="continuous"/>
          <w:pgSz w:w="11906" w:h="16838"/>
          <w:pgMar w:top="1417" w:right="1417" w:bottom="1417" w:left="1417" w:header="708" w:footer="708" w:gutter="0"/>
          <w:cols w:num="2" w:space="708"/>
          <w:docGrid w:linePitch="360"/>
        </w:sectPr>
      </w:pPr>
    </w:p>
    <w:p w14:paraId="54631B5B"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r w:rsidRPr="00BF5560">
        <w:rPr>
          <w:rFonts w:asciiTheme="minorHAnsi" w:eastAsiaTheme="minorHAnsi" w:hAnsiTheme="minorHAnsi" w:cstheme="minorBidi"/>
          <w:b/>
          <w:bCs/>
          <w:sz w:val="18"/>
          <w:szCs w:val="18"/>
          <w:lang w:val="en-US" w:eastAsia="en-US"/>
        </w:rPr>
        <w:lastRenderedPageBreak/>
        <w:t>B4- With Ligand L</w:t>
      </w:r>
      <w:r w:rsidRPr="00BF5560">
        <w:rPr>
          <w:rFonts w:asciiTheme="minorHAnsi" w:eastAsiaTheme="minorHAnsi" w:hAnsiTheme="minorHAnsi" w:cstheme="minorBidi"/>
          <w:b/>
          <w:bCs/>
          <w:sz w:val="18"/>
          <w:szCs w:val="18"/>
          <w:vertAlign w:val="superscript"/>
          <w:lang w:val="en-US" w:eastAsia="en-US"/>
        </w:rPr>
        <w:t>4</w:t>
      </w:r>
    </w:p>
    <w:p w14:paraId="791D5DF4"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sectPr w:rsidR="00ED626C" w:rsidRPr="00BF5560" w:rsidSect="00BF5560">
          <w:type w:val="continuous"/>
          <w:pgSz w:w="11906" w:h="16838"/>
          <w:pgMar w:top="1417" w:right="1417" w:bottom="1417" w:left="1417" w:header="708" w:footer="708" w:gutter="0"/>
          <w:cols w:space="708"/>
          <w:docGrid w:linePitch="360"/>
        </w:sectPr>
      </w:pPr>
    </w:p>
    <w:p w14:paraId="76AA490E" w14:textId="77777777" w:rsidR="00ED626C" w:rsidRPr="00BF5560" w:rsidRDefault="00ED626C" w:rsidP="00ED626C">
      <w:pPr>
        <w:spacing w:after="100" w:afterAutospacing="1"/>
        <w:contextualSpacing/>
        <w:rPr>
          <w:rFonts w:asciiTheme="minorHAnsi" w:eastAsiaTheme="minorHAnsi" w:hAnsiTheme="minorHAnsi" w:cstheme="minorBidi"/>
          <w:b/>
          <w:bCs/>
          <w:sz w:val="18"/>
          <w:szCs w:val="18"/>
          <w:vertAlign w:val="superscript"/>
          <w:lang w:val="en-US" w:eastAsia="en-US"/>
        </w:rPr>
      </w:pPr>
    </w:p>
    <w:p w14:paraId="7DC1A22E"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4</w:t>
      </w:r>
      <w:r w:rsidRPr="00BF5560">
        <w:rPr>
          <w:rFonts w:asciiTheme="minorHAnsi" w:eastAsiaTheme="minorHAnsi" w:hAnsiTheme="minorHAnsi" w:cstheme="minorBidi"/>
          <w:i/>
          <w:iCs/>
          <w:sz w:val="18"/>
          <w:szCs w:val="18"/>
          <w:lang w:val="en-US" w:eastAsia="en-US"/>
        </w:rPr>
        <w:t>]</w:t>
      </w:r>
      <w:r w:rsidRPr="00BF5560">
        <w:rPr>
          <w:rFonts w:asciiTheme="minorHAnsi" w:eastAsiaTheme="minorHAnsi" w:hAnsiTheme="minorHAnsi" w:cstheme="minorBidi"/>
          <w:i/>
          <w:iCs/>
          <w:sz w:val="18"/>
          <w:szCs w:val="18"/>
          <w:vertAlign w:val="subscript"/>
          <w:lang w:val="en-US" w:eastAsia="en-US"/>
        </w:rPr>
        <w:t>2</w:t>
      </w:r>
    </w:p>
    <w:p w14:paraId="0877C7E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6B57A997" wp14:editId="1D120683">
            <wp:extent cx="2257425" cy="697416"/>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VVL4-di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8182" cy="703829"/>
                    </a:xfrm>
                    <a:prstGeom prst="rect">
                      <a:avLst/>
                    </a:prstGeom>
                  </pic:spPr>
                </pic:pic>
              </a:graphicData>
            </a:graphic>
          </wp:inline>
        </w:drawing>
      </w:r>
    </w:p>
    <w:p w14:paraId="763CD93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4.358866000      1.901492000     -0.482770000</w:t>
      </w:r>
    </w:p>
    <w:p w14:paraId="1766B7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4.292467000     -0.364827000     -0.818005000</w:t>
      </w:r>
    </w:p>
    <w:p w14:paraId="5A94C8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3.091036000     -0.868481000     -1.261172000</w:t>
      </w:r>
    </w:p>
    <w:p w14:paraId="18DE55F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2.521766000      1.359634000     -1.077971000</w:t>
      </w:r>
    </w:p>
    <w:p w14:paraId="2494939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8        5.909285000      1.345180000      0.562423000</w:t>
      </w:r>
    </w:p>
    <w:p w14:paraId="72EDC2F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8        3.919565000      3.348911000      0.311757000</w:t>
      </w:r>
    </w:p>
    <w:p w14:paraId="265C8A4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-1.921053000     -0.746599000     -1.962248000</w:t>
      </w:r>
    </w:p>
    <w:p w14:paraId="473130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2.217408000      0.102380000     -1.365389000</w:t>
      </w:r>
    </w:p>
    <w:p w14:paraId="45109B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-0.983270000     -1.792889000     -1.947433000</w:t>
      </w:r>
    </w:p>
    <w:p w14:paraId="293BFFC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-1.328798000     -2.822531000     -1.977980000</w:t>
      </w:r>
    </w:p>
    <w:p w14:paraId="7DCFBC0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0.369228000     -1.513015000     -1.824629000</w:t>
      </w:r>
    </w:p>
    <w:p w14:paraId="256DFA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1.090645000     -2.320604000     -1.768779000</w:t>
      </w:r>
    </w:p>
    <w:p w14:paraId="073ED1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0.819906000     -0.185123000     -1.711709000</w:t>
      </w:r>
    </w:p>
    <w:p w14:paraId="0FEF391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-0.115198000      0.857217000     -1.799706000</w:t>
      </w:r>
    </w:p>
    <w:p w14:paraId="676E900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0.225965000      1.883588000     -1.726083000</w:t>
      </w:r>
    </w:p>
    <w:p w14:paraId="1797765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-1.471074000      0.580545000     -1.933294000</w:t>
      </w:r>
    </w:p>
    <w:p w14:paraId="28A3CA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-2.189397000      1.395864000     -1.965153000</w:t>
      </w:r>
    </w:p>
    <w:p w14:paraId="2EA5740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5.279485000     -1.201790000     -0.715312000</w:t>
      </w:r>
    </w:p>
    <w:p w14:paraId="1C61E3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5.100184000     -2.231057000     -1.029121000</w:t>
      </w:r>
    </w:p>
    <w:p w14:paraId="726DEBF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6.590261000     -0.848276000     -0.221679000</w:t>
      </w:r>
    </w:p>
    <w:p w14:paraId="7E026C8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6        6.863269000      0.411141000      0.375963000</w:t>
      </w:r>
    </w:p>
    <w:p w14:paraId="3E0A2C0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6        8.153406000      0.672410000      0.844811000</w:t>
      </w:r>
    </w:p>
    <w:p w14:paraId="27477F7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1        8.348665000      1.637016000      1.302076000</w:t>
      </w:r>
    </w:p>
    <w:p w14:paraId="7CF245F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9.167766000     -0.277995000      0.735557000</w:t>
      </w:r>
    </w:p>
    <w:p w14:paraId="7573A6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10.156090000     -0.035386000      1.108796000</w:t>
      </w:r>
    </w:p>
    <w:p w14:paraId="70B9ABE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8.904725000     -1.527986000      0.152796000</w:t>
      </w:r>
    </w:p>
    <w:p w14:paraId="1E05EF9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7.619443000     -1.801369000     -0.312454000</w:t>
      </w:r>
    </w:p>
    <w:p w14:paraId="64C4CF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7.425534000     -2.770339000     -0.763046000</w:t>
      </w:r>
    </w:p>
    <w:p w14:paraId="6D4891E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5.075791000      2.303196000     -1.965765000</w:t>
      </w:r>
    </w:p>
    <w:p w14:paraId="1411EC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-3.304197000     -1.037685000     -1.901274000</w:t>
      </w:r>
    </w:p>
    <w:p w14:paraId="0EA759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-3.553640000     -1.916572000     -2.347717000</w:t>
      </w:r>
    </w:p>
    <w:p w14:paraId="4520754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-3.897427000     -0.290677000     -2.251134000</w:t>
      </w:r>
    </w:p>
    <w:p w14:paraId="094054C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-4.358741000     -1.901470000      0.482429000</w:t>
      </w:r>
    </w:p>
    <w:p w14:paraId="040209C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-4.292479000      0.364796000      0.818080000</w:t>
      </w:r>
    </w:p>
    <w:p w14:paraId="5D3EC25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-3.091015000      0.868518000      1.261083000</w:t>
      </w:r>
    </w:p>
    <w:p w14:paraId="4BB20DF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-2.521620000     -1.359532000      1.077635000</w:t>
      </w:r>
    </w:p>
    <w:p w14:paraId="08CDD94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-5.909266000     -1.345059000     -0.562512000</w:t>
      </w:r>
    </w:p>
    <w:p w14:paraId="5C16376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-3.919350000     -3.348589000     -0.312606000</w:t>
      </w:r>
    </w:p>
    <w:p w14:paraId="5B57B7B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6        1.921165000      0.746971000      1.961629000</w:t>
      </w:r>
    </w:p>
    <w:p w14:paraId="4F2EDC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-2.217303000     -0.102306000      1.365093000</w:t>
      </w:r>
    </w:p>
    <w:p w14:paraId="53C4E3C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6        0.983295000      1.793178000      1.947004000</w:t>
      </w:r>
    </w:p>
    <w:p w14:paraId="4364648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1        1.328724000      2.822850000      1.977679000</w:t>
      </w:r>
    </w:p>
    <w:p w14:paraId="7D70565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-0.369194000      1.513202000      1.824277000</w:t>
      </w:r>
    </w:p>
    <w:p w14:paraId="59AD51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-1.090686000      2.320736000      1.768605000</w:t>
      </w:r>
    </w:p>
    <w:p w14:paraId="6921311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-0.819765000      0.185287000      1.711237000</w:t>
      </w:r>
    </w:p>
    <w:p w14:paraId="3964B0D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0.115440000     -0.856981000      1.798993000</w:t>
      </w:r>
    </w:p>
    <w:p w14:paraId="66E038F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-0.225640000     -1.883374000      1.725272000</w:t>
      </w:r>
    </w:p>
    <w:p w14:paraId="42F70D7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1.471305000     -0.580210000      1.932509000</w:t>
      </w:r>
    </w:p>
    <w:p w14:paraId="1ACB5F2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2.189703000     -1.395468000      1.964212000</w:t>
      </w:r>
    </w:p>
    <w:p w14:paraId="070D15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-5.279617000      1.201644000      0.715702000</w:t>
      </w:r>
    </w:p>
    <w:p w14:paraId="1BFEEF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-5.100391000      2.230900000      1.029598000</w:t>
      </w:r>
    </w:p>
    <w:p w14:paraId="1E3B86F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-6.590493000      0.848055000      0.222345000</w:t>
      </w:r>
    </w:p>
    <w:p w14:paraId="6CB5BA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-6.863457000     -0.411279000     -0.375549000</w:t>
      </w:r>
    </w:p>
    <w:p w14:paraId="12C5607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-8.153631000     -0.672673000     -0.844079000</w:t>
      </w:r>
    </w:p>
    <w:p w14:paraId="3913AFF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-8.348920000     -1.637188000     -1.301520000</w:t>
      </w:r>
    </w:p>
    <w:p w14:paraId="435384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-9.168171000      0.277540000     -0.734291000</w:t>
      </w:r>
    </w:p>
    <w:p w14:paraId="7610266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-10.156569000      0.034757000     -1.107197000</w:t>
      </w:r>
    </w:p>
    <w:p w14:paraId="649E24D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-8.905180000      1.527430000     -0.151365000</w:t>
      </w:r>
    </w:p>
    <w:p w14:paraId="21F7593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-7.619777000      1.800941000      0.313584000</w:t>
      </w:r>
    </w:p>
    <w:p w14:paraId="292767E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-7.425959000      2.769858000      0.764328000</w:t>
      </w:r>
    </w:p>
    <w:p w14:paraId="67C9F49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-5.075406000     -2.303720000      1.965402000</w:t>
      </w:r>
    </w:p>
    <w:p w14:paraId="49B91F5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7        3.304301000      1.038193000      1.900692000</w:t>
      </w:r>
    </w:p>
    <w:p w14:paraId="5DF543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1        3.553600000      1.917076000      2.347229000</w:t>
      </w:r>
    </w:p>
    <w:p w14:paraId="251EC9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1        3.897570000      0.291233000      2.250603000</w:t>
      </w:r>
    </w:p>
    <w:p w14:paraId="292AB6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9.823054000     -2.526805000      0.000142000</w:t>
      </w:r>
    </w:p>
    <w:p w14:paraId="66B78E5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11.152559000     -2.287938000      0.433550000</w:t>
      </w:r>
    </w:p>
    <w:p w14:paraId="2ADC71F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11.606105000     -1.442640000     -0.101035000</w:t>
      </w:r>
    </w:p>
    <w:p w14:paraId="660C69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11.198513000     -2.098155000      1.514441000</w:t>
      </w:r>
    </w:p>
    <w:p w14:paraId="0525B4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11.709207000     -3.198463000      0.205152000</w:t>
      </w:r>
    </w:p>
    <w:p w14:paraId="1283568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-9.823623000      2.526045000      0.002095000</w:t>
      </w:r>
    </w:p>
    <w:p w14:paraId="539C31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-11.152657000      2.288277000     -0.433486000</w:t>
      </w:r>
    </w:p>
    <w:p w14:paraId="2A31F8E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-11.607847000      1.443447000      0.100405000</w:t>
      </w:r>
    </w:p>
    <w:p w14:paraId="5A2674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-11.708869000      3.199305000     -0.206047000</w:t>
      </w:r>
    </w:p>
    <w:p w14:paraId="1060C5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-11.196921000      2.098476000     -1.514436000</w:t>
      </w:r>
    </w:p>
    <w:p w14:paraId="6B83915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16B71CD"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4</w:t>
      </w:r>
      <w:r w:rsidRPr="00BF5560">
        <w:rPr>
          <w:rFonts w:asciiTheme="minorHAnsi" w:eastAsiaTheme="minorHAnsi" w:hAnsiTheme="minorHAnsi" w:cstheme="minorBidi"/>
          <w:i/>
          <w:iCs/>
          <w:sz w:val="18"/>
          <w:szCs w:val="18"/>
          <w:lang w:val="en-US" w:eastAsia="en-US"/>
        </w:rPr>
        <w:t>(MeOH)</w:t>
      </w:r>
    </w:p>
    <w:p w14:paraId="01F98C2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5D81B2D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57907E6B" wp14:editId="5D4EBCDD">
            <wp:extent cx="1552575" cy="664912"/>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VVL4-meoh.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0333" cy="668234"/>
                    </a:xfrm>
                    <a:prstGeom prst="rect">
                      <a:avLst/>
                    </a:prstGeom>
                  </pic:spPr>
                </pic:pic>
              </a:graphicData>
            </a:graphic>
          </wp:inline>
        </w:drawing>
      </w:r>
    </w:p>
    <w:p w14:paraId="53B6CE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0.151482000     -1.516816000     -0.565604000</w:t>
      </w:r>
    </w:p>
    <w:p w14:paraId="2723BB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7        0.171958000      0.696921000      0.037475000</w:t>
      </w:r>
    </w:p>
    <w:p w14:paraId="20D3A8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-1.061613000      1.291230000      0.140148000</w:t>
      </w:r>
    </w:p>
    <w:p w14:paraId="7301467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-7.471105000      1.923329000     -0.055122000</w:t>
      </w:r>
    </w:p>
    <w:p w14:paraId="12F89D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-7.709414000      2.774401000      0.436562000</w:t>
      </w:r>
    </w:p>
    <w:p w14:paraId="66C948E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-8.151396000      1.186994000      0.078711000</w:t>
      </w:r>
    </w:p>
    <w:p w14:paraId="52FFE5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-1.731427000     -0.873545000     -0.318065000</w:t>
      </w:r>
    </w:p>
    <w:p w14:paraId="3E1E94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1.966377000     -1.371265000      0.160274000</w:t>
      </w:r>
    </w:p>
    <w:p w14:paraId="3631F07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-0.161952000     -3.185182000     -0.380942000</w:t>
      </w:r>
    </w:p>
    <w:p w14:paraId="34E30C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0.415247000     -1.215402000     -2.213443000</w:t>
      </w:r>
    </w:p>
    <w:p w14:paraId="0568389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-0.085578000     -1.549077000      1.932953000</w:t>
      </w:r>
    </w:p>
    <w:p w14:paraId="0A4F79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0.820459000     -1.826148000      2.149620000</w:t>
      </w:r>
    </w:p>
    <w:p w14:paraId="25F6223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-2.002095000      0.406525000     -0.082826000</w:t>
      </w:r>
    </w:p>
    <w:p w14:paraId="6E8C2AB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-3.413079000      0.797674000     -0.063342000</w:t>
      </w:r>
    </w:p>
    <w:p w14:paraId="125097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-4.421697000     -0.150626000     -0.305366000</w:t>
      </w:r>
    </w:p>
    <w:p w14:paraId="38DBCF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-4.141855000     -1.178181000     -0.511205000</w:t>
      </w:r>
    </w:p>
    <w:p w14:paraId="63A378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-5.760249000      0.213156000     -0.285872000</w:t>
      </w:r>
    </w:p>
    <w:p w14:paraId="1160D79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-6.527976000     -0.531911000     -0.481452000</w:t>
      </w:r>
    </w:p>
    <w:p w14:paraId="4B3C31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-6.137550000      1.544387000     -0.023302000</w:t>
      </w:r>
    </w:p>
    <w:p w14:paraId="5F53F1B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-5.125396000      2.496563000      0.219087000</w:t>
      </w:r>
    </w:p>
    <w:p w14:paraId="326BEDA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-5.400526000      3.529815000      0.418206000</w:t>
      </w:r>
    </w:p>
    <w:p w14:paraId="71896ED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-3.790563000      2.128338000      0.197198000</w:t>
      </w:r>
    </w:p>
    <w:p w14:paraId="406E37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-3.017169000      2.865306000      0.384363000</w:t>
      </w:r>
    </w:p>
    <w:p w14:paraId="5F4F2E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6        1.209720000      1.456933000      0.199313000</w:t>
      </w:r>
    </w:p>
    <w:p w14:paraId="7BC048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1        1.035521000      2.518838000      0.378294000</w:t>
      </w:r>
    </w:p>
    <w:p w14:paraId="1AB0C3A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6        2.573527000      0.981596000      0.137669000</w:t>
      </w:r>
    </w:p>
    <w:p w14:paraId="0A4FB1E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2.901409000     -0.399944000      0.092841000</w:t>
      </w:r>
    </w:p>
    <w:p w14:paraId="2E6957B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4.246352000     -0.775606000      0.039456000</w:t>
      </w:r>
    </w:p>
    <w:p w14:paraId="1A55FA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4.482375000     -1.834452000      0.006431000</w:t>
      </w:r>
    </w:p>
    <w:p w14:paraId="6F7966C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6        5.264407000      0.176944000      0.034417000</w:t>
      </w:r>
    </w:p>
    <w:p w14:paraId="1F6901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6.294986000     -0.156285000     -0.009987000</w:t>
      </w:r>
    </w:p>
    <w:p w14:paraId="1A58C1C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6        4.949602000      1.543750000      0.088776000</w:t>
      </w:r>
    </w:p>
    <w:p w14:paraId="5A0DF80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6        3.611424000      1.929449000      0.145226000</w:t>
      </w:r>
    </w:p>
    <w:p w14:paraId="64F037F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1        3.378321000      2.989506000      0.183708000</w:t>
      </w:r>
    </w:p>
    <w:p w14:paraId="6EA01DB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-1.022105000     -2.455665000      2.537730000</w:t>
      </w:r>
    </w:p>
    <w:p w14:paraId="0FA1535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1       -2.012066000     -2.120033000      2.227783000</w:t>
      </w:r>
    </w:p>
    <w:p w14:paraId="3B072AA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-0.945233000     -2.406034000      3.629757000</w:t>
      </w:r>
    </w:p>
    <w:p w14:paraId="1CFC917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-0.863270000     -3.479389000      2.185081000</w:t>
      </w:r>
    </w:p>
    <w:p w14:paraId="2065C75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8        5.867167000      2.556523000      0.092487000</w:t>
      </w:r>
    </w:p>
    <w:p w14:paraId="7B9E37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6        7.240830000      2.215339000      0.012326000</w:t>
      </w:r>
    </w:p>
    <w:p w14:paraId="7FB1746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1        7.559579000      1.610764000      0.872409000</w:t>
      </w:r>
    </w:p>
    <w:p w14:paraId="55CCBA6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7.469783000      1.671952000     -0.914343000</w:t>
      </w:r>
    </w:p>
    <w:p w14:paraId="2A174FB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1        7.785066000      3.161495000      0.017799000</w:t>
      </w:r>
    </w:p>
    <w:p w14:paraId="5B5AF5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B873D47"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4</w:t>
      </w:r>
    </w:p>
    <w:p w14:paraId="1E46BA5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30B05D00" wp14:editId="78ECA65C">
            <wp:extent cx="1613094" cy="560070"/>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VVL4-pent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5494" cy="560903"/>
                    </a:xfrm>
                    <a:prstGeom prst="rect">
                      <a:avLst/>
                    </a:prstGeom>
                  </pic:spPr>
                </pic:pic>
              </a:graphicData>
            </a:graphic>
          </wp:inline>
        </w:drawing>
      </w:r>
    </w:p>
    <w:p w14:paraId="1A6764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-0.102549000      1.737629000      0.090447000</w:t>
      </w:r>
    </w:p>
    <w:p w14:paraId="0B87C55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-0.132709000     -0.530555000     -0.086424000</w:t>
      </w:r>
    </w:p>
    <w:p w14:paraId="72A972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1.097127000     -1.147936000     -0.093519000</w:t>
      </w:r>
    </w:p>
    <w:p w14:paraId="698AC9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1.757703000      1.052806000     -0.163722000</w:t>
      </w:r>
    </w:p>
    <w:p w14:paraId="0C4DED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-1.937840000      1.438669000     -0.469903000</w:t>
      </w:r>
    </w:p>
    <w:p w14:paraId="249E16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0.176725000      3.174772000     -0.771526000</w:t>
      </w:r>
    </w:p>
    <w:p w14:paraId="5FCF514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6.183099000     -1.345752000     -0.009227000</w:t>
      </w:r>
    </w:p>
    <w:p w14:paraId="2F6CF5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2.044540000     -0.244046000     -0.101989000</w:t>
      </w:r>
    </w:p>
    <w:p w14:paraId="0214A1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5.175009000     -2.332460000      0.034816000</w:t>
      </w:r>
    </w:p>
    <w:p w14:paraId="6C865FB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5.456486000     -3.381417000      0.090837000</w:t>
      </w:r>
    </w:p>
    <w:p w14:paraId="7A12998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3.837911000     -1.975766000      0.004359000</w:t>
      </w:r>
    </w:p>
    <w:p w14:paraId="369849F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3.068611000     -2.739499000      0.042042000</w:t>
      </w:r>
    </w:p>
    <w:p w14:paraId="0B5ABA6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3.454539000     -0.623121000     -0.072080000</w:t>
      </w:r>
    </w:p>
    <w:p w14:paraId="32AD35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4.458758000      0.359964000     -0.117428000</w:t>
      </w:r>
    </w:p>
    <w:p w14:paraId="39DC83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4.173243000      1.404675000     -0.175305000</w:t>
      </w:r>
    </w:p>
    <w:p w14:paraId="5BA8661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5.799159000      0.007798000     -0.085937000</w:t>
      </w:r>
    </w:p>
    <w:p w14:paraId="6661825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6.563983000      0.779746000     -0.124523000</w:t>
      </w:r>
    </w:p>
    <w:p w14:paraId="45D2BC8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-1.171043000     -1.318176000     -0.083676000</w:t>
      </w:r>
    </w:p>
    <w:p w14:paraId="4096FD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-0.972862000     -2.389878000     -0.058208000</w:t>
      </w:r>
    </w:p>
    <w:p w14:paraId="7B88FB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-2.537223000     -0.871232000     -0.101908000</w:t>
      </w:r>
    </w:p>
    <w:p w14:paraId="511BFD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-2.873804000      0.495458000     -0.277641000</w:t>
      </w:r>
    </w:p>
    <w:p w14:paraId="39D143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-4.221440000      0.866696000     -0.305899000</w:t>
      </w:r>
    </w:p>
    <w:p w14:paraId="2C0CA9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-4.465082000      1.914310000     -0.448373000</w:t>
      </w:r>
    </w:p>
    <w:p w14:paraId="7CDA7A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-5.228610000     -0.084733000     -0.162722000</w:t>
      </w:r>
    </w:p>
    <w:p w14:paraId="648E21B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-6.262526000      0.239932000     -0.187823000</w:t>
      </w:r>
    </w:p>
    <w:p w14:paraId="3BB0054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-4.905179000     -1.442814000      0.006458000</w:t>
      </w:r>
    </w:p>
    <w:p w14:paraId="6AC75D8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-3.565724000     -1.822591000      0.029688000</w:t>
      </w:r>
    </w:p>
    <w:p w14:paraId="7D5C74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-3.323653000     -2.873109000      0.160288000</w:t>
      </w:r>
    </w:p>
    <w:p w14:paraId="5EF934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-0.191859000      2.052362000      1.755838000</w:t>
      </w:r>
    </w:p>
    <w:p w14:paraId="195B8D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7.520224000     -1.704464000     -0.027781000</w:t>
      </w:r>
    </w:p>
    <w:p w14:paraId="683F632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7.749928000     -2.620368000      0.334055000</w:t>
      </w:r>
    </w:p>
    <w:p w14:paraId="62CB75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8.184778000     -0.991816000      0.242703000</w:t>
      </w:r>
    </w:p>
    <w:p w14:paraId="3265DC6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-5.817391000     -2.447752000      0.152667000</w:t>
      </w:r>
    </w:p>
    <w:p w14:paraId="08C424A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-7.196047000     -2.113265000      0.135193000</w:t>
      </w:r>
    </w:p>
    <w:p w14:paraId="67BF8D2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-7.457124000     -1.429545000      0.953921000</w:t>
      </w:r>
    </w:p>
    <w:p w14:paraId="3A96497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-7.490812000     -1.661259000     -0.821343000</w:t>
      </w:r>
    </w:p>
    <w:p w14:paraId="328D143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-7.732792000     -3.054148000      0.268155000</w:t>
      </w:r>
    </w:p>
    <w:p w14:paraId="694DBF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66ABED79"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MoO</w:t>
      </w:r>
      <w:r w:rsidRPr="00BF5560">
        <w:rPr>
          <w:rFonts w:asciiTheme="minorHAnsi" w:eastAsiaTheme="minorHAnsi" w:hAnsiTheme="minorHAnsi" w:cstheme="minorBidi"/>
          <w:i/>
          <w:iCs/>
          <w:sz w:val="18"/>
          <w:szCs w:val="18"/>
          <w:vertAlign w:val="subscript"/>
          <w:lang w:val="en-US" w:eastAsia="en-US"/>
        </w:rPr>
        <w:t>2</w:t>
      </w:r>
      <w:r w:rsidRPr="00BF5560">
        <w:rPr>
          <w:rFonts w:asciiTheme="minorHAnsi" w:eastAsiaTheme="minorHAnsi" w:hAnsiTheme="minorHAnsi" w:cstheme="minorBidi"/>
          <w:i/>
          <w:iCs/>
          <w:sz w:val="18"/>
          <w:szCs w:val="18"/>
          <w:lang w:val="en-US" w:eastAsia="en-US"/>
        </w:rPr>
        <w:t>L</w:t>
      </w:r>
      <w:r w:rsidRPr="00BF5560">
        <w:rPr>
          <w:rFonts w:asciiTheme="minorHAnsi" w:eastAsiaTheme="minorHAnsi" w:hAnsiTheme="minorHAnsi" w:cstheme="minorBidi"/>
          <w:i/>
          <w:iCs/>
          <w:sz w:val="18"/>
          <w:szCs w:val="18"/>
          <w:vertAlign w:val="superscript"/>
          <w:lang w:val="en-US" w:eastAsia="en-US"/>
        </w:rPr>
        <w:t>4</w:t>
      </w:r>
      <w:r w:rsidRPr="00BF5560">
        <w:rPr>
          <w:rFonts w:asciiTheme="minorHAnsi" w:eastAsiaTheme="minorHAnsi" w:hAnsiTheme="minorHAnsi" w:cstheme="minorBidi"/>
          <w:i/>
          <w:iCs/>
          <w:sz w:val="18"/>
          <w:szCs w:val="18"/>
          <w:lang w:val="en-US" w:eastAsia="en-US"/>
        </w:rPr>
        <w:t>(TBHP)</w:t>
      </w:r>
    </w:p>
    <w:p w14:paraId="6CC229C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9B6FDB3" wp14:editId="6C2F939E">
            <wp:extent cx="1285875" cy="8243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VVL4-tbhp.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2381" cy="834932"/>
                    </a:xfrm>
                    <a:prstGeom prst="rect">
                      <a:avLst/>
                    </a:prstGeom>
                  </pic:spPr>
                </pic:pic>
              </a:graphicData>
            </a:graphic>
          </wp:inline>
        </w:drawing>
      </w:r>
    </w:p>
    <w:p w14:paraId="6FC9839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-0.127246000      0.619230000     -1.599940000</w:t>
      </w:r>
    </w:p>
    <w:p w14:paraId="20C94E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1.718261000      0.149769000     -1.035604000</w:t>
      </w:r>
    </w:p>
    <w:p w14:paraId="65D87C2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-1.947710000      0.845367000     -0.966322000</w:t>
      </w:r>
    </w:p>
    <w:p w14:paraId="3D20A0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0.236839000      2.238804000     -2.036556000</w:t>
      </w:r>
    </w:p>
    <w:p w14:paraId="27AF3DF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-6.106995000     -2.337777000      0.779057000</w:t>
      </w:r>
    </w:p>
    <w:p w14:paraId="08E8FA5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0.997096000     -1.475498000      0.423286000</w:t>
      </w:r>
    </w:p>
    <w:p w14:paraId="6CD955C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-0.213664000     -0.991259000     -0.009036000</w:t>
      </w:r>
    </w:p>
    <w:p w14:paraId="68BD135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-0.332261000     -0.302785000     -3.004690000</w:t>
      </w:r>
    </w:p>
    <w:p w14:paraId="389B5B8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-2.914996000      0.011057000     -0.547435000</w:t>
      </w:r>
    </w:p>
    <w:p w14:paraId="3B14087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1.968469000     -0.836342000     -0.179976000</w:t>
      </w:r>
    </w:p>
    <w:p w14:paraId="0A967C3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-3.693268000     -1.979087000      0.639074000</w:t>
      </w:r>
    </w:p>
    <w:p w14:paraId="4A2793B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-3.449908000     -2.880159000      1.190951000</w:t>
      </w:r>
    </w:p>
    <w:p w14:paraId="6B5B59A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3.712043000     -2.243987000      0.915660000</w:t>
      </w:r>
    </w:p>
    <w:p w14:paraId="2A8B4B0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-2.628004000     -1.172151000      0.170422000</w:t>
      </w:r>
    </w:p>
    <w:p w14:paraId="3CC988E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-5.012260000     -1.626319000      0.384127000</w:t>
      </w:r>
    </w:p>
    <w:p w14:paraId="1A97004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4.397969000     -0.429119000     -0.530569000</w:t>
      </w:r>
    </w:p>
    <w:p w14:paraId="2DF3951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4.141318000      0.400450000     -1.180082000</w:t>
      </w:r>
    </w:p>
    <w:p w14:paraId="74AC5F2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3.366838000     -1.172526000      0.070153000</w:t>
      </w:r>
    </w:p>
    <w:p w14:paraId="13CAA73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5.038555000     -2.561934000      1.151067000</w:t>
      </w:r>
    </w:p>
    <w:p w14:paraId="607ED42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5.290643000     -3.390387000      1.808998000</w:t>
      </w:r>
    </w:p>
    <w:p w14:paraId="7C9DEC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-1.277857000     -1.565750000      0.473839000</w:t>
      </w:r>
    </w:p>
    <w:p w14:paraId="517A7EE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-1.117657000     -2.405105000      1.151063000</w:t>
      </w:r>
    </w:p>
    <w:p w14:paraId="6362FD7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-4.253390000      0.361192000     -0.789417000</w:t>
      </w:r>
    </w:p>
    <w:p w14:paraId="67A2BC1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-4.456845000      1.275685000     -1.336663000</w:t>
      </w:r>
    </w:p>
    <w:p w14:paraId="69175E0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-5.283542000     -0.444736000     -0.335585000</w:t>
      </w:r>
    </w:p>
    <w:p w14:paraId="407E326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-6.320210000     -0.183053000     -0.522671000</w:t>
      </w:r>
    </w:p>
    <w:p w14:paraId="4460F5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5.727839000     -0.744108000     -0.298416000</w:t>
      </w:r>
    </w:p>
    <w:p w14:paraId="56B65BE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6.514160000     -0.156276000     -0.765882000</w:t>
      </w:r>
    </w:p>
    <w:p w14:paraId="2CEFAB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-5.897461000     -3.541331000      1.499683000</w:t>
      </w:r>
    </w:p>
    <w:p w14:paraId="01998C4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-5.325505000     -4.269625000      0.909136000</w:t>
      </w:r>
    </w:p>
    <w:p w14:paraId="7AA81C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-5.376611000     -3.357432000      2.449104000</w:t>
      </w:r>
    </w:p>
    <w:p w14:paraId="1E695C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-6.890394000     -3.944426000      1.705864000</w:t>
      </w:r>
    </w:p>
    <w:p w14:paraId="4B0E81A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6.073613000     -1.816929000      0.546887000</w:t>
      </w:r>
    </w:p>
    <w:p w14:paraId="0691A8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8        1.446404000      3.170876000      0.264605000</w:t>
      </w:r>
    </w:p>
    <w:p w14:paraId="1CF0C0B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8        0.571045000      2.197585000      0.904386000</w:t>
      </w:r>
    </w:p>
    <w:p w14:paraId="5B1E3D6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-0.229987000      2.881297000      1.911351000</w:t>
      </w:r>
    </w:p>
    <w:p w14:paraId="32260A6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6        0.702785000      3.538262000      2.934991000</w:t>
      </w:r>
    </w:p>
    <w:p w14:paraId="786A12E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1        1.312965000      4.309518000      2.459527000</w:t>
      </w:r>
    </w:p>
    <w:p w14:paraId="1863B03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1        1.371014000      2.791081000      3.376086000</w:t>
      </w:r>
    </w:p>
    <w:p w14:paraId="436CCDE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1        0.117834000      4.000105000      3.738589000</w:t>
      </w:r>
    </w:p>
    <w:p w14:paraId="4024FF0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-0.578024000      4.673611000      0.736348000</w:t>
      </w:r>
    </w:p>
    <w:p w14:paraId="665861A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-1.159636000      3.901271000      1.246749000</w:t>
      </w:r>
    </w:p>
    <w:p w14:paraId="67A7CA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-1.808727000      3.408986000      0.514937000</w:t>
      </w:r>
    </w:p>
    <w:p w14:paraId="2B1C8AC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-1.791166000      4.388471000      1.998483000</w:t>
      </w:r>
    </w:p>
    <w:p w14:paraId="01046F0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-1.698712000      1.272380000      1.828270000</w:t>
      </w:r>
    </w:p>
    <w:p w14:paraId="222504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-1.019941000      1.734463000      2.550589000</w:t>
      </w:r>
    </w:p>
    <w:p w14:paraId="011C985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-0.339799000      0.968065000      2.936712000</w:t>
      </w:r>
    </w:p>
    <w:p w14:paraId="410C4C7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-1.617331000      2.119112000      3.384240000</w:t>
      </w:r>
    </w:p>
    <w:p w14:paraId="0FDDEB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1.079212000      3.128774000     -0.647427000</w:t>
      </w:r>
    </w:p>
    <w:p w14:paraId="4F9AA3E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2.921281000     -2.822358000      1.381112000</w:t>
      </w:r>
    </w:p>
    <w:p w14:paraId="7A8F98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7.400709000     -2.103185000      0.821099000</w:t>
      </w:r>
    </w:p>
    <w:p w14:paraId="71E7062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7.603136000     -3.034524000      1.159093000</w:t>
      </w:r>
    </w:p>
    <w:p w14:paraId="46E32FC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8.083408000     -1.764991000      0.156091000</w:t>
      </w:r>
    </w:p>
    <w:p w14:paraId="14ACAEA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3FB4E97A"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r w:rsidRPr="00BF5560">
        <w:rPr>
          <w:rFonts w:asciiTheme="minorHAnsi" w:eastAsiaTheme="minorHAnsi" w:hAnsiTheme="minorHAnsi" w:cstheme="minorBidi"/>
          <w:i/>
          <w:iCs/>
          <w:sz w:val="18"/>
          <w:szCs w:val="18"/>
          <w:lang w:val="en-US" w:eastAsia="en-US"/>
        </w:rPr>
        <w:t>TS</w:t>
      </w:r>
    </w:p>
    <w:p w14:paraId="1A6DB8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783EFB32" wp14:editId="2337B576">
            <wp:extent cx="1409700" cy="815752"/>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ts-VVL4-tbhp-c2h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19042" cy="821158"/>
                    </a:xfrm>
                    <a:prstGeom prst="rect">
                      <a:avLst/>
                    </a:prstGeom>
                  </pic:spPr>
                </pic:pic>
              </a:graphicData>
            </a:graphic>
          </wp:inline>
        </w:drawing>
      </w:r>
    </w:p>
    <w:p w14:paraId="7E509AA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-0.071661000     -0.941016000     -1.085163000</w:t>
      </w:r>
    </w:p>
    <w:p w14:paraId="7549F24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-1.812020000     -0.100033000     -0.530456000</w:t>
      </w:r>
    </w:p>
    <w:p w14:paraId="30E0602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1.757641000     -1.386883000     -0.601503000</w:t>
      </w:r>
    </w:p>
    <w:p w14:paraId="2AD5108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-0.760086000     -2.386935000     -1.753133000</w:t>
      </w:r>
    </w:p>
    <w:p w14:paraId="4AE807E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8        6.398054000      1.428687000      0.432087000</w:t>
      </w:r>
    </w:p>
    <w:p w14:paraId="4282E76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-0.755601000      1.412718000      0.859080000</w:t>
      </w:r>
    </w:p>
    <w:p w14:paraId="32F347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lastRenderedPageBreak/>
        <w:t>7        0.345464000      0.743778000      0.383067000</w:t>
      </w:r>
    </w:p>
    <w:p w14:paraId="3A0192B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0.289713000      0.053127000     -2.407224000</w:t>
      </w:r>
    </w:p>
    <w:p w14:paraId="6965FA8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2.842389000     -0.631039000     -0.357570000</w:t>
      </w:r>
    </w:p>
    <w:p w14:paraId="0848DF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-1.841736000      0.917958000      0.315771000</w:t>
      </w:r>
    </w:p>
    <w:p w14:paraId="6EB48A7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6        3.958297000      1.332559000      0.575595000</w:t>
      </w:r>
    </w:p>
    <w:p w14:paraId="1F30250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1        3.876728000      2.291054000      1.076397000</w:t>
      </w:r>
    </w:p>
    <w:p w14:paraId="15099A3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-3.277618000      2.554786000      1.544645000</w:t>
      </w:r>
    </w:p>
    <w:p w14:paraId="2C6E28E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6        2.765745000      0.625495000      0.290736000</w:t>
      </w:r>
    </w:p>
    <w:p w14:paraId="1924794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6        5.196430000      0.817447000      0.211772000</w:t>
      </w:r>
    </w:p>
    <w:p w14:paraId="274DF56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-4.316248000      0.997691000      0.017919000</w:t>
      </w:r>
    </w:p>
    <w:p w14:paraId="74CB80D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-4.229644000      0.184950000     -0.694964000</w:t>
      </w:r>
    </w:p>
    <w:p w14:paraId="3E1AF3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-3.153152000      1.492675000      0.630318000</w:t>
      </w:r>
    </w:p>
    <w:p w14:paraId="2AF3BAB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-4.517479000      3.099034000      1.837519000</w:t>
      </w:r>
    </w:p>
    <w:p w14:paraId="634FDD9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-4.596833000      3.916390000      2.550764000</w:t>
      </w:r>
    </w:p>
    <w:p w14:paraId="09F4F0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6        1.512122000      1.209897000      0.706850000</w:t>
      </w:r>
    </w:p>
    <w:p w14:paraId="14BB480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1        1.537544000      2.109824000      1.322959000</w:t>
      </w:r>
    </w:p>
    <w:p w14:paraId="6FC5F83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4.102567000     -1.143392000     -0.708493000</w:t>
      </w:r>
    </w:p>
    <w:p w14:paraId="18D1775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4.145044000     -2.110989000     -1.197761000</w:t>
      </w:r>
    </w:p>
    <w:p w14:paraId="36DBC7D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5.258716000     -0.432109000     -0.434412000</w:t>
      </w:r>
    </w:p>
    <w:p w14:paraId="288DE29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6.233338000     -0.822958000     -0.709434000</w:t>
      </w:r>
    </w:p>
    <w:p w14:paraId="663A74C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-5.560465000      1.541266000      0.304144000</w:t>
      </w:r>
    </w:p>
    <w:p w14:paraId="6B9EB96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-6.450704000      1.146211000     -0.180103000</w:t>
      </w:r>
    </w:p>
    <w:p w14:paraId="433C813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6        6.394462000      2.692553000      1.073417000</w:t>
      </w:r>
    </w:p>
    <w:p w14:paraId="0335BCC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1        5.837840000      3.439217000      0.490808000</w:t>
      </w:r>
    </w:p>
    <w:p w14:paraId="3F97CEB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1        5.965999000      2.631964000      2.083257000</w:t>
      </w:r>
    </w:p>
    <w:p w14:paraId="3DE169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1        7.440218000      2.997191000      1.144012000</w:t>
      </w:r>
    </w:p>
    <w:p w14:paraId="0B9AD30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-5.684306000      2.602410000      1.221080000</w:t>
      </w:r>
    </w:p>
    <w:p w14:paraId="4D9EDC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-3.180146000     -4.849219000     -0.529628000</w:t>
      </w:r>
    </w:p>
    <w:p w14:paraId="627B51D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-2.787120000     -5.018345000     -1.527010000</w:t>
      </w:r>
    </w:p>
    <w:p w14:paraId="2FFF4B7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-3.147940000     -5.676301000      0.170547000</w:t>
      </w:r>
    </w:p>
    <w:p w14:paraId="6FFF146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-4.145150000     -3.470120000      0.803406000</w:t>
      </w:r>
    </w:p>
    <w:p w14:paraId="27BFB7F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-3.627120000     -3.600958000     -0.140411000</w:t>
      </w:r>
    </w:p>
    <w:p w14:paraId="01028B2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-3.784866000     -2.816301000     -0.873608000</w:t>
      </w:r>
    </w:p>
    <w:p w14:paraId="59A2198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-1.512209000     -3.144510000     -0.482468000</w:t>
      </w:r>
    </w:p>
    <w:p w14:paraId="3AB97A1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-1.937658000     -3.312213000      0.406383000</w:t>
      </w:r>
    </w:p>
    <w:p w14:paraId="788E0FA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-0.596767000     -2.101261000      0.981625000</w:t>
      </w:r>
    </w:p>
    <w:p w14:paraId="7CFAB20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0.028877000     -2.728520000      2.097138000</w:t>
      </w:r>
    </w:p>
    <w:p w14:paraId="388CEA9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1.562404000     -3.711049000      0.911825000</w:t>
      </w:r>
    </w:p>
    <w:p w14:paraId="1110B5A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0.994354000     -1.699607000      2.722588000</w:t>
      </w:r>
    </w:p>
    <w:p w14:paraId="4915280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1.810277000     -1.454763000      2.040365000</w:t>
      </w:r>
    </w:p>
    <w:p w14:paraId="4BAE3B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0.457422000     -0.781440000      2.980358000</w:t>
      </w:r>
    </w:p>
    <w:p w14:paraId="762ED52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1.430278000     -2.116129000      3.638678000</w:t>
      </w:r>
    </w:p>
    <w:p w14:paraId="7DB51A7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1.297507000     -4.463778000      2.502079000</w:t>
      </w:r>
    </w:p>
    <w:p w14:paraId="27C4BEC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0.801488000     -3.980688000      1.651214000</w:t>
      </w:r>
    </w:p>
    <w:p w14:paraId="41D72AF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-1.043973000     -3.084427000      3.143120000</w:t>
      </w:r>
    </w:p>
    <w:p w14:paraId="7697FD5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-0.579375000     -3.477113000      4.055553000</w:t>
      </w:r>
    </w:p>
    <w:p w14:paraId="3FDE50D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-1.729595000     -3.840629000      2.752112000</w:t>
      </w:r>
    </w:p>
    <w:p w14:paraId="4ECF188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-1.623814000     -2.192638000      3.404341000</w:t>
      </w:r>
    </w:p>
    <w:p w14:paraId="79ED9CA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0.116706000     -4.702805000      1.195738000</w:t>
      </w:r>
    </w:p>
    <w:p w14:paraId="2B9FC52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-2.383740000      2.944995000      2.018905000</w:t>
      </w:r>
    </w:p>
    <w:p w14:paraId="2B5B473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-6.932345000      3.114321000      1.551376000</w:t>
      </w:r>
    </w:p>
    <w:p w14:paraId="67C76E2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-6.940789000      4.049766000      1.936724000</w:t>
      </w:r>
    </w:p>
    <w:p w14:paraId="68D9CD5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-7.666351000      2.968942000      0.870401000</w:t>
      </w:r>
    </w:p>
    <w:p w14:paraId="06A6A5FF" w14:textId="081CAA04"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4EB31BF7" w14:textId="4844BBA1"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0FDEF4B8" w14:textId="775EF987"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1197A336" w14:textId="015D0924"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6934583B" w14:textId="1829CB72"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166E8499" w14:textId="28E18D31" w:rsidR="00ED626C" w:rsidRDefault="00ED626C" w:rsidP="00ED626C">
      <w:pPr>
        <w:spacing w:after="100" w:afterAutospacing="1"/>
        <w:contextualSpacing/>
        <w:rPr>
          <w:rFonts w:asciiTheme="minorHAnsi" w:eastAsiaTheme="minorHAnsi" w:hAnsiTheme="minorHAnsi" w:cstheme="minorBidi"/>
          <w:sz w:val="18"/>
          <w:szCs w:val="18"/>
          <w:lang w:val="en-US" w:eastAsia="en-US"/>
        </w:rPr>
      </w:pPr>
    </w:p>
    <w:p w14:paraId="6FF25FB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p>
    <w:p w14:paraId="423AEDFF" w14:textId="77777777" w:rsidR="00ED626C" w:rsidRPr="00BF5560" w:rsidRDefault="00ED626C" w:rsidP="00ED626C">
      <w:pPr>
        <w:pBdr>
          <w:top w:val="single" w:sz="4" w:space="1" w:color="auto"/>
        </w:pBdr>
        <w:shd w:val="clear" w:color="auto" w:fill="D9D9D9" w:themeFill="background1" w:themeFillShade="D9"/>
        <w:spacing w:after="100" w:afterAutospacing="1"/>
        <w:contextualSpacing/>
        <w:rPr>
          <w:rFonts w:asciiTheme="minorHAnsi" w:eastAsiaTheme="minorHAnsi" w:hAnsiTheme="minorHAnsi" w:cstheme="minorBidi"/>
          <w:i/>
          <w:iCs/>
          <w:sz w:val="18"/>
          <w:szCs w:val="18"/>
          <w:lang w:val="en-US" w:eastAsia="en-US"/>
        </w:rPr>
      </w:pPr>
      <w:proofErr w:type="spellStart"/>
      <w:proofErr w:type="gramStart"/>
      <w:r w:rsidRPr="00BF5560">
        <w:rPr>
          <w:rFonts w:asciiTheme="minorHAnsi" w:eastAsiaTheme="minorHAnsi" w:hAnsiTheme="minorHAnsi" w:cstheme="minorBidi"/>
          <w:i/>
          <w:iCs/>
          <w:sz w:val="18"/>
          <w:szCs w:val="18"/>
          <w:lang w:val="en-US" w:eastAsia="en-US"/>
        </w:rPr>
        <w:t>MoO</w:t>
      </w:r>
      <w:proofErr w:type="spellEnd"/>
      <w:r w:rsidRPr="00BF5560">
        <w:rPr>
          <w:rFonts w:asciiTheme="minorHAnsi" w:eastAsiaTheme="minorHAnsi" w:hAnsiTheme="minorHAnsi" w:cstheme="minorBidi"/>
          <w:i/>
          <w:iCs/>
          <w:sz w:val="18"/>
          <w:szCs w:val="18"/>
          <w:lang w:val="en-US" w:eastAsia="en-US"/>
        </w:rPr>
        <w:t>(</w:t>
      </w:r>
      <w:proofErr w:type="gramEnd"/>
      <w:r w:rsidRPr="00BF5560">
        <w:rPr>
          <w:rFonts w:asciiTheme="minorHAnsi" w:eastAsiaTheme="minorHAnsi" w:hAnsiTheme="minorHAnsi" w:cstheme="minorBidi"/>
          <w:i/>
          <w:iCs/>
          <w:sz w:val="18"/>
          <w:szCs w:val="18"/>
          <w:lang w:val="en-US" w:eastAsia="en-US"/>
        </w:rPr>
        <w:t>OR)(OH)L</w:t>
      </w:r>
      <w:r w:rsidRPr="00BF5560">
        <w:rPr>
          <w:rFonts w:asciiTheme="minorHAnsi" w:eastAsiaTheme="minorHAnsi" w:hAnsiTheme="minorHAnsi" w:cstheme="minorBidi"/>
          <w:i/>
          <w:iCs/>
          <w:sz w:val="18"/>
          <w:szCs w:val="18"/>
          <w:vertAlign w:val="superscript"/>
          <w:lang w:val="en-US" w:eastAsia="en-US"/>
        </w:rPr>
        <w:t>4</w:t>
      </w:r>
    </w:p>
    <w:p w14:paraId="69C9189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noProof/>
          <w:sz w:val="18"/>
          <w:szCs w:val="18"/>
          <w:lang w:val="en-US" w:eastAsia="en-US"/>
        </w:rPr>
        <w:drawing>
          <wp:inline distT="0" distB="0" distL="0" distR="0" wp14:anchorId="2B3932EE" wp14:editId="4C639DBE">
            <wp:extent cx="1407919" cy="881380"/>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VVL4-oro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1721" cy="883760"/>
                    </a:xfrm>
                    <a:prstGeom prst="rect">
                      <a:avLst/>
                    </a:prstGeom>
                  </pic:spPr>
                </pic:pic>
              </a:graphicData>
            </a:graphic>
          </wp:inline>
        </w:drawing>
      </w:r>
    </w:p>
    <w:p w14:paraId="62C23C1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42      -0.151828000      1.107799000     -1.094943000</w:t>
      </w:r>
    </w:p>
    <w:p w14:paraId="50881E4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1.709969000      0.404144000     -0.897008000</w:t>
      </w:r>
    </w:p>
    <w:p w14:paraId="10FDDD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-2.019895000      1.133112000     -0.546413000</w:t>
      </w:r>
    </w:p>
    <w:p w14:paraId="7621F74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0.327224000      2.682017000     -2.062338000</w:t>
      </w:r>
    </w:p>
    <w:p w14:paraId="1018250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-6.062222000     -2.515150000      0.344586000</w:t>
      </w:r>
    </w:p>
    <w:p w14:paraId="0950527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1.004547000     -1.365417000      0.391095000</w:t>
      </w:r>
    </w:p>
    <w:p w14:paraId="69791E9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-0.214155000     -0.808381000      0.079782000</w:t>
      </w:r>
    </w:p>
    <w:p w14:paraId="66973B8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-0.540806000      0.211106000     -2.485179000</w:t>
      </w:r>
    </w:p>
    <w:p w14:paraId="52D39E7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-2.952323000      0.190376000     -0.369963000</w:t>
      </w:r>
    </w:p>
    <w:p w14:paraId="1B73B8D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1.963635000     -0.679411000     -0.180290000</w:t>
      </w:r>
    </w:p>
    <w:p w14:paraId="4187CA8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-3.666897000     -2.019996000      0.389763000</w:t>
      </w:r>
    </w:p>
    <w:p w14:paraId="1170970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-3.396505000     -2.996686000      0.775918000</w:t>
      </w:r>
    </w:p>
    <w:p w14:paraId="275D903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3.712711000     -2.234034000      0.692457000</w:t>
      </w:r>
    </w:p>
    <w:p w14:paraId="4B71CD0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-2.629160000     -1.091912000      0.132361000</w:t>
      </w:r>
    </w:p>
    <w:p w14:paraId="67D3002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-4.992663000     -1.689912000      0.139549000</w:t>
      </w:r>
    </w:p>
    <w:p w14:paraId="24B988A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4.384610000     -0.354142000     -0.671304000</w:t>
      </w:r>
    </w:p>
    <w:p w14:paraId="7CBC0FC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4.124055000      0.524589000     -1.251412000</w:t>
      </w:r>
    </w:p>
    <w:p w14:paraId="55B676C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3.362283000     -1.091676000     -0.050659000</w:t>
      </w:r>
    </w:p>
    <w:p w14:paraId="53F855C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5.036238000     -2.623915000      0.812348000</w:t>
      </w:r>
    </w:p>
    <w:p w14:paraId="78FFEC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5.291982000     -3.506759000      1.393838000</w:t>
      </w:r>
    </w:p>
    <w:p w14:paraId="0D215E6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-1.271062000     -1.488087000      0.410142000</w:t>
      </w:r>
    </w:p>
    <w:p w14:paraId="542F057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-1.102289000     -2.442823000      0.908738000</w:t>
      </w:r>
    </w:p>
    <w:p w14:paraId="2AF13F4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-4.298526000      0.513196000     -0.611067000</w:t>
      </w:r>
    </w:p>
    <w:p w14:paraId="04149415"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-4.532432000      1.502109000     -0.991345000</w:t>
      </w:r>
    </w:p>
    <w:p w14:paraId="2481999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-5.299744000     -0.411263000     -0.365549000</w:t>
      </w:r>
    </w:p>
    <w:p w14:paraId="1AEDCC9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-6.340575000     -0.169247000     -0.556627000</w:t>
      </w:r>
    </w:p>
    <w:p w14:paraId="2FCD653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5.711582000     -0.741852000     -0.556458000</w:t>
      </w:r>
    </w:p>
    <w:p w14:paraId="75B0AB98"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6.491102000     -0.159376000     -1.042007000</w:t>
      </w:r>
    </w:p>
    <w:p w14:paraId="15B3E46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-5.812052000     -3.816188000      0.847208000</w:t>
      </w:r>
    </w:p>
    <w:p w14:paraId="314DF266"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-5.178335000     -4.398181000      0.164174000</w:t>
      </w:r>
    </w:p>
    <w:p w14:paraId="165908A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-5.337095000     -3.782317000      1.837394000</w:t>
      </w:r>
    </w:p>
    <w:p w14:paraId="70ACA63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-6.787373000     -4.298744000      0.932453000</w:t>
      </w:r>
    </w:p>
    <w:p w14:paraId="2A7229E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6.062432000     -1.884508000      0.188119000</w:t>
      </w:r>
    </w:p>
    <w:p w14:paraId="78BE888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8        0.146009000      2.114544000      0.544294000</w:t>
      </w:r>
    </w:p>
    <w:p w14:paraId="4088049F"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6        0.083347000      2.651450000      1.850710000</w:t>
      </w:r>
    </w:p>
    <w:p w14:paraId="3D262B7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6        1.233248000      2.037437000      2.668232000</w:t>
      </w:r>
    </w:p>
    <w:p w14:paraId="7C5F518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1        2.197321000      2.268811000      2.203040000</w:t>
      </w:r>
    </w:p>
    <w:p w14:paraId="6FC83A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1        1.128037000      0.948482000      2.713245000</w:t>
      </w:r>
    </w:p>
    <w:p w14:paraId="6F738E72"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1        1.237936000      2.430039000      3.692003000</w:t>
      </w:r>
    </w:p>
    <w:p w14:paraId="3F2CA014"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1        1.214014000      4.423059000      1.276951000</w:t>
      </w:r>
    </w:p>
    <w:p w14:paraId="2E05F210"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6        0.252058000      4.177328000      1.741528000</w:t>
      </w:r>
    </w:p>
    <w:p w14:paraId="35241EA3"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-0.550530000      4.607136000      1.131576000</w:t>
      </w:r>
    </w:p>
    <w:p w14:paraId="45B8305A"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1        0.221013000      4.648872000      2.730620000</w:t>
      </w:r>
    </w:p>
    <w:p w14:paraId="4623BE1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-2.093578000      2.711167000      1.874375000</w:t>
      </w:r>
    </w:p>
    <w:p w14:paraId="643F760E"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6       -1.277075000      2.304548000      2.478605000</w:t>
      </w:r>
    </w:p>
    <w:p w14:paraId="71A0D5CB"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-1.405024000      1.219021000      2.539664000</w:t>
      </w:r>
    </w:p>
    <w:p w14:paraId="4236BD5D"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-1.350765000      2.718635000      3.491246000</w:t>
      </w:r>
    </w:p>
    <w:p w14:paraId="490B72EC"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0.639593000      3.368805000     -1.446705000</w:t>
      </w:r>
    </w:p>
    <w:p w14:paraId="5744B547"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2.927977000     -2.810184000      1.170637000</w:t>
      </w:r>
    </w:p>
    <w:p w14:paraId="01EB5411"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7        7.392133000     -2.246749000      0.348465000</w:t>
      </w:r>
    </w:p>
    <w:p w14:paraId="3C04B989" w14:textId="77777777"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pPr>
      <w:r w:rsidRPr="00BF5560">
        <w:rPr>
          <w:rFonts w:asciiTheme="minorHAnsi" w:eastAsiaTheme="minorHAnsi" w:hAnsiTheme="minorHAnsi" w:cstheme="minorBidi"/>
          <w:sz w:val="18"/>
          <w:szCs w:val="18"/>
          <w:lang w:val="en-US" w:eastAsia="en-US"/>
        </w:rPr>
        <w:t>1        7.565724000     -3.211876000      0.596832000</w:t>
      </w:r>
    </w:p>
    <w:p w14:paraId="17F8B2CA" w14:textId="3C9C4DBA" w:rsidR="00ED626C" w:rsidRPr="00BF5560" w:rsidRDefault="00ED626C" w:rsidP="00ED626C">
      <w:pPr>
        <w:spacing w:after="100" w:afterAutospacing="1"/>
        <w:contextualSpacing/>
        <w:rPr>
          <w:rFonts w:asciiTheme="minorHAnsi" w:eastAsiaTheme="minorHAnsi" w:hAnsiTheme="minorHAnsi" w:cstheme="minorBidi"/>
          <w:sz w:val="18"/>
          <w:szCs w:val="18"/>
          <w:lang w:val="en-US" w:eastAsia="en-US"/>
        </w:rPr>
        <w:sectPr w:rsidR="00ED626C" w:rsidRPr="00BF5560" w:rsidSect="00BF5560">
          <w:type w:val="continuous"/>
          <w:pgSz w:w="11906" w:h="16838"/>
          <w:pgMar w:top="1417" w:right="1417" w:bottom="1417" w:left="1417" w:header="708" w:footer="708" w:gutter="0"/>
          <w:cols w:num="2" w:space="708"/>
          <w:docGrid w:linePitch="360"/>
        </w:sectPr>
      </w:pPr>
      <w:r w:rsidRPr="00BF5560">
        <w:rPr>
          <w:rFonts w:asciiTheme="minorHAnsi" w:eastAsiaTheme="minorHAnsi" w:hAnsiTheme="minorHAnsi" w:cstheme="minorBidi"/>
          <w:sz w:val="18"/>
          <w:szCs w:val="18"/>
          <w:lang w:val="en-US" w:eastAsia="en-US"/>
        </w:rPr>
        <w:t>1        8.036778000     -1.901085000     -0.3503070</w:t>
      </w:r>
      <w:bookmarkStart w:id="13" w:name="_GoBack"/>
      <w:bookmarkEnd w:id="13"/>
    </w:p>
    <w:p w14:paraId="3AEFA4A8" w14:textId="77777777" w:rsidR="00ED626C" w:rsidRPr="00BF5560" w:rsidRDefault="00ED626C" w:rsidP="00ED626C">
      <w:pPr>
        <w:spacing w:after="160" w:line="259" w:lineRule="auto"/>
        <w:rPr>
          <w:rFonts w:asciiTheme="minorHAnsi" w:eastAsiaTheme="minorHAnsi" w:hAnsiTheme="minorHAnsi" w:cstheme="minorBidi"/>
          <w:b/>
          <w:bCs/>
          <w:sz w:val="18"/>
          <w:szCs w:val="18"/>
          <w:lang w:val="en-US" w:eastAsia="en-US"/>
        </w:rPr>
        <w:sectPr w:rsidR="00ED626C" w:rsidRPr="00BF5560" w:rsidSect="00BF5560">
          <w:type w:val="continuous"/>
          <w:pgSz w:w="11906" w:h="16838"/>
          <w:pgMar w:top="1417" w:right="1417" w:bottom="1417" w:left="1417" w:header="708" w:footer="708" w:gutter="0"/>
          <w:cols w:space="708"/>
          <w:docGrid w:linePitch="360"/>
        </w:sectPr>
      </w:pPr>
    </w:p>
    <w:p w14:paraId="0ABDCAC1" w14:textId="77777777" w:rsidR="002C135B" w:rsidRPr="00C85550" w:rsidRDefault="002C135B" w:rsidP="00432512">
      <w:pPr>
        <w:rPr>
          <w:rFonts w:ascii="Times New Roman" w:hAnsi="Times New Roman"/>
        </w:rPr>
      </w:pPr>
    </w:p>
    <w:sectPr w:rsidR="002C135B" w:rsidRPr="00C855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9667A7"/>
    <w:multiLevelType w:val="hybridMultilevel"/>
    <w:tmpl w:val="88E2AFEC"/>
    <w:lvl w:ilvl="0" w:tplc="11B6CF8A">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A3131"/>
    <w:multiLevelType w:val="hybridMultilevel"/>
    <w:tmpl w:val="A35685AE"/>
    <w:lvl w:ilvl="0" w:tplc="FBFED8C0">
      <w:start w:val="1"/>
      <w:numFmt w:val="bullet"/>
      <w:lvlText w:val=""/>
      <w:lvlJc w:val="left"/>
      <w:pPr>
        <w:ind w:left="720" w:hanging="360"/>
      </w:pPr>
      <w:rPr>
        <w:rFonts w:ascii="Symbol" w:hAnsi="Symbol" w:hint="default"/>
      </w:rPr>
    </w:lvl>
    <w:lvl w:ilvl="1" w:tplc="CAC2F71C">
      <w:start w:val="1"/>
      <w:numFmt w:val="bullet"/>
      <w:lvlText w:val="o"/>
      <w:lvlJc w:val="left"/>
      <w:pPr>
        <w:ind w:left="1440" w:hanging="360"/>
      </w:pPr>
      <w:rPr>
        <w:rFonts w:ascii="Courier New" w:hAnsi="Courier New" w:hint="default"/>
      </w:rPr>
    </w:lvl>
    <w:lvl w:ilvl="2" w:tplc="902C82CE">
      <w:start w:val="1"/>
      <w:numFmt w:val="bullet"/>
      <w:lvlText w:val=""/>
      <w:lvlJc w:val="left"/>
      <w:pPr>
        <w:ind w:left="2160" w:hanging="360"/>
      </w:pPr>
      <w:rPr>
        <w:rFonts w:ascii="Wingdings" w:hAnsi="Wingdings" w:hint="default"/>
      </w:rPr>
    </w:lvl>
    <w:lvl w:ilvl="3" w:tplc="B4802C10">
      <w:start w:val="1"/>
      <w:numFmt w:val="bullet"/>
      <w:lvlText w:val=""/>
      <w:lvlJc w:val="left"/>
      <w:pPr>
        <w:ind w:left="2880" w:hanging="360"/>
      </w:pPr>
      <w:rPr>
        <w:rFonts w:ascii="Symbol" w:hAnsi="Symbol" w:hint="default"/>
      </w:rPr>
    </w:lvl>
    <w:lvl w:ilvl="4" w:tplc="C2F839EE">
      <w:start w:val="1"/>
      <w:numFmt w:val="bullet"/>
      <w:lvlText w:val="o"/>
      <w:lvlJc w:val="left"/>
      <w:pPr>
        <w:ind w:left="3600" w:hanging="360"/>
      </w:pPr>
      <w:rPr>
        <w:rFonts w:ascii="Courier New" w:hAnsi="Courier New" w:hint="default"/>
      </w:rPr>
    </w:lvl>
    <w:lvl w:ilvl="5" w:tplc="B240F3B0">
      <w:start w:val="1"/>
      <w:numFmt w:val="bullet"/>
      <w:lvlText w:val=""/>
      <w:lvlJc w:val="left"/>
      <w:pPr>
        <w:ind w:left="4320" w:hanging="360"/>
      </w:pPr>
      <w:rPr>
        <w:rFonts w:ascii="Wingdings" w:hAnsi="Wingdings" w:hint="default"/>
      </w:rPr>
    </w:lvl>
    <w:lvl w:ilvl="6" w:tplc="56B6D9B0">
      <w:start w:val="1"/>
      <w:numFmt w:val="bullet"/>
      <w:lvlText w:val=""/>
      <w:lvlJc w:val="left"/>
      <w:pPr>
        <w:ind w:left="5040" w:hanging="360"/>
      </w:pPr>
      <w:rPr>
        <w:rFonts w:ascii="Symbol" w:hAnsi="Symbol" w:hint="default"/>
      </w:rPr>
    </w:lvl>
    <w:lvl w:ilvl="7" w:tplc="E7FE7D88">
      <w:start w:val="1"/>
      <w:numFmt w:val="bullet"/>
      <w:lvlText w:val="o"/>
      <w:lvlJc w:val="left"/>
      <w:pPr>
        <w:ind w:left="5760" w:hanging="360"/>
      </w:pPr>
      <w:rPr>
        <w:rFonts w:ascii="Courier New" w:hAnsi="Courier New" w:hint="default"/>
      </w:rPr>
    </w:lvl>
    <w:lvl w:ilvl="8" w:tplc="703651F2">
      <w:start w:val="1"/>
      <w:numFmt w:val="bullet"/>
      <w:lvlText w:val=""/>
      <w:lvlJc w:val="left"/>
      <w:pPr>
        <w:ind w:left="6480" w:hanging="360"/>
      </w:pPr>
      <w:rPr>
        <w:rFonts w:ascii="Wingdings" w:hAnsi="Wingdings" w:hint="default"/>
      </w:rPr>
    </w:lvl>
  </w:abstractNum>
  <w:abstractNum w:abstractNumId="11" w15:restartNumberingAfterBreak="0">
    <w:nsid w:val="17735E86"/>
    <w:multiLevelType w:val="hybridMultilevel"/>
    <w:tmpl w:val="F5CC142E"/>
    <w:lvl w:ilvl="0" w:tplc="6506EF9E">
      <w:start w:val="1"/>
      <w:numFmt w:val="bullet"/>
      <w:lvlText w:val=""/>
      <w:lvlJc w:val="left"/>
      <w:pPr>
        <w:ind w:left="720" w:hanging="360"/>
      </w:pPr>
      <w:rPr>
        <w:rFonts w:ascii="Symbol" w:hAnsi="Symbol" w:hint="default"/>
      </w:rPr>
    </w:lvl>
    <w:lvl w:ilvl="1" w:tplc="109230F6">
      <w:start w:val="1"/>
      <w:numFmt w:val="bullet"/>
      <w:lvlText w:val="o"/>
      <w:lvlJc w:val="left"/>
      <w:pPr>
        <w:ind w:left="1440" w:hanging="360"/>
      </w:pPr>
      <w:rPr>
        <w:rFonts w:ascii="Courier New" w:hAnsi="Courier New" w:hint="default"/>
      </w:rPr>
    </w:lvl>
    <w:lvl w:ilvl="2" w:tplc="9300F03A">
      <w:start w:val="1"/>
      <w:numFmt w:val="bullet"/>
      <w:lvlText w:val=""/>
      <w:lvlJc w:val="left"/>
      <w:pPr>
        <w:ind w:left="2160" w:hanging="360"/>
      </w:pPr>
      <w:rPr>
        <w:rFonts w:ascii="Wingdings" w:hAnsi="Wingdings" w:hint="default"/>
      </w:rPr>
    </w:lvl>
    <w:lvl w:ilvl="3" w:tplc="A442158E">
      <w:start w:val="1"/>
      <w:numFmt w:val="bullet"/>
      <w:lvlText w:val=""/>
      <w:lvlJc w:val="left"/>
      <w:pPr>
        <w:ind w:left="2880" w:hanging="360"/>
      </w:pPr>
      <w:rPr>
        <w:rFonts w:ascii="Symbol" w:hAnsi="Symbol" w:hint="default"/>
      </w:rPr>
    </w:lvl>
    <w:lvl w:ilvl="4" w:tplc="516AB886">
      <w:start w:val="1"/>
      <w:numFmt w:val="bullet"/>
      <w:lvlText w:val="o"/>
      <w:lvlJc w:val="left"/>
      <w:pPr>
        <w:ind w:left="3600" w:hanging="360"/>
      </w:pPr>
      <w:rPr>
        <w:rFonts w:ascii="Courier New" w:hAnsi="Courier New" w:hint="default"/>
      </w:rPr>
    </w:lvl>
    <w:lvl w:ilvl="5" w:tplc="7F36BB4A">
      <w:start w:val="1"/>
      <w:numFmt w:val="bullet"/>
      <w:lvlText w:val=""/>
      <w:lvlJc w:val="left"/>
      <w:pPr>
        <w:ind w:left="4320" w:hanging="360"/>
      </w:pPr>
      <w:rPr>
        <w:rFonts w:ascii="Wingdings" w:hAnsi="Wingdings" w:hint="default"/>
      </w:rPr>
    </w:lvl>
    <w:lvl w:ilvl="6" w:tplc="8D486BCA">
      <w:start w:val="1"/>
      <w:numFmt w:val="bullet"/>
      <w:lvlText w:val=""/>
      <w:lvlJc w:val="left"/>
      <w:pPr>
        <w:ind w:left="5040" w:hanging="360"/>
      </w:pPr>
      <w:rPr>
        <w:rFonts w:ascii="Symbol" w:hAnsi="Symbol" w:hint="default"/>
      </w:rPr>
    </w:lvl>
    <w:lvl w:ilvl="7" w:tplc="9F0C3EE2">
      <w:start w:val="1"/>
      <w:numFmt w:val="bullet"/>
      <w:lvlText w:val="o"/>
      <w:lvlJc w:val="left"/>
      <w:pPr>
        <w:ind w:left="5760" w:hanging="360"/>
      </w:pPr>
      <w:rPr>
        <w:rFonts w:ascii="Courier New" w:hAnsi="Courier New" w:hint="default"/>
      </w:rPr>
    </w:lvl>
    <w:lvl w:ilvl="8" w:tplc="BA8899FE">
      <w:start w:val="1"/>
      <w:numFmt w:val="bullet"/>
      <w:lvlText w:val=""/>
      <w:lvlJc w:val="left"/>
      <w:pPr>
        <w:ind w:left="6480" w:hanging="360"/>
      </w:pPr>
      <w:rPr>
        <w:rFonts w:ascii="Wingdings" w:hAnsi="Wingdings" w:hint="default"/>
      </w:rPr>
    </w:lvl>
  </w:abstractNum>
  <w:abstractNum w:abstractNumId="12" w15:restartNumberingAfterBreak="0">
    <w:nsid w:val="489656AE"/>
    <w:multiLevelType w:val="hybridMultilevel"/>
    <w:tmpl w:val="9BEE90AA"/>
    <w:lvl w:ilvl="0" w:tplc="88E2BD9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089"/>
    <w:rsid w:val="000820EC"/>
    <w:rsid w:val="000E6956"/>
    <w:rsid w:val="001F4FC4"/>
    <w:rsid w:val="00245A0E"/>
    <w:rsid w:val="002C135B"/>
    <w:rsid w:val="002D6172"/>
    <w:rsid w:val="00396C5B"/>
    <w:rsid w:val="00420C4B"/>
    <w:rsid w:val="00432512"/>
    <w:rsid w:val="004742C2"/>
    <w:rsid w:val="00484D47"/>
    <w:rsid w:val="004A689D"/>
    <w:rsid w:val="004B747B"/>
    <w:rsid w:val="0050580D"/>
    <w:rsid w:val="005A381B"/>
    <w:rsid w:val="005E3A48"/>
    <w:rsid w:val="00644FB6"/>
    <w:rsid w:val="00652A1A"/>
    <w:rsid w:val="006622AF"/>
    <w:rsid w:val="006F6102"/>
    <w:rsid w:val="007722F5"/>
    <w:rsid w:val="00782066"/>
    <w:rsid w:val="007B1A07"/>
    <w:rsid w:val="007E6C0F"/>
    <w:rsid w:val="00854CB5"/>
    <w:rsid w:val="00914CF5"/>
    <w:rsid w:val="00967173"/>
    <w:rsid w:val="009E4B77"/>
    <w:rsid w:val="00A1006F"/>
    <w:rsid w:val="00A1363E"/>
    <w:rsid w:val="00A15AEA"/>
    <w:rsid w:val="00A96840"/>
    <w:rsid w:val="00AD2DE3"/>
    <w:rsid w:val="00AE5701"/>
    <w:rsid w:val="00AF02A8"/>
    <w:rsid w:val="00B0189E"/>
    <w:rsid w:val="00B11092"/>
    <w:rsid w:val="00B277B5"/>
    <w:rsid w:val="00B51A4A"/>
    <w:rsid w:val="00B520E7"/>
    <w:rsid w:val="00B6771F"/>
    <w:rsid w:val="00B72FF6"/>
    <w:rsid w:val="00B76917"/>
    <w:rsid w:val="00B857E7"/>
    <w:rsid w:val="00BD6415"/>
    <w:rsid w:val="00C644C8"/>
    <w:rsid w:val="00C85550"/>
    <w:rsid w:val="00C94089"/>
    <w:rsid w:val="00CA2494"/>
    <w:rsid w:val="00CA7096"/>
    <w:rsid w:val="00CC7EFD"/>
    <w:rsid w:val="00D35CA5"/>
    <w:rsid w:val="00D73C5B"/>
    <w:rsid w:val="00D84A64"/>
    <w:rsid w:val="00E15C02"/>
    <w:rsid w:val="00E620EA"/>
    <w:rsid w:val="00E62BFF"/>
    <w:rsid w:val="00E87757"/>
    <w:rsid w:val="00E97FC0"/>
    <w:rsid w:val="00ED626C"/>
    <w:rsid w:val="00F3283D"/>
    <w:rsid w:val="00F557A5"/>
    <w:rsid w:val="00F61190"/>
    <w:rsid w:val="00F6605B"/>
    <w:rsid w:val="00FE1F12"/>
    <w:rsid w:val="00FE3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B748D8"/>
  <w15:chartTrackingRefBased/>
  <w15:docId w15:val="{0009E5D0-07CF-40E8-8779-BFB5CEDD6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701"/>
    <w:pPr>
      <w:spacing w:after="0" w:line="240" w:lineRule="auto"/>
    </w:pPr>
    <w:rPr>
      <w:rFonts w:ascii="Book Antiqua" w:eastAsia="Times New Roman" w:hAnsi="Book Antiqua" w:cs="Times New Roman"/>
      <w:sz w:val="24"/>
      <w:szCs w:val="24"/>
      <w:lang w:eastAsia="hr-HR"/>
    </w:rPr>
  </w:style>
  <w:style w:type="paragraph" w:styleId="Heading1">
    <w:name w:val="heading 1"/>
    <w:basedOn w:val="Normal"/>
    <w:next w:val="Normal"/>
    <w:link w:val="Heading1Char"/>
    <w:uiPriority w:val="9"/>
    <w:qFormat/>
    <w:rsid w:val="005A381B"/>
    <w:pPr>
      <w:keepNext/>
      <w:spacing w:before="240" w:after="60"/>
      <w:outlineLvl w:val="0"/>
    </w:pPr>
    <w:rPr>
      <w:rFonts w:ascii="Calibri Light" w:hAnsi="Calibri Light"/>
      <w:b/>
      <w:bCs/>
      <w:kern w:val="32"/>
      <w:sz w:val="32"/>
      <w:szCs w:val="32"/>
      <w:lang w:val="en-US"/>
    </w:rPr>
  </w:style>
  <w:style w:type="paragraph" w:styleId="Heading2">
    <w:name w:val="heading 2"/>
    <w:basedOn w:val="Normal"/>
    <w:next w:val="Normal"/>
    <w:link w:val="Heading2Char"/>
    <w:uiPriority w:val="9"/>
    <w:unhideWhenUsed/>
    <w:qFormat/>
    <w:rsid w:val="00A1363E"/>
    <w:pPr>
      <w:keepNext/>
      <w:keepLines/>
      <w:spacing w:before="200" w:line="276" w:lineRule="auto"/>
      <w:outlineLvl w:val="1"/>
    </w:pPr>
    <w:rPr>
      <w:rFonts w:asciiTheme="majorHAnsi" w:eastAsiaTheme="majorEastAsia" w:hAnsiTheme="majorHAnsi" w:cstheme="majorBidi"/>
      <w:b/>
      <w:bCs/>
      <w:color w:val="4472C4" w:themeColor="accent1"/>
      <w:sz w:val="26"/>
      <w:szCs w:val="26"/>
      <w:lang w:val="en-US" w:eastAsia="en-US"/>
    </w:rPr>
  </w:style>
  <w:style w:type="paragraph" w:styleId="Heading3">
    <w:name w:val="heading 3"/>
    <w:basedOn w:val="Normal"/>
    <w:next w:val="Normal"/>
    <w:link w:val="Heading3Char"/>
    <w:uiPriority w:val="9"/>
    <w:unhideWhenUsed/>
    <w:qFormat/>
    <w:rsid w:val="00A1363E"/>
    <w:pPr>
      <w:keepNext/>
      <w:keepLines/>
      <w:spacing w:before="200" w:line="276" w:lineRule="auto"/>
      <w:outlineLvl w:val="2"/>
    </w:pPr>
    <w:rPr>
      <w:rFonts w:asciiTheme="majorHAnsi" w:eastAsiaTheme="majorEastAsia" w:hAnsiTheme="majorHAnsi" w:cstheme="majorBidi"/>
      <w:b/>
      <w:bCs/>
      <w:color w:val="4472C4" w:themeColor="accent1"/>
      <w:sz w:val="22"/>
      <w:szCs w:val="22"/>
      <w:lang w:val="en-US" w:eastAsia="en-US"/>
    </w:rPr>
  </w:style>
  <w:style w:type="paragraph" w:styleId="Heading4">
    <w:name w:val="heading 4"/>
    <w:basedOn w:val="Normal"/>
    <w:next w:val="Normal"/>
    <w:link w:val="Heading4Char"/>
    <w:uiPriority w:val="9"/>
    <w:semiHidden/>
    <w:unhideWhenUsed/>
    <w:qFormat/>
    <w:rsid w:val="00A1363E"/>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val="en-US" w:eastAsia="en-US"/>
    </w:rPr>
  </w:style>
  <w:style w:type="paragraph" w:styleId="Heading5">
    <w:name w:val="heading 5"/>
    <w:basedOn w:val="Normal"/>
    <w:next w:val="Normal"/>
    <w:link w:val="Heading5Char"/>
    <w:uiPriority w:val="9"/>
    <w:semiHidden/>
    <w:unhideWhenUsed/>
    <w:qFormat/>
    <w:rsid w:val="00A1363E"/>
    <w:pPr>
      <w:keepNext/>
      <w:keepLines/>
      <w:spacing w:before="200" w:line="276" w:lineRule="auto"/>
      <w:outlineLvl w:val="4"/>
    </w:pPr>
    <w:rPr>
      <w:rFonts w:asciiTheme="majorHAnsi" w:eastAsiaTheme="majorEastAsia" w:hAnsiTheme="majorHAnsi" w:cstheme="majorBidi"/>
      <w:color w:val="1F3763" w:themeColor="accent1" w:themeShade="7F"/>
      <w:sz w:val="22"/>
      <w:szCs w:val="22"/>
      <w:lang w:val="en-US" w:eastAsia="en-US"/>
    </w:rPr>
  </w:style>
  <w:style w:type="paragraph" w:styleId="Heading6">
    <w:name w:val="heading 6"/>
    <w:basedOn w:val="Normal"/>
    <w:next w:val="Normal"/>
    <w:link w:val="Heading6Char"/>
    <w:uiPriority w:val="9"/>
    <w:semiHidden/>
    <w:unhideWhenUsed/>
    <w:qFormat/>
    <w:rsid w:val="00A1363E"/>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val="en-US" w:eastAsia="en-US"/>
    </w:rPr>
  </w:style>
  <w:style w:type="paragraph" w:styleId="Heading7">
    <w:name w:val="heading 7"/>
    <w:basedOn w:val="Normal"/>
    <w:next w:val="Normal"/>
    <w:link w:val="Heading7Char"/>
    <w:uiPriority w:val="9"/>
    <w:semiHidden/>
    <w:unhideWhenUsed/>
    <w:qFormat/>
    <w:rsid w:val="00A1363E"/>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semiHidden/>
    <w:unhideWhenUsed/>
    <w:qFormat/>
    <w:rsid w:val="00A1363E"/>
    <w:pPr>
      <w:keepNext/>
      <w:keepLines/>
      <w:spacing w:before="200" w:line="276" w:lineRule="auto"/>
      <w:outlineLvl w:val="7"/>
    </w:pPr>
    <w:rPr>
      <w:rFonts w:asciiTheme="majorHAnsi" w:eastAsiaTheme="majorEastAsia" w:hAnsiTheme="majorHAnsi" w:cstheme="majorBidi"/>
      <w:color w:val="4472C4" w:themeColor="accent1"/>
      <w:sz w:val="20"/>
      <w:szCs w:val="20"/>
      <w:lang w:val="en-US" w:eastAsia="en-US"/>
    </w:rPr>
  </w:style>
  <w:style w:type="paragraph" w:styleId="Heading9">
    <w:name w:val="heading 9"/>
    <w:basedOn w:val="Normal"/>
    <w:next w:val="Normal"/>
    <w:link w:val="Heading9Char"/>
    <w:uiPriority w:val="9"/>
    <w:semiHidden/>
    <w:unhideWhenUsed/>
    <w:qFormat/>
    <w:rsid w:val="00A1363E"/>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81B"/>
    <w:rPr>
      <w:rFonts w:ascii="Calibri Light" w:eastAsia="Times New Roman" w:hAnsi="Calibri Light" w:cs="Times New Roman"/>
      <w:b/>
      <w:bCs/>
      <w:kern w:val="32"/>
      <w:sz w:val="32"/>
      <w:szCs w:val="32"/>
      <w:lang w:val="en-US" w:eastAsia="hr-HR"/>
    </w:rPr>
  </w:style>
  <w:style w:type="paragraph" w:styleId="EndnoteText">
    <w:name w:val="endnote text"/>
    <w:basedOn w:val="Normal"/>
    <w:link w:val="EndnoteTextChar"/>
    <w:semiHidden/>
    <w:rsid w:val="005A381B"/>
    <w:rPr>
      <w:rFonts w:ascii="Times New Roman" w:hAnsi="Times New Roman"/>
      <w:sz w:val="20"/>
      <w:szCs w:val="20"/>
      <w:lang w:eastAsia="en-GB"/>
    </w:rPr>
  </w:style>
  <w:style w:type="character" w:customStyle="1" w:styleId="EndnoteTextChar">
    <w:name w:val="Endnote Text Char"/>
    <w:basedOn w:val="DefaultParagraphFont"/>
    <w:link w:val="EndnoteText"/>
    <w:semiHidden/>
    <w:rsid w:val="005A381B"/>
    <w:rPr>
      <w:rFonts w:ascii="Times New Roman" w:eastAsia="Times New Roman" w:hAnsi="Times New Roman" w:cs="Times New Roman"/>
      <w:sz w:val="20"/>
      <w:szCs w:val="20"/>
      <w:lang w:eastAsia="en-GB"/>
    </w:rPr>
  </w:style>
  <w:style w:type="paragraph" w:customStyle="1" w:styleId="01PaperTitle">
    <w:name w:val="01 Paper Title"/>
    <w:rsid w:val="006F6102"/>
    <w:pPr>
      <w:spacing w:after="180" w:line="360" w:lineRule="exact"/>
    </w:pPr>
    <w:rPr>
      <w:rFonts w:ascii="Times New Roman" w:eastAsia="Times New Roman" w:hAnsi="Times New Roman" w:cs="Times New Roman"/>
      <w:b/>
      <w:noProof/>
      <w:position w:val="7"/>
      <w:sz w:val="32"/>
      <w:szCs w:val="32"/>
      <w:lang w:eastAsia="en-GB"/>
    </w:rPr>
  </w:style>
  <w:style w:type="paragraph" w:customStyle="1" w:styleId="02PaperAuthors">
    <w:name w:val="02 Paper Authors"/>
    <w:rsid w:val="006F6102"/>
    <w:pPr>
      <w:spacing w:after="0" w:line="240" w:lineRule="exact"/>
    </w:pPr>
    <w:rPr>
      <w:rFonts w:ascii="Times New Roman" w:eastAsia="Times New Roman" w:hAnsi="Times New Roman" w:cs="Times New Roman"/>
      <w:b/>
      <w:noProof/>
      <w:lang w:eastAsia="en-GB"/>
    </w:rPr>
  </w:style>
  <w:style w:type="paragraph" w:styleId="TOCHeading">
    <w:name w:val="TOC Heading"/>
    <w:basedOn w:val="Heading1"/>
    <w:next w:val="Normal"/>
    <w:uiPriority w:val="39"/>
    <w:qFormat/>
    <w:rsid w:val="006F6102"/>
    <w:pPr>
      <w:keepLines/>
      <w:spacing w:after="0" w:line="259" w:lineRule="auto"/>
      <w:outlineLvl w:val="9"/>
    </w:pPr>
    <w:rPr>
      <w:b w:val="0"/>
      <w:bCs w:val="0"/>
      <w:color w:val="2E74B5"/>
      <w:kern w:val="0"/>
      <w:lang w:eastAsia="en-US"/>
    </w:rPr>
  </w:style>
  <w:style w:type="paragraph" w:customStyle="1" w:styleId="08ArticleText">
    <w:name w:val="08 Article Text"/>
    <w:basedOn w:val="Normal"/>
    <w:link w:val="08ArticleTextChar"/>
    <w:rsid w:val="00FE3300"/>
    <w:pPr>
      <w:tabs>
        <w:tab w:val="left" w:pos="284"/>
      </w:tabs>
      <w:spacing w:line="240" w:lineRule="exact"/>
      <w:jc w:val="both"/>
    </w:pPr>
    <w:rPr>
      <w:rFonts w:ascii="Times New Roman" w:eastAsia="Calibri" w:hAnsi="Times New Roman"/>
      <w:w w:val="108"/>
      <w:sz w:val="18"/>
      <w:szCs w:val="18"/>
      <w:lang w:eastAsia="en-US"/>
    </w:rPr>
  </w:style>
  <w:style w:type="character" w:customStyle="1" w:styleId="08ArticleTextChar">
    <w:name w:val="08 Article Text Char"/>
    <w:link w:val="08ArticleText"/>
    <w:rsid w:val="00FE3300"/>
    <w:rPr>
      <w:rFonts w:ascii="Times New Roman" w:eastAsia="Calibri" w:hAnsi="Times New Roman" w:cs="Times New Roman"/>
      <w:w w:val="108"/>
      <w:sz w:val="18"/>
      <w:szCs w:val="18"/>
    </w:rPr>
  </w:style>
  <w:style w:type="paragraph" w:styleId="NormalWeb">
    <w:name w:val="Normal (Web)"/>
    <w:basedOn w:val="Normal"/>
    <w:uiPriority w:val="99"/>
    <w:semiHidden/>
    <w:unhideWhenUsed/>
    <w:rsid w:val="00A96840"/>
    <w:pPr>
      <w:spacing w:before="100" w:beforeAutospacing="1" w:after="100" w:afterAutospacing="1"/>
    </w:pPr>
    <w:rPr>
      <w:rFonts w:ascii="Times New Roman" w:eastAsiaTheme="minorEastAsia" w:hAnsi="Times New Roman"/>
      <w:lang w:eastAsia="en-GB"/>
    </w:rPr>
  </w:style>
  <w:style w:type="character" w:customStyle="1" w:styleId="Heading2Char">
    <w:name w:val="Heading 2 Char"/>
    <w:basedOn w:val="DefaultParagraphFont"/>
    <w:link w:val="Heading2"/>
    <w:uiPriority w:val="9"/>
    <w:rsid w:val="00A1363E"/>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A1363E"/>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rsid w:val="00A1363E"/>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A1363E"/>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A1363E"/>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A1363E"/>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A1363E"/>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A1363E"/>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A1363E"/>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A1363E"/>
    <w:rPr>
      <w:rFonts w:eastAsiaTheme="minorEastAsia"/>
      <w:lang w:val="en-US"/>
    </w:rPr>
  </w:style>
  <w:style w:type="paragraph" w:styleId="Footer">
    <w:name w:val="footer"/>
    <w:basedOn w:val="Normal"/>
    <w:link w:val="FooterChar"/>
    <w:uiPriority w:val="99"/>
    <w:unhideWhenUsed/>
    <w:rsid w:val="00A1363E"/>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A1363E"/>
    <w:rPr>
      <w:rFonts w:eastAsiaTheme="minorEastAsia"/>
      <w:lang w:val="en-US"/>
    </w:rPr>
  </w:style>
  <w:style w:type="paragraph" w:styleId="NoSpacing">
    <w:name w:val="No Spacing"/>
    <w:uiPriority w:val="1"/>
    <w:qFormat/>
    <w:rsid w:val="00A1363E"/>
    <w:pPr>
      <w:spacing w:after="0" w:line="240" w:lineRule="auto"/>
    </w:pPr>
    <w:rPr>
      <w:rFonts w:eastAsiaTheme="minorEastAsia"/>
      <w:lang w:val="en-US"/>
    </w:rPr>
  </w:style>
  <w:style w:type="paragraph" w:styleId="Title">
    <w:name w:val="Title"/>
    <w:basedOn w:val="Normal"/>
    <w:next w:val="Normal"/>
    <w:link w:val="TitleChar"/>
    <w:uiPriority w:val="10"/>
    <w:qFormat/>
    <w:rsid w:val="00A1363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A1363E"/>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A1363E"/>
    <w:pPr>
      <w:numPr>
        <w:ilvl w:val="1"/>
      </w:numPr>
      <w:spacing w:after="200" w:line="276" w:lineRule="auto"/>
    </w:pPr>
    <w:rPr>
      <w:rFonts w:asciiTheme="majorHAnsi" w:eastAsiaTheme="majorEastAsia" w:hAnsiTheme="majorHAnsi" w:cstheme="majorBidi"/>
      <w:i/>
      <w:iCs/>
      <w:color w:val="4472C4" w:themeColor="accent1"/>
      <w:spacing w:val="15"/>
      <w:lang w:val="en-US" w:eastAsia="en-US"/>
    </w:rPr>
  </w:style>
  <w:style w:type="character" w:customStyle="1" w:styleId="SubtitleChar">
    <w:name w:val="Subtitle Char"/>
    <w:basedOn w:val="DefaultParagraphFont"/>
    <w:link w:val="Subtitle"/>
    <w:uiPriority w:val="11"/>
    <w:rsid w:val="00A1363E"/>
    <w:rPr>
      <w:rFonts w:asciiTheme="majorHAnsi" w:eastAsiaTheme="majorEastAsia" w:hAnsiTheme="majorHAnsi" w:cstheme="majorBidi"/>
      <w:i/>
      <w:iCs/>
      <w:color w:val="4472C4" w:themeColor="accent1"/>
      <w:spacing w:val="15"/>
      <w:sz w:val="24"/>
      <w:szCs w:val="24"/>
      <w:lang w:val="en-US"/>
    </w:rPr>
  </w:style>
  <w:style w:type="paragraph" w:styleId="ListParagraph">
    <w:name w:val="List Paragraph"/>
    <w:basedOn w:val="Normal"/>
    <w:uiPriority w:val="34"/>
    <w:qFormat/>
    <w:rsid w:val="00A1363E"/>
    <w:pPr>
      <w:spacing w:after="200" w:line="276" w:lineRule="auto"/>
      <w:ind w:left="720"/>
      <w:contextualSpacing/>
    </w:pPr>
    <w:rPr>
      <w:rFonts w:asciiTheme="minorHAnsi" w:eastAsiaTheme="minorEastAsia" w:hAnsiTheme="minorHAnsi" w:cstheme="minorBidi"/>
      <w:sz w:val="22"/>
      <w:szCs w:val="22"/>
      <w:lang w:val="en-US" w:eastAsia="en-US"/>
    </w:rPr>
  </w:style>
  <w:style w:type="paragraph" w:styleId="BodyText">
    <w:name w:val="Body Text"/>
    <w:basedOn w:val="Normal"/>
    <w:link w:val="BodyTextChar"/>
    <w:uiPriority w:val="99"/>
    <w:unhideWhenUsed/>
    <w:rsid w:val="00A1363E"/>
    <w:pPr>
      <w:spacing w:after="120" w:line="276" w:lineRule="auto"/>
    </w:pPr>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uiPriority w:val="99"/>
    <w:rsid w:val="00A1363E"/>
    <w:rPr>
      <w:rFonts w:eastAsiaTheme="minorEastAsia"/>
      <w:lang w:val="en-US"/>
    </w:rPr>
  </w:style>
  <w:style w:type="paragraph" w:styleId="BodyText2">
    <w:name w:val="Body Text 2"/>
    <w:basedOn w:val="Normal"/>
    <w:link w:val="BodyText2Char"/>
    <w:uiPriority w:val="99"/>
    <w:unhideWhenUsed/>
    <w:rsid w:val="00A1363E"/>
    <w:pPr>
      <w:spacing w:after="120" w:line="480" w:lineRule="auto"/>
    </w:pPr>
    <w:rPr>
      <w:rFonts w:asciiTheme="minorHAnsi" w:eastAsiaTheme="minorEastAsia" w:hAnsiTheme="minorHAnsi" w:cstheme="minorBidi"/>
      <w:sz w:val="22"/>
      <w:szCs w:val="22"/>
      <w:lang w:val="en-US" w:eastAsia="en-US"/>
    </w:rPr>
  </w:style>
  <w:style w:type="character" w:customStyle="1" w:styleId="BodyText2Char">
    <w:name w:val="Body Text 2 Char"/>
    <w:basedOn w:val="DefaultParagraphFont"/>
    <w:link w:val="BodyText2"/>
    <w:uiPriority w:val="99"/>
    <w:rsid w:val="00A1363E"/>
    <w:rPr>
      <w:rFonts w:eastAsiaTheme="minorEastAsia"/>
      <w:lang w:val="en-US"/>
    </w:rPr>
  </w:style>
  <w:style w:type="paragraph" w:styleId="BodyText3">
    <w:name w:val="Body Text 3"/>
    <w:basedOn w:val="Normal"/>
    <w:link w:val="BodyText3Char"/>
    <w:uiPriority w:val="99"/>
    <w:unhideWhenUsed/>
    <w:rsid w:val="00A1363E"/>
    <w:pPr>
      <w:spacing w:after="120" w:line="276" w:lineRule="auto"/>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A1363E"/>
    <w:rPr>
      <w:rFonts w:eastAsiaTheme="minorEastAsia"/>
      <w:sz w:val="16"/>
      <w:szCs w:val="16"/>
      <w:lang w:val="en-US"/>
    </w:rPr>
  </w:style>
  <w:style w:type="paragraph" w:styleId="List">
    <w:name w:val="List"/>
    <w:basedOn w:val="Normal"/>
    <w:uiPriority w:val="99"/>
    <w:unhideWhenUsed/>
    <w:rsid w:val="00A1363E"/>
    <w:pPr>
      <w:spacing w:after="200" w:line="276" w:lineRule="auto"/>
      <w:ind w:left="360" w:hanging="360"/>
      <w:contextualSpacing/>
    </w:pPr>
    <w:rPr>
      <w:rFonts w:asciiTheme="minorHAnsi" w:eastAsiaTheme="minorEastAsia" w:hAnsiTheme="minorHAnsi" w:cstheme="minorBidi"/>
      <w:sz w:val="22"/>
      <w:szCs w:val="22"/>
      <w:lang w:val="en-US" w:eastAsia="en-US"/>
    </w:rPr>
  </w:style>
  <w:style w:type="paragraph" w:styleId="List2">
    <w:name w:val="List 2"/>
    <w:basedOn w:val="Normal"/>
    <w:uiPriority w:val="99"/>
    <w:unhideWhenUsed/>
    <w:rsid w:val="00A1363E"/>
    <w:pPr>
      <w:spacing w:after="200" w:line="276" w:lineRule="auto"/>
      <w:ind w:left="720" w:hanging="360"/>
      <w:contextualSpacing/>
    </w:pPr>
    <w:rPr>
      <w:rFonts w:asciiTheme="minorHAnsi" w:eastAsiaTheme="minorEastAsia" w:hAnsiTheme="minorHAnsi" w:cstheme="minorBidi"/>
      <w:sz w:val="22"/>
      <w:szCs w:val="22"/>
      <w:lang w:val="en-US" w:eastAsia="en-US"/>
    </w:rPr>
  </w:style>
  <w:style w:type="paragraph" w:styleId="List3">
    <w:name w:val="List 3"/>
    <w:basedOn w:val="Normal"/>
    <w:uiPriority w:val="99"/>
    <w:unhideWhenUsed/>
    <w:rsid w:val="00A1363E"/>
    <w:pPr>
      <w:spacing w:after="200" w:line="276" w:lineRule="auto"/>
      <w:ind w:left="1080" w:hanging="360"/>
      <w:contextualSpacing/>
    </w:pPr>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A1363E"/>
    <w:pPr>
      <w:numPr>
        <w:numId w:val="1"/>
      </w:numPr>
      <w:spacing w:after="200" w:line="276" w:lineRule="auto"/>
      <w:contextualSpacing/>
    </w:pPr>
    <w:rPr>
      <w:rFonts w:asciiTheme="minorHAnsi" w:eastAsiaTheme="minorEastAsia" w:hAnsiTheme="minorHAnsi" w:cstheme="minorBidi"/>
      <w:sz w:val="22"/>
      <w:szCs w:val="22"/>
      <w:lang w:val="en-US" w:eastAsia="en-US"/>
    </w:rPr>
  </w:style>
  <w:style w:type="paragraph" w:styleId="ListBullet2">
    <w:name w:val="List Bullet 2"/>
    <w:basedOn w:val="Normal"/>
    <w:uiPriority w:val="99"/>
    <w:unhideWhenUsed/>
    <w:rsid w:val="00A1363E"/>
    <w:pPr>
      <w:numPr>
        <w:numId w:val="2"/>
      </w:numPr>
      <w:spacing w:after="200" w:line="276" w:lineRule="auto"/>
      <w:contextualSpacing/>
    </w:pPr>
    <w:rPr>
      <w:rFonts w:asciiTheme="minorHAnsi" w:eastAsiaTheme="minorEastAsia" w:hAnsiTheme="minorHAnsi" w:cstheme="minorBidi"/>
      <w:sz w:val="22"/>
      <w:szCs w:val="22"/>
      <w:lang w:val="en-US" w:eastAsia="en-US"/>
    </w:rPr>
  </w:style>
  <w:style w:type="paragraph" w:styleId="ListBullet3">
    <w:name w:val="List Bullet 3"/>
    <w:basedOn w:val="Normal"/>
    <w:uiPriority w:val="99"/>
    <w:unhideWhenUsed/>
    <w:rsid w:val="00A1363E"/>
    <w:pPr>
      <w:numPr>
        <w:numId w:val="3"/>
      </w:numPr>
      <w:spacing w:after="200" w:line="276" w:lineRule="auto"/>
      <w:contextualSpacing/>
    </w:pPr>
    <w:rPr>
      <w:rFonts w:asciiTheme="minorHAnsi" w:eastAsiaTheme="minorEastAsia" w:hAnsiTheme="minorHAnsi" w:cstheme="minorBidi"/>
      <w:sz w:val="22"/>
      <w:szCs w:val="22"/>
      <w:lang w:val="en-US" w:eastAsia="en-US"/>
    </w:rPr>
  </w:style>
  <w:style w:type="paragraph" w:styleId="ListNumber">
    <w:name w:val="List Number"/>
    <w:basedOn w:val="Normal"/>
    <w:uiPriority w:val="99"/>
    <w:unhideWhenUsed/>
    <w:rsid w:val="00A1363E"/>
    <w:pPr>
      <w:numPr>
        <w:numId w:val="5"/>
      </w:numPr>
      <w:spacing w:after="200" w:line="276" w:lineRule="auto"/>
      <w:contextualSpacing/>
    </w:pPr>
    <w:rPr>
      <w:rFonts w:asciiTheme="minorHAnsi" w:eastAsiaTheme="minorEastAsia" w:hAnsiTheme="minorHAnsi" w:cstheme="minorBidi"/>
      <w:sz w:val="22"/>
      <w:szCs w:val="22"/>
      <w:lang w:val="en-US" w:eastAsia="en-US"/>
    </w:rPr>
  </w:style>
  <w:style w:type="paragraph" w:styleId="ListNumber2">
    <w:name w:val="List Number 2"/>
    <w:basedOn w:val="Normal"/>
    <w:uiPriority w:val="99"/>
    <w:unhideWhenUsed/>
    <w:rsid w:val="00A1363E"/>
    <w:pPr>
      <w:numPr>
        <w:numId w:val="6"/>
      </w:numPr>
      <w:spacing w:after="200" w:line="276" w:lineRule="auto"/>
      <w:contextualSpacing/>
    </w:pPr>
    <w:rPr>
      <w:rFonts w:asciiTheme="minorHAnsi" w:eastAsiaTheme="minorEastAsia" w:hAnsiTheme="minorHAnsi" w:cstheme="minorBidi"/>
      <w:sz w:val="22"/>
      <w:szCs w:val="22"/>
      <w:lang w:val="en-US" w:eastAsia="en-US"/>
    </w:rPr>
  </w:style>
  <w:style w:type="paragraph" w:styleId="ListNumber3">
    <w:name w:val="List Number 3"/>
    <w:basedOn w:val="Normal"/>
    <w:uiPriority w:val="99"/>
    <w:unhideWhenUsed/>
    <w:rsid w:val="00A1363E"/>
    <w:pPr>
      <w:numPr>
        <w:numId w:val="7"/>
      </w:numPr>
      <w:spacing w:after="200" w:line="276" w:lineRule="auto"/>
      <w:contextualSpacing/>
    </w:pPr>
    <w:rPr>
      <w:rFonts w:asciiTheme="minorHAnsi" w:eastAsiaTheme="minorEastAsia" w:hAnsiTheme="minorHAnsi" w:cstheme="minorBidi"/>
      <w:sz w:val="22"/>
      <w:szCs w:val="22"/>
      <w:lang w:val="en-US" w:eastAsia="en-US"/>
    </w:rPr>
  </w:style>
  <w:style w:type="paragraph" w:styleId="ListContinue">
    <w:name w:val="List Continue"/>
    <w:basedOn w:val="Normal"/>
    <w:uiPriority w:val="99"/>
    <w:unhideWhenUsed/>
    <w:rsid w:val="00A1363E"/>
    <w:pPr>
      <w:spacing w:after="120" w:line="276" w:lineRule="auto"/>
      <w:ind w:left="360"/>
      <w:contextualSpacing/>
    </w:pPr>
    <w:rPr>
      <w:rFonts w:asciiTheme="minorHAnsi" w:eastAsiaTheme="minorEastAsia" w:hAnsiTheme="minorHAnsi" w:cstheme="minorBidi"/>
      <w:sz w:val="22"/>
      <w:szCs w:val="22"/>
      <w:lang w:val="en-US" w:eastAsia="en-US"/>
    </w:rPr>
  </w:style>
  <w:style w:type="paragraph" w:styleId="ListContinue2">
    <w:name w:val="List Continue 2"/>
    <w:basedOn w:val="Normal"/>
    <w:uiPriority w:val="99"/>
    <w:unhideWhenUsed/>
    <w:rsid w:val="00A1363E"/>
    <w:pPr>
      <w:spacing w:after="120" w:line="276" w:lineRule="auto"/>
      <w:ind w:left="720"/>
      <w:contextualSpacing/>
    </w:pPr>
    <w:rPr>
      <w:rFonts w:asciiTheme="minorHAnsi" w:eastAsiaTheme="minorEastAsia" w:hAnsiTheme="minorHAnsi" w:cstheme="minorBidi"/>
      <w:sz w:val="22"/>
      <w:szCs w:val="22"/>
      <w:lang w:val="en-US" w:eastAsia="en-US"/>
    </w:rPr>
  </w:style>
  <w:style w:type="paragraph" w:styleId="ListContinue3">
    <w:name w:val="List Continue 3"/>
    <w:basedOn w:val="Normal"/>
    <w:uiPriority w:val="99"/>
    <w:unhideWhenUsed/>
    <w:rsid w:val="00A1363E"/>
    <w:pPr>
      <w:spacing w:after="120" w:line="276" w:lineRule="auto"/>
      <w:ind w:left="1080"/>
      <w:contextualSpacing/>
    </w:pPr>
    <w:rPr>
      <w:rFonts w:asciiTheme="minorHAnsi" w:eastAsiaTheme="minorEastAsia" w:hAnsiTheme="minorHAnsi" w:cstheme="minorBidi"/>
      <w:sz w:val="22"/>
      <w:szCs w:val="22"/>
      <w:lang w:val="en-US" w:eastAsia="en-US"/>
    </w:rPr>
  </w:style>
  <w:style w:type="paragraph" w:styleId="MacroText">
    <w:name w:val="macro"/>
    <w:link w:val="MacroTextChar"/>
    <w:uiPriority w:val="99"/>
    <w:unhideWhenUsed/>
    <w:rsid w:val="00A1363E"/>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A1363E"/>
    <w:rPr>
      <w:rFonts w:ascii="Courier" w:eastAsiaTheme="minorEastAsia" w:hAnsi="Courier"/>
      <w:sz w:val="20"/>
      <w:szCs w:val="20"/>
      <w:lang w:val="en-US"/>
    </w:rPr>
  </w:style>
  <w:style w:type="paragraph" w:styleId="Quote">
    <w:name w:val="Quote"/>
    <w:basedOn w:val="Normal"/>
    <w:next w:val="Normal"/>
    <w:link w:val="QuoteChar"/>
    <w:uiPriority w:val="29"/>
    <w:qFormat/>
    <w:rsid w:val="00A1363E"/>
    <w:pPr>
      <w:spacing w:after="200" w:line="276" w:lineRule="auto"/>
    </w:pPr>
    <w:rPr>
      <w:rFonts w:asciiTheme="minorHAnsi" w:eastAsiaTheme="minorEastAsia" w:hAnsiTheme="minorHAnsi" w:cstheme="minorBidi"/>
      <w:i/>
      <w:iCs/>
      <w:color w:val="000000" w:themeColor="text1"/>
      <w:sz w:val="22"/>
      <w:szCs w:val="22"/>
      <w:lang w:val="en-US" w:eastAsia="en-US"/>
    </w:rPr>
  </w:style>
  <w:style w:type="character" w:customStyle="1" w:styleId="QuoteChar">
    <w:name w:val="Quote Char"/>
    <w:basedOn w:val="DefaultParagraphFont"/>
    <w:link w:val="Quote"/>
    <w:uiPriority w:val="29"/>
    <w:rsid w:val="00A1363E"/>
    <w:rPr>
      <w:rFonts w:eastAsiaTheme="minorEastAsia"/>
      <w:i/>
      <w:iCs/>
      <w:color w:val="000000" w:themeColor="text1"/>
      <w:lang w:val="en-US"/>
    </w:rPr>
  </w:style>
  <w:style w:type="paragraph" w:styleId="Caption">
    <w:name w:val="caption"/>
    <w:basedOn w:val="Normal"/>
    <w:next w:val="Normal"/>
    <w:uiPriority w:val="35"/>
    <w:semiHidden/>
    <w:unhideWhenUsed/>
    <w:qFormat/>
    <w:rsid w:val="00A1363E"/>
    <w:pPr>
      <w:spacing w:after="200"/>
    </w:pPr>
    <w:rPr>
      <w:rFonts w:asciiTheme="minorHAnsi" w:eastAsiaTheme="minorEastAsia" w:hAnsiTheme="minorHAnsi" w:cstheme="minorBidi"/>
      <w:b/>
      <w:bCs/>
      <w:color w:val="4472C4" w:themeColor="accent1"/>
      <w:sz w:val="18"/>
      <w:szCs w:val="18"/>
      <w:lang w:val="en-US" w:eastAsia="en-US"/>
    </w:rPr>
  </w:style>
  <w:style w:type="character" w:styleId="Strong">
    <w:name w:val="Strong"/>
    <w:basedOn w:val="DefaultParagraphFont"/>
    <w:uiPriority w:val="22"/>
    <w:qFormat/>
    <w:rsid w:val="00A1363E"/>
    <w:rPr>
      <w:b/>
      <w:bCs/>
    </w:rPr>
  </w:style>
  <w:style w:type="character" w:styleId="Emphasis">
    <w:name w:val="Emphasis"/>
    <w:basedOn w:val="DefaultParagraphFont"/>
    <w:uiPriority w:val="20"/>
    <w:qFormat/>
    <w:rsid w:val="00A1363E"/>
    <w:rPr>
      <w:i/>
      <w:iCs/>
    </w:rPr>
  </w:style>
  <w:style w:type="paragraph" w:styleId="IntenseQuote">
    <w:name w:val="Intense Quote"/>
    <w:basedOn w:val="Normal"/>
    <w:next w:val="Normal"/>
    <w:link w:val="IntenseQuoteChar"/>
    <w:uiPriority w:val="30"/>
    <w:qFormat/>
    <w:rsid w:val="00A1363E"/>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lang w:val="en-US" w:eastAsia="en-US"/>
    </w:rPr>
  </w:style>
  <w:style w:type="character" w:customStyle="1" w:styleId="IntenseQuoteChar">
    <w:name w:val="Intense Quote Char"/>
    <w:basedOn w:val="DefaultParagraphFont"/>
    <w:link w:val="IntenseQuote"/>
    <w:uiPriority w:val="30"/>
    <w:rsid w:val="00A1363E"/>
    <w:rPr>
      <w:rFonts w:eastAsiaTheme="minorEastAsia"/>
      <w:b/>
      <w:bCs/>
      <w:i/>
      <w:iCs/>
      <w:color w:val="4472C4" w:themeColor="accent1"/>
      <w:lang w:val="en-US"/>
    </w:rPr>
  </w:style>
  <w:style w:type="character" w:styleId="SubtleEmphasis">
    <w:name w:val="Subtle Emphasis"/>
    <w:basedOn w:val="DefaultParagraphFont"/>
    <w:uiPriority w:val="19"/>
    <w:qFormat/>
    <w:rsid w:val="00A1363E"/>
    <w:rPr>
      <w:i/>
      <w:iCs/>
      <w:color w:val="808080" w:themeColor="text1" w:themeTint="7F"/>
    </w:rPr>
  </w:style>
  <w:style w:type="character" w:styleId="IntenseEmphasis">
    <w:name w:val="Intense Emphasis"/>
    <w:basedOn w:val="DefaultParagraphFont"/>
    <w:uiPriority w:val="21"/>
    <w:qFormat/>
    <w:rsid w:val="00A1363E"/>
    <w:rPr>
      <w:b/>
      <w:bCs/>
      <w:i/>
      <w:iCs/>
      <w:color w:val="4472C4" w:themeColor="accent1"/>
    </w:rPr>
  </w:style>
  <w:style w:type="character" w:styleId="SubtleReference">
    <w:name w:val="Subtle Reference"/>
    <w:basedOn w:val="DefaultParagraphFont"/>
    <w:uiPriority w:val="31"/>
    <w:qFormat/>
    <w:rsid w:val="00A1363E"/>
    <w:rPr>
      <w:smallCaps/>
      <w:color w:val="ED7D31" w:themeColor="accent2"/>
      <w:u w:val="single"/>
    </w:rPr>
  </w:style>
  <w:style w:type="character" w:styleId="IntenseReference">
    <w:name w:val="Intense Reference"/>
    <w:basedOn w:val="DefaultParagraphFont"/>
    <w:uiPriority w:val="32"/>
    <w:qFormat/>
    <w:rsid w:val="00A1363E"/>
    <w:rPr>
      <w:b/>
      <w:bCs/>
      <w:smallCaps/>
      <w:color w:val="ED7D31" w:themeColor="accent2"/>
      <w:spacing w:val="5"/>
      <w:u w:val="single"/>
    </w:rPr>
  </w:style>
  <w:style w:type="character" w:styleId="BookTitle">
    <w:name w:val="Book Title"/>
    <w:basedOn w:val="DefaultParagraphFont"/>
    <w:uiPriority w:val="33"/>
    <w:qFormat/>
    <w:rsid w:val="00A1363E"/>
    <w:rPr>
      <w:b/>
      <w:bCs/>
      <w:smallCaps/>
      <w:spacing w:val="5"/>
    </w:rPr>
  </w:style>
  <w:style w:type="table" w:styleId="TableGrid">
    <w:name w:val="Table Grid"/>
    <w:basedOn w:val="TableNormal"/>
    <w:uiPriority w:val="59"/>
    <w:rsid w:val="00A136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1363E"/>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1363E"/>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A1363E"/>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1363E"/>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A1363E"/>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A1363E"/>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A1363E"/>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A1363E"/>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A1363E"/>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1363E"/>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1363E"/>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A1363E"/>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A1363E"/>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1363E"/>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A1363E"/>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A1363E"/>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1363E"/>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A1363E"/>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A1363E"/>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OC1">
    <w:name w:val="toc 1"/>
    <w:basedOn w:val="Normal"/>
    <w:next w:val="Normal"/>
    <w:autoRedefine/>
    <w:uiPriority w:val="39"/>
    <w:unhideWhenUsed/>
    <w:rsid w:val="00B520E7"/>
    <w:pPr>
      <w:spacing w:after="100"/>
    </w:pPr>
  </w:style>
  <w:style w:type="character" w:styleId="Hyperlink">
    <w:name w:val="Hyperlink"/>
    <w:basedOn w:val="DefaultParagraphFont"/>
    <w:uiPriority w:val="99"/>
    <w:unhideWhenUsed/>
    <w:rsid w:val="00B520E7"/>
    <w:rPr>
      <w:color w:val="0563C1" w:themeColor="hyperlink"/>
      <w:u w:val="single"/>
    </w:rPr>
  </w:style>
  <w:style w:type="numbering" w:customStyle="1" w:styleId="Aucuneliste1">
    <w:name w:val="Aucune liste1"/>
    <w:next w:val="NoList"/>
    <w:uiPriority w:val="99"/>
    <w:semiHidden/>
    <w:unhideWhenUsed/>
    <w:rsid w:val="00ED626C"/>
  </w:style>
  <w:style w:type="character" w:customStyle="1" w:styleId="normaltextrun">
    <w:name w:val="normaltextrun"/>
    <w:basedOn w:val="DefaultParagraphFont"/>
    <w:rsid w:val="00ED626C"/>
  </w:style>
  <w:style w:type="character" w:customStyle="1" w:styleId="eop">
    <w:name w:val="eop"/>
    <w:basedOn w:val="DefaultParagraphFont"/>
    <w:rsid w:val="00ED626C"/>
  </w:style>
  <w:style w:type="character" w:customStyle="1" w:styleId="spellingerror">
    <w:name w:val="spellingerror"/>
    <w:basedOn w:val="DefaultParagraphFont"/>
    <w:rsid w:val="00ED626C"/>
  </w:style>
  <w:style w:type="character" w:styleId="CommentReference">
    <w:name w:val="annotation reference"/>
    <w:basedOn w:val="DefaultParagraphFont"/>
    <w:uiPriority w:val="99"/>
    <w:semiHidden/>
    <w:unhideWhenUsed/>
    <w:rsid w:val="00ED626C"/>
    <w:rPr>
      <w:sz w:val="16"/>
      <w:szCs w:val="16"/>
    </w:rPr>
  </w:style>
  <w:style w:type="paragraph" w:styleId="CommentText">
    <w:name w:val="annotation text"/>
    <w:basedOn w:val="Normal"/>
    <w:link w:val="CommentTextChar"/>
    <w:uiPriority w:val="99"/>
    <w:unhideWhenUsed/>
    <w:rsid w:val="00ED626C"/>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ED626C"/>
    <w:rPr>
      <w:sz w:val="20"/>
      <w:szCs w:val="20"/>
      <w:lang w:val="en-US"/>
    </w:rPr>
  </w:style>
  <w:style w:type="paragraph" w:styleId="CommentSubject">
    <w:name w:val="annotation subject"/>
    <w:basedOn w:val="CommentText"/>
    <w:next w:val="CommentText"/>
    <w:link w:val="CommentSubjectChar"/>
    <w:uiPriority w:val="99"/>
    <w:semiHidden/>
    <w:unhideWhenUsed/>
    <w:rsid w:val="00ED626C"/>
    <w:rPr>
      <w:b/>
      <w:bCs/>
    </w:rPr>
  </w:style>
  <w:style w:type="character" w:customStyle="1" w:styleId="CommentSubjectChar">
    <w:name w:val="Comment Subject Char"/>
    <w:basedOn w:val="CommentTextChar"/>
    <w:link w:val="CommentSubject"/>
    <w:uiPriority w:val="99"/>
    <w:semiHidden/>
    <w:rsid w:val="00ED626C"/>
    <w:rPr>
      <w:b/>
      <w:bCs/>
      <w:sz w:val="20"/>
      <w:szCs w:val="20"/>
      <w:lang w:val="en-US"/>
    </w:rPr>
  </w:style>
  <w:style w:type="paragraph" w:styleId="BalloonText">
    <w:name w:val="Balloon Text"/>
    <w:basedOn w:val="Normal"/>
    <w:link w:val="BalloonTextChar"/>
    <w:uiPriority w:val="99"/>
    <w:semiHidden/>
    <w:unhideWhenUsed/>
    <w:rsid w:val="00ED626C"/>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ED626C"/>
    <w:rPr>
      <w:rFonts w:ascii="Segoe UI" w:hAnsi="Segoe UI" w:cs="Segoe UI"/>
      <w:sz w:val="18"/>
      <w:szCs w:val="18"/>
      <w:lang w:val="en-US"/>
    </w:rPr>
  </w:style>
  <w:style w:type="paragraph" w:customStyle="1" w:styleId="paragraph">
    <w:name w:val="paragraph"/>
    <w:basedOn w:val="Normal"/>
    <w:rsid w:val="00ED626C"/>
    <w:pPr>
      <w:spacing w:before="100" w:beforeAutospacing="1" w:after="100" w:afterAutospacing="1"/>
    </w:pPr>
    <w:rPr>
      <w:rFonts w:ascii="Times New Roman" w:hAnsi="Times New Roman"/>
      <w:lang w:val="en-US" w:eastAsia="en-US"/>
    </w:rPr>
  </w:style>
  <w:style w:type="table" w:styleId="GridTable4-Accent3">
    <w:name w:val="Grid Table 4 Accent 3"/>
    <w:basedOn w:val="TableNormal"/>
    <w:uiPriority w:val="49"/>
    <w:rsid w:val="00ED626C"/>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ED626C"/>
    <w:pPr>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ED626C"/>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le1">
    <w:name w:val="Title1"/>
    <w:basedOn w:val="Normal"/>
    <w:next w:val="Normal"/>
    <w:qFormat/>
    <w:rsid w:val="00ED626C"/>
    <w:pPr>
      <w:spacing w:before="120" w:line="480" w:lineRule="exact"/>
    </w:pPr>
    <w:rPr>
      <w:rFonts w:ascii="Arial" w:eastAsia="MS Mincho" w:hAnsi="Arial"/>
      <w:b/>
      <w:sz w:val="32"/>
      <w:szCs w:val="28"/>
      <w:lang w:val="de-DE" w:eastAsia="ja-JP"/>
    </w:rPr>
  </w:style>
  <w:style w:type="table" w:customStyle="1" w:styleId="Grilledutableau1">
    <w:name w:val="Grille du tableau1"/>
    <w:basedOn w:val="TableNormal"/>
    <w:next w:val="TableGrid"/>
    <w:uiPriority w:val="59"/>
    <w:rsid w:val="00ED626C"/>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26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Normal"/>
    <w:rsid w:val="00ED626C"/>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sz w:val="14"/>
      <w:szCs w:val="14"/>
      <w:lang w:eastAsia="ja-JP"/>
    </w:rPr>
  </w:style>
  <w:style w:type="table" w:styleId="GridTable5Dark-Accent3">
    <w:name w:val="Grid Table 5 Dark Accent 3"/>
    <w:basedOn w:val="TableNormal"/>
    <w:uiPriority w:val="50"/>
    <w:rsid w:val="00ED626C"/>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8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emf"/><Relationship Id="rId51"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0082FE29F3149A9DB4ACBD6972207" ma:contentTypeVersion="10" ma:contentTypeDescription="Create a new document." ma:contentTypeScope="" ma:versionID="68f9a3c9a20695bee728eb7d4b0a58e2">
  <xsd:schema xmlns:xsd="http://www.w3.org/2001/XMLSchema" xmlns:xs="http://www.w3.org/2001/XMLSchema" xmlns:p="http://schemas.microsoft.com/office/2006/metadata/properties" xmlns:ns2="0e277e2a-9987-4bd5-8dda-4cd0510c5940" targetNamespace="http://schemas.microsoft.com/office/2006/metadata/properties" ma:root="true" ma:fieldsID="2daf39b2fb24a041229ff0c367f22796" ns2:_="">
    <xsd:import namespace="0e277e2a-9987-4bd5-8dda-4cd0510c59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77e2a-9987-4bd5-8dda-4cd0510c5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0b5bfa9-24ab-4233-a33d-ee8d531307f7"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2EBF0-4F79-401C-970F-CDEF6A36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277e2a-9987-4bd5-8dda-4cd0510c5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F5876-305E-4F1C-92AF-E36943C91101}">
  <ds:schemaRefs>
    <ds:schemaRef ds:uri="http://schemas.microsoft.com/sharepoint/v3/contenttype/forms"/>
  </ds:schemaRefs>
</ds:datastoreItem>
</file>

<file path=customXml/itemProps3.xml><?xml version="1.0" encoding="utf-8"?>
<ds:datastoreItem xmlns:ds="http://schemas.openxmlformats.org/officeDocument/2006/customXml" ds:itemID="{2D930346-F2A5-4F4E-942F-7349637C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42</Pages>
  <Words>12599</Words>
  <Characters>71819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Višnja Vrdoljak</dc:creator>
  <cp:keywords/>
  <dc:description/>
  <cp:lastModifiedBy>Višnja Vrdoljak</cp:lastModifiedBy>
  <cp:revision>12</cp:revision>
  <cp:lastPrinted>2023-07-19T10:36:00Z</cp:lastPrinted>
  <dcterms:created xsi:type="dcterms:W3CDTF">2023-12-12T08:46:00Z</dcterms:created>
  <dcterms:modified xsi:type="dcterms:W3CDTF">2023-12-22T10:27:00Z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d02cf6f4e3c0b76bd9021373fe196174a516f7dd575fc43f92ee963c66ae4ad9</vt:lpwstr>
  </property>
</Properties>
</file>